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如何利用AI+数智应用技术提升项目科技管理水平？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当前，科技创新已成为国家发展的重要引擎，成果转化效率的提升对于经济发展、社会进步具有关键意义。然而，在科技成果转化的过程中，如何有效提升项目的科技管理水平，成为摆在各创新主体面前的重大课题。近年来，随着人工智能、大数据等新一代信息技术的迅猛发展，AI+数智应用技术在科技成果转化领域的应用逐渐展开，为提升项目科技管理水平提供了新的思路和方法。</w:t>
      </w:r>
    </w:p>
    <w:p>
      <w:pPr>
        <w:ind w:firstLine="480"/>
      </w:pPr>
      <w:r>
        <w:t>在传统科技成果转化过程中，往往面临着诸多问题和难点。首先，科技成果与市场需求脱节是制约成果转化的重要因素。高校和科研机构的成果往往存在技术先进但市场适用性不足的问题，而企业又难以找到符合自身发展需求的技术成果，供需矛盾较为突出。其次，科技成果的评估和价值确定也是一大难题。科技成果的价值往往难以量化和评估，传统评估方式效率低下，难以满足快速变化的市场需求。此外，科技成果的转化链条长、环节多，缺乏有效的协调和管理机制，导致转化效率低下。最后，科技成果转化服务体系不完善，缺乏专业的技术转移机构和人员，难以提供全面、高效的服务。</w:t>
      </w:r>
    </w:p>
    <w:p>
      <w:pPr>
        <w:ind w:firstLine="480"/>
      </w:pPr>
      <w:r>
        <w:t>面对这些问题，AI+数智应用技术为我们提供了新的解决方案。通过构建基于AI的数智服务平台，可以有效解决科技成果转化过程中的痛点。例如，利用AI技术对患者进行精准分群，可以提高诊断准确率、优化治疗方案，缩短患者出院时间，缓解医疗资源紧张的痛点；利用AI技术对患者进行分群管理，可有效缓解医护资源不足的痛点，提升患者就医体验。</w:t>
      </w:r>
    </w:p>
    <w:p>
      <w:pPr>
        <w:ind w:firstLine="480"/>
      </w:pPr>
      <w:r>
        <w:t>首先，AI技术可以帮助实现科技成果的精准匹配。通过构建科技成果库和企业需求库，利用AI算法对成果和企业需求进行智能匹配，提高供需对接的精准度，减少信息不对称。同时，AI技术还可以对科技成果进行智能评估，根据市场需求和技术发展趋势，对成果的价值进行客观评价，为成果转化提供决策依据。</w:t>
      </w:r>
    </w:p>
    <w:p>
      <w:pPr>
        <w:ind w:firstLine="480"/>
      </w:pPr>
      <w:r>
        <w:t>其次，AI技术可以有效提升科技成果转化效率。通过构建全流程的数智化服务平台，可以实现科技成果从评估、对接、转化到应用的全流程管理，提高转化效率。例如，利用AI技术对患者进行治疗方案的推荐，可以根据患者的病情和治疗历史，推荐最适合的治疗方案，缩短患者等待时间，提高治疗效果。</w:t>
      </w:r>
    </w:p>
    <w:p>
      <w:pPr>
        <w:ind w:firstLine="480"/>
      </w:pPr>
      <w:r>
        <w:t>此外，AI技术还可以帮助构建完善的科技成果转化服务体系。通过AI技术，可以为客户提供个性化的服务，满足不同客户的需求。例如，利用AI技术对患者进行健康管理和疾病预测，可以帮助患者更好地管理自己的健康，提高生活质量。</w:t>
      </w:r>
    </w:p>
    <w:p>
      <w:pPr>
        <w:ind w:firstLine="480"/>
      </w:pPr>
      <w:r>
        <w:t>在具体实践中，我们可以借鉴国内外先进的科技成果转化经验，结合本地区的实际情况，构建具有特色的AI+数智服务平台。首先，要加强政策的支持和引导，鼓励高校和科研机构积极参与科技成果转化，为平台提供丰富的成果资源。其次，要加强平台的建设和运营，提升平台的智能化水平和用户体验。最后，要加强与企业的合作，推动科技成果的产业化应用。</w:t>
      </w:r>
    </w:p>
    <w:p>
      <w:pPr>
        <w:ind w:firstLine="480"/>
      </w:pPr>
      <w:r>
        <w:t>总之，AI+数智应用技术为提升项目科技管理水平提供了新的思路和方法。通过构建基于AI的数智服务平台，可以有效解决科技成果转化过程中的痛点，提高转化效率，推动科技成果的产业化应用，为经济发展、社会进步做出贡献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