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2025年药物检验师试题及答案</w:t>
      </w:r>
    </w:p>
    <w:p>
      <w:r>
        <w:br/>
        <w:t xml:space="preserve"> 一、单项选择题（共10题，每题2分，共20分）</w:t>
        <w:br/>
        <w:br/>
        <w:t>1. 药物检验中，用于鉴别药物真伪的方法是（ ）</w:t>
        <w:br/>
        <w:br/>
        <w:t>A. 含量测定</w:t>
        <w:br/>
        <w:br/>
        <w:t>B. 杂质检查</w:t>
        <w:br/>
        <w:br/>
        <w:t>C. 性状检查</w:t>
        <w:br/>
        <w:br/>
        <w:t>D. 溶出度测定</w:t>
        <w:br/>
        <w:br/>
        <w:t>2. 药物检验中，高效液相色谱法的英文缩写是（ ）</w:t>
        <w:br/>
        <w:br/>
        <w:t>A. GC</w:t>
        <w:br/>
        <w:br/>
        <w:t>B. HPLC</w:t>
        <w:br/>
        <w:br/>
        <w:t>C. TLC</w:t>
        <w:br/>
        <w:br/>
        <w:t>D. UV</w:t>
        <w:br/>
        <w:br/>
        <w:t>3. 药物检验中，用于测定药物含量的最常用方法是（ ）</w:t>
        <w:br/>
        <w:br/>
        <w:t>A. 薄层色谱法</w:t>
        <w:br/>
        <w:br/>
        <w:t>B. 气相色谱法</w:t>
        <w:br/>
        <w:br/>
        <w:t>C. 紫外-可见分光光度法</w:t>
        <w:br/>
        <w:br/>
        <w:t>D. 质谱法</w:t>
        <w:br/>
        <w:br/>
        <w:t>4. 《中国药典》最新版本是（ ）</w:t>
        <w:br/>
        <w:br/>
        <w:t>A. 2015年版</w:t>
        <w:br/>
        <w:br/>
        <w:t>B. 2020年版</w:t>
        <w:br/>
        <w:br/>
        <w:t>C. 2025年版</w:t>
        <w:br/>
        <w:br/>
        <w:t>D. 2030年版</w:t>
        <w:br/>
        <w:br/>
        <w:t>5. 药物检验中，用于检查药物中重金属限量的方法是（ ）</w:t>
        <w:br/>
        <w:br/>
        <w:t>A. 硫酸盐检查法</w:t>
        <w:br/>
        <w:br/>
        <w:t>B. 氯化物检查法</w:t>
        <w:br/>
        <w:br/>
        <w:t>C. 硫化钠法</w:t>
        <w:br/>
        <w:br/>
        <w:t>D. 铁盐检查法</w:t>
        <w:br/>
        <w:br/>
        <w:t>6. 药物检验中，用于测定药物熔点的仪器是（ ）</w:t>
        <w:br/>
        <w:br/>
        <w:t>A. 旋光仪</w:t>
        <w:br/>
        <w:br/>
        <w:t>B. pH计</w:t>
        <w:br/>
        <w:br/>
        <w:t>C. 熔点测定仪</w:t>
        <w:br/>
        <w:br/>
        <w:t>D. 折光仪</w:t>
        <w:br/>
        <w:br/>
        <w:t>7. 药物检验中，用于测定药物比旋度的仪器是（ ）</w:t>
        <w:br/>
        <w:br/>
        <w:t>A. 旋光仪</w:t>
        <w:br/>
        <w:br/>
        <w:t>B. pH计</w:t>
        <w:br/>
        <w:br/>
        <w:t>C. 熔点测定仪</w:t>
        <w:br/>
        <w:br/>
        <w:t>D. 折光仪</w:t>
        <w:br/>
        <w:br/>
        <w:t>8. 药物检验中，用于测定药物pH值的仪器是（ ）</w:t>
        <w:br/>
        <w:br/>
        <w:t>A. 旋光仪</w:t>
        <w:br/>
        <w:br/>
        <w:t>B. pH计</w:t>
        <w:br/>
        <w:br/>
        <w:t>C. 熔点测定仪</w:t>
        <w:br/>
        <w:br/>
        <w:t>D. 折光仪</w:t>
        <w:br/>
        <w:br/>
        <w:t>9. 药物检验中，用于测定药物折光率的仪器是（ ）</w:t>
        <w:br/>
        <w:br/>
        <w:t>A. 旋光仪</w:t>
        <w:br/>
        <w:br/>
        <w:t>B. pH计</w:t>
        <w:br/>
        <w:br/>
        <w:t>C. 熔点测定仪</w:t>
        <w:br/>
        <w:br/>
        <w:t>D. 折光仪</w:t>
        <w:br/>
        <w:br/>
        <w:t>10. 药物检验中，用于测定药物密度的仪器是（ ）</w:t>
        <w:br/>
        <w:br/>
        <w:t>A. 旋光仪</w:t>
        <w:br/>
        <w:br/>
        <w:t>B. pH计</w:t>
        <w:br/>
        <w:br/>
        <w:t>C. 熔点测定仪</w:t>
        <w:br/>
        <w:br/>
        <w:t>D. 密度计</w:t>
        <w:br/>
        <w:br/>
        <w:t xml:space="preserve"> 二、填空题（共6题，每题2分，共12分）</w:t>
        <w:br/>
        <w:br/>
        <w:t>1. 药物检验的基本原则是________、________、________。</w:t>
        <w:br/>
        <w:br/>
        <w:t>2. 药物检验中常用的定量分析方法有________、________、________等。</w:t>
        <w:br/>
        <w:br/>
        <w:t>3. 《中国药典》正文内容包括________、________、________等。</w:t>
        <w:br/>
        <w:br/>
        <w:t>4. 药物检验中常用的色谱分析方法有________、________、________等。</w:t>
        <w:br/>
        <w:br/>
        <w:t>5. 药物检验中常用的光谱分析方法有________、________、________等。</w:t>
        <w:br/>
        <w:br/>
        <w:t>6. 药物检验中常用的电化学分析方法有________、________、________等。</w:t>
        <w:br/>
        <w:br/>
        <w:t xml:space="preserve"> 三、判断题（共6题，每题2分，共12分）</w:t>
        <w:br/>
        <w:br/>
        <w:t>1. 药物检验中，定性分析用于确定药物的含量。（ ）</w:t>
        <w:br/>
        <w:br/>
        <w:t>2. 药物检验中，定量分析用于确定药物的真伪。（ ）</w:t>
        <w:br/>
        <w:br/>
        <w:t>3. 《中国药典》是国家药品标准。（ ）</w:t>
        <w:br/>
        <w:br/>
        <w:t>4. 药物检验中，含量测定是药物检验的核心内容。（ ）</w:t>
        <w:br/>
        <w:br/>
        <w:t>5. 药物检验中，杂质检查是药物检验的重要内容。（ ）</w:t>
        <w:br/>
        <w:br/>
        <w:t>6. 药物检验中，性状检查是药物检验的重要内容。（ ）</w:t>
        <w:br/>
        <w:br/>
        <w:t xml:space="preserve"> 四、多项选择题（共2题，每题2分，共4分）</w:t>
        <w:br/>
        <w:br/>
        <w:t>1. 药物检验中常用的定性分析方法有（ ）</w:t>
        <w:br/>
        <w:br/>
        <w:t>A. 薄层色谱法</w:t>
        <w:br/>
        <w:br/>
        <w:t>B. 紫外-可见分光光度法</w:t>
        <w:br/>
        <w:br/>
        <w:t>C. 红外光谱法</w:t>
        <w:br/>
        <w:br/>
        <w:t>D. 核磁共振法</w:t>
        <w:br/>
        <w:br/>
        <w:t>E. 质谱法</w:t>
        <w:br/>
        <w:br/>
        <w:t>2. 药物检验中常用的定量分析方法有（ ）</w:t>
        <w:br/>
        <w:br/>
        <w:t>A. 高效液相色谱法</w:t>
        <w:br/>
        <w:br/>
        <w:t>B. 气相色谱法</w:t>
        <w:br/>
        <w:br/>
        <w:t>C. 薄层色谱法</w:t>
        <w:br/>
        <w:br/>
        <w:t>D. 电位滴定法</w:t>
        <w:br/>
        <w:br/>
        <w:t>E. 重量分析法</w:t>
        <w:br/>
        <w:br/>
        <w:t xml:space="preserve"> 五、简答题（共2题，每题5分，共10分）</w:t>
        <w:br/>
        <w:br/>
        <w:t>1. 简述药物检验的基本流程。</w:t>
        <w:br/>
        <w:br/>
        <w:t>2. 简述药物检验中常用的质量控制方法。</w:t>
        <w:br/>
        <w:br/>
        <w:t xml:space="preserve"> 参考答案及解析</w:t>
        <w:br/>
        <w:br/>
        <w:t xml:space="preserve"> 一、单项选择题</w:t>
        <w:br/>
        <w:br/>
        <w:t>1. 答案：C</w:t>
        <w:br/>
        <w:br/>
        <w:t>解析：性状检查是药物检验中用于鉴别药物真伪的基本方法，通过观察药物的物理性状（如颜色、气味、形状等）来判断药物的真伪。含量测定用于测定药物中有效成分的含量，杂质检查用于检查药物中杂质的限量，溶出度测定用于评价药物制剂的溶出性能。</w:t>
        <w:br/>
        <w:br/>
        <w:t>2. 答案：B</w:t>
        <w:br/>
        <w:br/>
        <w:t>解析：高效液相色谱法的英文缩写是HPLC（High Performance Liquid Chromatography）。GC是气相色谱法（Gas Chromatography）的缩写，TLC是薄层色谱法（Thin Layer Chromatography）的缩写，UV是紫外分光光度法（Ultraviolet Spectrophotometry）的缩写。</w:t>
        <w:br/>
        <w:br/>
        <w:t>3. 答案：C</w:t>
        <w:br/>
        <w:br/>
        <w:t>解析：紫外-可见分光光度法是药物检验中用于测定药物含量的最常用方法之一，具有操作简便、快速、准确度高等优点。薄层色谱法主要用于定性分析和杂质检查，气相色谱法主要用于挥发性成分的分析，质谱法主要用于结构鉴定和痕量分析。</w:t>
        <w:br/>
        <w:br/>
        <w:t>4. 答案：B</w:t>
        <w:br/>
        <w:br/>
        <w:t>解析：《中国药典》最新版本是2020年版，由国家药品监督管理局组织编纂，是国家药品标准的重要组成部分。2025年版和2030年版尚未发布，2015年版是之前的版本。</w:t>
        <w:br/>
        <w:br/>
        <w:t>5. 答案：C</w:t>
        <w:br/>
        <w:br/>
        <w:t>解析：硫化钠法是用于检查药物中重金属限量的常用方法，通过在酸性条件下，与硫化钠反应生成有色硫化物，比色测定重金属的含量。硫酸盐检查法用于检查硫酸盐杂质，氯化物检查法用于检查氯化物杂质，铁盐检查法用于检查铁盐杂质。</w:t>
        <w:br/>
        <w:br/>
        <w:t>6. 答案：C</w:t>
        <w:br/>
        <w:br/>
        <w:t>解析：熔点测定仪是用于测定药物熔点的专用仪器，通过测定药物从固态转变为液态的温度范围来判断药物的纯度。旋光仪用于测定药物的旋光度，pH计用于测定溶液的pH值，折光仪用于测定物质的折光率。</w:t>
        <w:br/>
        <w:br/>
        <w:t>7. 答案：A</w:t>
        <w:br/>
        <w:br/>
        <w:t>解析：旋光仪是用于测定药物比旋度的专用仪器，通过测定物质使偏振光旋转的角度来确定药物的比旋度。pH计用于测定溶液的pH值，熔点测定仪用于测定药物的熔点，折光仪用于测定物质的折光率。</w:t>
        <w:br/>
        <w:br/>
        <w:t>8. 答案：B</w:t>
        <w:br/>
        <w:br/>
        <w:t>解析：pH计是用于测定药物溶液pH值的专用仪器，通过测量电极间的电位差来确定溶液的pH值。旋光仪用于测定药物的旋光度，熔点测定仪用于测定药物的熔点，折光仪用于测定物质的折光率。</w:t>
        <w:br/>
        <w:br/>
        <w:t>9. 答案：D</w:t>
        <w:br/>
        <w:br/>
        <w:t>解析：折光仪是用于测定药物折光率的专用仪器，通过测量光线从一种介质进入另一种介质时发生的折射来确定物质的折光率。旋光仪用于测定药物的旋光度，pH计用于测定溶液的pH值，熔点测定仪用于测定药物的熔点。</w:t>
        <w:br/>
        <w:br/>
        <w:t>10. 答案：D</w:t>
        <w:br/>
        <w:br/>
        <w:t>解析：密度计是用于测定药物密度的专用仪器，通过测量物质的质量与体积的比值来确定物质的密度。旋光仪用于测定药物的旋光度，pH计用于测定溶液的pH值，熔点测定仪用于测定药物的熔点。</w:t>
        <w:br/>
        <w:br/>
        <w:t xml:space="preserve"> 二、填空题</w:t>
        <w:br/>
        <w:br/>
        <w:t>1. 答案：准确、精密、可靠</w:t>
        <w:br/>
        <w:br/>
        <w:t>解析：药物检验的基本原则包括准确性（测定结果与真实值的一致性）、精密性（多次测定结果的一致性）和可靠性（检验方法的稳定性和可重复性）。这三个原则是保证药物检验结果科学、准确的基础。</w:t>
        <w:br/>
        <w:br/>
        <w:t>2. 答案：紫外-可见分光光度法、高效液相色谱法、气相色谱法</w:t>
        <w:br/>
        <w:br/>
        <w:t>解析：药物检验中常用的定量分析方法包括紫外-可见分光光度法（基于物质对紫外或可见光的吸收进行定量分析）、高效液相色谱法（基于色谱分离和检测进行定量分析）和气相色谱法（基于气相色谱分离和检测进行定量分析）。这些方法各有特点，适用于不同类型的药物分析。</w:t>
        <w:br/>
        <w:br/>
        <w:t>3. 答案：品种正文、通则、索引</w:t>
        <w:br/>
        <w:br/>
        <w:t>解析：《中国药典》正文内容包括品种正文（各药品的质量标准）、通则（检验方法的一般性规定）和索引（药品名称、拉丁名等检索内容）。品种正文是药典的核心部分，详细规定了每种药品的检验项目、方法和限度。</w:t>
        <w:br/>
        <w:br/>
        <w:t>4. 答案：高效液相色谱法、气相色谱法、薄层色谱法</w:t>
        <w:br/>
        <w:br/>
        <w:t>解析：药物检验中常用的色谱分析方法包括高效液相色谱法（适用于高沸点、热不稳定化合物的分离分析）、气相色谱法（适用于挥发性化合物的分离分析）和薄层色谱法（适用于简单、快速的分离分析）。这些方法基于不同原理，适用于不同性质的药物分析。</w:t>
        <w:br/>
        <w:br/>
        <w:t>5. 答案：紫外-可见分光光度法、红外光谱法、荧光光谱法</w:t>
        <w:br/>
        <w:br/>
        <w:t>解析：药物检验中常用的光谱分析方法包括紫外-可见分光光度法（基于物质对紫外或可见光的吸收进行分析）、红外光谱法（基于分子振动和转动能级的变化进行分析）和荧光光谱法（基于物质受激发后产生的荧光进行分析）。这些方法基于不同的光谱原理，适用于不同类型的药物分析。</w:t>
        <w:br/>
        <w:br/>
        <w:t>6. 答案：电位滴定法、电导滴定法、极谱法</w:t>
        <w:br/>
        <w:br/>
        <w:t>解析：药物检验中常用的电化学分析方法包括电位滴定法（基于电位变化确定滴定终点）、电导滴定法（基于电导率变化确定滴定终点）和极谱法（基于电解过程中电流-电位关系进行分析）。这些方法基于电化学原理，适用于不同类型的药物分析。</w:t>
        <w:br/>
        <w:br/>
        <w:t xml:space="preserve"> 三、判断题</w:t>
        <w:br/>
        <w:br/>
        <w:t>1. 答案：×</w:t>
        <w:br/>
        <w:br/>
        <w:t>解析：药物检验中，定性分析用于确定药物的真伪，通过观察药物的物理性状、化学反应等来判断药物的真伪。定量分析用于确定药物的含量，通过测定药物中有效成分的含量来判断药物的质量。</w:t>
        <w:br/>
        <w:br/>
        <w:t>2. 答案：×</w:t>
        <w:br/>
        <w:br/>
        <w:t>解析：药物检验中，定性分析用于确定药物的真伪，通过观察药物的物理性状、化学反应等来判断药物的真伪。定量分析用于确定药物的含量，通过测定药物中有效成分的含量来判断药物的质量。</w:t>
        <w:br/>
        <w:br/>
        <w:t>3. 答案：√</w:t>
        <w:br/>
        <w:br/>
        <w:t>解析：《中国药典》是国家药品标准，由国家药品监督管理局组织编纂，是药品检验、生产、经营、使用和监督管理必须遵循的法定依据。药典具有法律效力，是药品质量控制的重要标准。</w:t>
        <w:br/>
        <w:br/>
        <w:t>4. 答案：√</w:t>
        <w:br/>
        <w:br/>
        <w:t>解析：含量测定是药物检验的核心内容，通过测定药物中有效成分的含量来判断药物的质量是否符合标准。含量测定结果直接关系到药物的疗效和安全性，是药物质量控制的关键环节。</w:t>
        <w:br/>
        <w:br/>
        <w:t>5. 答案：√</w:t>
        <w:br/>
        <w:br/>
        <w:t>解析：杂质检查是药物检验的重要内容，通过检查药物中杂质的限量来判断药物的质量是否符合标准。杂质可能影响药物的疗效和安全性，甚至产生毒副作用，因此杂质检查是药物质量控制的重要环节。</w:t>
        <w:br/>
        <w:br/>
        <w:t>6. 答案：√</w:t>
        <w:br/>
        <w:br/>
        <w:t>解析：性状检查是药物检验的重要内容，通过观察药物的物理性状（如颜色、气味、形状等）来判断药物的质量是否符合标准。性状检查是药物检验的第一步，可以初步判断药物的真伪和质量状况。</w:t>
        <w:br/>
        <w:br/>
        <w:t xml:space="preserve"> 四、多项选择题</w:t>
        <w:br/>
        <w:br/>
        <w:t>1. 答案：A、C、D、E</w:t>
        <w:br/>
        <w:br/>
        <w:t>解析：药物检验中常用的定性分析方法有薄层色谱法（通过斑点位置和颜色判断）、红外光谱法（通过特征吸收峰判断）、核磁共振法（通过化学位移和耦合常数判断）和质谱法（通过质荷比判断）。紫外-可见分光光度法主要用于定量分析，虽然也可以用于定性分析，但不是最常用的定性分析方法。</w:t>
        <w:br/>
        <w:br/>
        <w:t>2. 答案：A、B、D、E</w:t>
        <w:br/>
        <w:br/>
        <w:t>解析：药物检验中常用的定量分析方法有高效液相色谱法（通过峰面积或峰高定量）、气相色谱法（通过峰面积或峰高定量）、电位滴定法（通过电位变化定量）和重量分析法（通过质量变化定量）。薄层色谱法主要用于定性分析和杂质检查，虽然也可以用于定量分析，但不是最常用的定量分析方法。</w:t>
        <w:br/>
        <w:br/>
        <w:t xml:space="preserve"> 五、简答题</w:t>
        <w:br/>
        <w:br/>
        <w:t>1. 答案：药物检验的基本流程包括：</w:t>
        <w:br/>
        <w:br/>
        <w:t>（1）样品接收与登记：接收样品，记录样品信息，进行样品编号。</w:t>
        <w:br/>
        <w:br/>
        <w:t>（2）样品前处理：根据检验项目要求，对样品进行适当的前处理，如提取、净化、浓缩等。</w:t>
        <w:br/>
        <w:br/>
        <w:t>（3）检验方法选择：根据药品标准和检验要求，选择合适的检验方法。</w:t>
        <w:br/>
        <w:br/>
        <w:t>（4）检验操作：按照选定的检验方法进行操作，包括仪器准备、样品测定等。</w:t>
        <w:br/>
        <w:br/>
        <w:t>（5）数据处理：对测定数据进行处理，计算结果。</w:t>
        <w:br/>
        <w:br/>
        <w:t>（6）结果判定：根据药品标准和检验结果，判定药品是否符合规定。</w:t>
        <w:br/>
        <w:br/>
        <w:t>（7）报告编制：编制检验报告，记录检验过程和结果。</w:t>
        <w:br/>
        <w:br/>
        <w:t>（8）样品保存：按规定保存剩余样品，以备复检。</w:t>
        <w:br/>
        <w:br/>
        <w:t>解析：药物检验的基本流程是一个系统性的过程，从样品接收到最终报告编制，每个环节都有其特定的要求和注意事项。样品接收与登记是检验的第一步，确保样品的可追溯性；样品前处理是为了消除干扰物质，提高检测的准确性；检验方法选择是确保检验结果科学、准确的关键；检验操作是检验的核心环节，需要严格按照标准操作规程进行；数据处理和结果是检验的最终目的；报告编制是检验结果的正式表达；样品保存是检验工作的延续，为可能的复检提供依据。</w:t>
        <w:br/>
        <w:br/>
        <w:t>2. 答案：药物检验中常用的质量控制方法包括：</w:t>
        <w:br/>
        <w:br/>
        <w:t>（1）对照品法：使用已知浓度的标准物质作为对照，通过比较样品与对照品的测定结果，确定样品的含量。</w:t>
        <w:br/>
        <w:br/>
        <w:t>（2）内标法：在样品中加入一定量的内标物质，通过比较待测组分与内标物质的响应值，确定样品的含量。</w:t>
        <w:br/>
        <w:br/>
        <w:t>（3）标准曲线法：通过测定一系列不同浓度的标准溶液，绘制标准曲线，然后根据样品的测定值，从标准曲线上查得样品的含量。</w:t>
        <w:br/>
        <w:br/>
        <w:t>（4）加样回收法：在已知含量的样品中加入一定量的标准物质，测定回收率，评价方法的准确度。</w:t>
        <w:br/>
        <w:br/>
        <w:t>（5）精密度评价：通过多次测定同一样品，计算相对标准偏差，评价方法的精密度。</w:t>
        <w:br/>
        <w:br/>
        <w:t>（6）方法学验证：对方法的专属性、线性、范围、准确度、精密度、检出限、定量限等参数进行验证，确保方法的可靠性。</w:t>
        <w:br/>
        <w:br/>
        <w:t>解析：药物检验中的质量控制是确保检验结果准确、可靠的重要手段。对照品法是最常用的定量分析方法之一，通过比较样品与对照品的响应值，确定样品的含量。内标法可以消除仪器波动和操作误差，提高测定结果的准确性。标准曲线法适用于大批量样品的测定，可以提高工作效率。加样回收法用于评价方法的准确度，是方法验证的重要内容。精密度评价用于评价方法的重复性和重现性，是方法可靠性的重要指标。方法学验证是确保检验方法科学、规范的重要手段，是药物检验质量控制的基础。</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