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2025年行书临摹期末试题及答案</w:t>
      </w:r>
    </w:p>
    <w:p>
      <w:r>
        <w:br/>
        <w:t xml:space="preserve"> 一、单项选择题（每题2分，共20分）</w:t>
        <w:br/>
        <w:br/>
        <w:t>1. 下列哪位书法家被誉为"书圣"，其行书作品《兰亭序》被誉为"天下第一行书"？</w:t>
        <w:br/>
        <w:br/>
        <w:t>A. 王羲之</w:t>
        <w:br/>
        <w:br/>
        <w:t>B. 王献之</w:t>
        <w:br/>
        <w:br/>
        <w:t>C. 颜真卿</w:t>
        <w:br/>
        <w:br/>
        <w:t>D. 柳公权</w:t>
        <w:br/>
        <w:br/>
        <w:t>2. 行书的特点是：</w:t>
        <w:br/>
        <w:br/>
        <w:t>A. 笔画方正，结构严谨</w:t>
        <w:br/>
        <w:br/>
        <w:t>B. 笔画流畅，结构灵活</w:t>
        <w:br/>
        <w:br/>
        <w:t>C. 笔画圆润，结构紧凑</w:t>
        <w:br/>
        <w:br/>
        <w:t>D. 笔画粗重，结构松散</w:t>
        <w:br/>
        <w:br/>
        <w:t>3. 临摹行书时，下列哪种笔法不常用？</w:t>
        <w:br/>
        <w:br/>
        <w:t>A. 侧锋</w:t>
        <w:br/>
        <w:br/>
        <w:t>B. 中锋</w:t>
        <w:br/>
        <w:br/>
        <w:t>C. 逆锋</w:t>
        <w:br/>
        <w:br/>
        <w:t>D. 折锋</w:t>
        <w:br/>
        <w:br/>
        <w:t>4. 下列哪部作品不是王羲之的行书代表作？</w:t>
        <w:br/>
        <w:br/>
        <w:t>A. 《兰亭序》</w:t>
        <w:br/>
        <w:br/>
        <w:t>B. 《快雪时晴帖》</w:t>
        <w:br/>
        <w:br/>
        <w:t>C. 《祭侄文稿》</w:t>
        <w:br/>
        <w:br/>
        <w:t>D. 《十七帖》</w:t>
        <w:br/>
        <w:br/>
        <w:t>5. 行书中的"行气"指的是：</w:t>
        <w:br/>
        <w:br/>
        <w:t>A. 字与字之间的连贯性</w:t>
        <w:br/>
        <w:br/>
        <w:t>B. 笔画的流畅性</w:t>
        <w:br/>
        <w:br/>
        <w:t>C. 整体作品的气势</w:t>
        <w:br/>
        <w:br/>
        <w:t>D. 章法的布局</w:t>
        <w:br/>
        <w:br/>
        <w:t>6. 临摹行书时，下列哪种方法不正确？</w:t>
        <w:br/>
        <w:br/>
        <w:t>A. 先观察整体，再分析细节</w:t>
        <w:br/>
        <w:br/>
        <w:t>B. 从笔画开始，逐步到结构</w:t>
        <w:br/>
        <w:br/>
        <w:t>C. 直接临摹，不需要分析</w:t>
        <w:br/>
        <w:br/>
        <w:t>D. 先读帖，再临摹</w:t>
        <w:br/>
        <w:br/>
        <w:t>7. 下列哪位书法家的行书风格被称为"颜体"？</w:t>
        <w:br/>
        <w:br/>
        <w:t>A. 颜真卿</w:t>
        <w:br/>
        <w:br/>
        <w:t>B. 颜之推</w:t>
        <w:br/>
        <w:br/>
        <w:t>C. 颜延之</w:t>
        <w:br/>
        <w:br/>
        <w:t>D. 颜师古</w:t>
        <w:br/>
        <w:br/>
        <w:t>8. 行书中的"飞白"是指：</w:t>
        <w:br/>
        <w:br/>
        <w:t>A. 笔画中的白色痕迹</w:t>
        <w:br/>
        <w:br/>
        <w:t>B. 笔画中的飞白效果</w:t>
        <w:br/>
        <w:br/>
        <w:t>C. 字与字之间的空白</w:t>
        <w:br/>
        <w:br/>
        <w:t>D. 纸张上的白色斑点</w:t>
        <w:br/>
        <w:br/>
        <w:t>9. 临摹行书时，下列哪种工具最适合初学者？</w:t>
        <w:br/>
        <w:br/>
        <w:t>A. 狼毫笔</w:t>
        <w:br/>
        <w:br/>
        <w:t>B. 羊毫笔</w:t>
        <w:br/>
        <w:br/>
        <w:t>C. 兼毫笔</w:t>
        <w:br/>
        <w:br/>
        <w:t>D. 橡皮擦</w:t>
        <w:br/>
        <w:br/>
        <w:t>10. 行书中的"章法"指的是：</w:t>
        <w:br/>
        <w:br/>
        <w:t>A. 单个字的写法</w:t>
        <w:br/>
        <w:br/>
        <w:t>B. 字与字之间的关系</w:t>
        <w:br/>
        <w:br/>
        <w:t>C. 整幅作品的布局</w:t>
        <w:br/>
        <w:br/>
        <w:t>D. 笔画的运用方法</w:t>
        <w:br/>
        <w:br/>
        <w:t xml:space="preserve"> 二、判断题（每题2分，共10分）</w:t>
        <w:br/>
        <w:br/>
        <w:t>1. 行书是介于楷书和草书之间的一种字体，既有楷书的规范性，又有草书的流畅性。（ ）</w:t>
        <w:br/>
        <w:br/>
        <w:t>2. 临摹行书时，应该完全按照原帖的笔画和结构进行复制，不需要加入自己的理解。（ ）</w:t>
        <w:br/>
        <w:br/>
        <w:t>3. 王羲之的《兰亭序》是行书的代表作，但其真迹已经失传，现在流传的是唐代冯承素的摹本。（ ）</w:t>
        <w:br/>
        <w:br/>
        <w:t>4. 行书中的"连笔"是指笔画之间的连接，是行书区别于楷书的重要特征之一。（ ）</w:t>
        <w:br/>
        <w:br/>
        <w:t>5. 临摹行书时，应该先追求形似，再追求神似，最后达到形神兼备。（ ）</w:t>
        <w:br/>
        <w:br/>
        <w:t xml:space="preserve"> 三、多项选择题（每题2分，共4分）</w:t>
        <w:br/>
        <w:br/>
        <w:t>1. 下列哪些是行书的基本笔法？（ ）</w:t>
        <w:br/>
        <w:br/>
        <w:t>A. 侧锋</w:t>
        <w:br/>
        <w:br/>
        <w:t>B. 中锋</w:t>
        <w:br/>
        <w:br/>
        <w:t>C. 逆锋</w:t>
        <w:br/>
        <w:br/>
        <w:t>D. 藏锋</w:t>
        <w:br/>
        <w:br/>
        <w:t>E. 露锋</w:t>
        <w:br/>
        <w:br/>
        <w:t>2. 下列哪些书法家对行书发展有重要贡献？（ ）</w:t>
        <w:br/>
        <w:br/>
        <w:t>A. 王羲之</w:t>
        <w:br/>
        <w:br/>
        <w:t>B. 王献之</w:t>
        <w:br/>
        <w:br/>
        <w:t>C. 颜真卿</w:t>
        <w:br/>
        <w:br/>
        <w:t>D. 柳公权</w:t>
        <w:br/>
        <w:br/>
        <w:t>E. 苏轼</w:t>
        <w:br/>
        <w:br/>
        <w:t xml:space="preserve"> 四、填空题（每题2分，共10分）</w:t>
        <w:br/>
        <w:br/>
        <w:t>1. 行书起源于______时期，成熟于______时期。</w:t>
        <w:br/>
        <w:br/>
        <w:t>2. 临摹行书的基本步骤包括：读帖、______、______和______。</w:t>
        <w:br/>
        <w:br/>
        <w:t>3. 行书中的"行气"主要通过______和______来体现。</w:t>
        <w:br/>
        <w:br/>
        <w:t>4. 王羲之的《兰亭序》创作于______年间，当时王羲之与友人聚会于______。</w:t>
        <w:br/>
        <w:br/>
        <w:t>5. 行书中的"飞白"效果主要通过______和______的运用来实现。</w:t>
        <w:br/>
        <w:br/>
        <w:t xml:space="preserve"> 五、简答题（每题5分，共10分）</w:t>
        <w:br/>
        <w:br/>
        <w:t>1. 简述行书的特点及其在书法艺术中的地位。</w:t>
        <w:br/>
        <w:br/>
        <w:t>2. 分析临摹行书时应注意的要点，并说明如何提高临摹水平。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王羲之(303-361)是东晋时期著名书法家，被后世尊为"书圣"。其行书作品《兰亭序》被誉为"天下第一行书"，是中国书法史上的经典之作。王献之是王羲之的儿子，也是著名书法家，但不如其父有名。颜真卿和柳公权是唐代著名书法家，以楷书著称。</w:t>
        <w:br/>
        <w:br/>
        <w:t>2. 答案：B</w:t>
        <w:br/>
        <w:br/>
        <w:t>解析：行书的特点是笔画流畅，结构灵活。它介于楷书和草书之间，既有楷书的规范性，又有草书的流畅性。选项A描述的是楷书的特点，选项C和D都不是行书的主要特点。</w:t>
        <w:br/>
        <w:br/>
        <w:t>3. 答案：D</w:t>
        <w:br/>
        <w:br/>
        <w:t>解析：行书常用的笔法包括侧锋、中锋和逆锋，这些笔法能够表现出行书的流畅性和变化性。折锋不是书法中的常用术语，可能是干扰项。</w:t>
        <w:br/>
        <w:br/>
        <w:t>4. 答案：C</w:t>
        <w:br/>
        <w:br/>
        <w:t>解析：《祭侄文稿》是颜真卿的行书作品，不是王羲之的作品。王羲之的行书代表作包括《兰亭序》、《快雪时晴帖》和《十七帖》等。《祭侄文稿》是颜真卿为悼念侄子颜季明而作的行书作品，情感真挚，被誉为"第二行书"。</w:t>
        <w:br/>
        <w:br/>
        <w:t>5. 答案：C</w:t>
        <w:br/>
        <w:br/>
        <w:t>解析：行书中的"行气"指的是整体作品的气势，包括字与字之间的连贯性、笔画的流畅性以及整体章法的和谐统一。它是行书艺术魅力的重要体现。</w:t>
        <w:br/>
        <w:br/>
        <w:t>6. 答案：C</w:t>
        <w:br/>
        <w:br/>
        <w:t>解析：临摹行书时，应该先观察整体，再分析细节；从笔画开始，逐步到结构；先读帖，再临摹。直接临摹而不进行分析是错误的方法，这样难以掌握行书的精髓。</w:t>
        <w:br/>
        <w:br/>
        <w:t>7. 答案：A</w:t>
        <w:br/>
        <w:br/>
        <w:t>解析：颜真卿(709-785)是唐代著名书法家，其行书风格被称为"颜体"。他的行书作品气势磅礴，雄浑有力，对后世影响深远。颜之推、颜延之和颜师古虽然也是历史人物，但不是以书法闻名。</w:t>
        <w:br/>
        <w:br/>
        <w:t>8. 答案：B</w:t>
        <w:br/>
        <w:br/>
        <w:t>解析：行书中的"飞白"是指笔画中的飞白效果，即笔画中出现的白色痕迹，这种效果能够增加行书的变化和节奏感。它不是指字与字之间的空白或纸张上的白色斑点。</w:t>
        <w:br/>
        <w:br/>
        <w:t>9. 答案：C</w:t>
        <w:br/>
        <w:br/>
        <w:t>解析：对于初学者来说，兼毫笔是最适合临摹行书的工具。兼毫笔兼具羊毫的柔软和狼毫的弹性，既能表现行书的流畅性，又能控制笔画的精细度。狼毫笔较硬，羊毫笔太软，都不适合初学者。橡皮擦不是书法工具。</w:t>
        <w:br/>
        <w:br/>
        <w:t>10. 答案：C</w:t>
        <w:br/>
        <w:br/>
        <w:t>解析：行书中的"章法"指的是整幅作品的布局，包括字与字之间的关系、行与行之间的排列以及整体的空间安排。它不是指单个字的写法或笔画的运用方法。</w:t>
        <w:br/>
        <w:br/>
        <w:t xml:space="preserve"> 二、判断题</w:t>
        <w:br/>
        <w:br/>
        <w:t>1. 答案：√</w:t>
        <w:br/>
        <w:br/>
        <w:t>解析：行书确实是介于楷书和草书之间的一种字体，它既有楷书的规范性，又有草书的流畅性。这种特点使行书在实用性和艺术性之间达到了良好的平衡。</w:t>
        <w:br/>
        <w:br/>
        <w:t>2. 答案：×</w:t>
        <w:br/>
        <w:br/>
        <w:t>解析：临摹行书时，不应该完全按照原帖的笔画和结构进行复制，而应该在理解的基础上进行临摹，逐步掌握行书的精髓和神韵。完全机械地复制难以达到艺术的高度。</w:t>
        <w:br/>
        <w:br/>
        <w:t>3. 答案：√</w:t>
        <w:br/>
        <w:br/>
        <w:t>解析：王羲之的《兰亭序》真迹确实已经失传，现在流传的是唐代冯承素的摹本，被称为"冯承素本"或"神龙本"。尽管如此，这幅摹本仍然被视为学习行书的重要范本。</w:t>
        <w:br/>
        <w:br/>
        <w:t>4. 答案：√</w:t>
        <w:br/>
        <w:br/>
        <w:t>解析：行书中的"连笔"是指笔画之间的连接，是行书区别于楷书的重要特征之一。这种连笔使得行书更加流畅自然，富有节奏感。</w:t>
        <w:br/>
        <w:br/>
        <w:t>5. 答案：√</w:t>
        <w:br/>
        <w:br/>
        <w:t>解析：临摹行书时，应该遵循先形似后神似的原则，首先追求与原作的形似，再逐步追求神似，最终达到形神兼备的境界。这是学习书法的基本方法。</w:t>
        <w:br/>
        <w:br/>
        <w:t xml:space="preserve"> 三、多项选择题</w:t>
        <w:br/>
        <w:br/>
        <w:t>1. 答案：ABCE</w:t>
        <w:br/>
        <w:br/>
        <w:t>解析：行书的基本笔法包括侧锋、中锋、逆锋和露锋。侧锋能够表现行书的变化和节奏；中锋是书法的基本笔法，能够保证笔画的力度和稳定性；逆锋能够增加笔画的丰富性；露锋能够表现行书的流畅性。藏锋虽然也是书法中的笔法，但在行书中使用较少。</w:t>
        <w:br/>
        <w:br/>
        <w:t>2. 答案：ABCDE</w:t>
        <w:br/>
        <w:br/>
        <w:t>解析：王羲之被誉为"书圣"，其行书作品《兰亭序》被誉为"天下第一行书"，对行书发展有重要贡献。王献之是王羲之的儿子，继承了父亲的书法风格并有所创新。颜真卿的行书风格雄浑有力，对后世影响深远。柳公权虽然以楷书著称，但其行书也有独特风格。苏轼的行书自然流畅，富有个性，对后世影响很大。</w:t>
        <w:br/>
        <w:br/>
        <w:t xml:space="preserve"> 四、填空题</w:t>
        <w:br/>
        <w:br/>
        <w:t>1. 答案：汉末魏晋；东晋</w:t>
        <w:br/>
        <w:br/>
        <w:t>解析：行书起源于汉末魏晋时期，成熟于东晋时期。这一时期是中国书法发展的重要阶段，各种字体逐渐形成并完善。</w:t>
        <w:br/>
        <w:br/>
        <w:t>2. 答案：临摹；对照；修正</w:t>
        <w:br/>
        <w:br/>
        <w:t>解析：临摹行书的基本步骤包括：读帖（观察和理解原作）、临摹（按照原作进行书写）、对照（将临摹作品与原作进行比较）和修正（根据比较结果进行修改和完善）。</w:t>
        <w:br/>
        <w:br/>
        <w:t>3. 答案：笔画的连贯性；字与字之间的呼应</w:t>
        <w:br/>
        <w:br/>
        <w:t>解析：行书中的"行气"主要通过笔画的连贯性和字与字之间的呼应来体现。笔画的连贯性使得行书流畅自然，字与字之间的呼应使得整幅作品和谐统一。</w:t>
        <w:br/>
        <w:br/>
        <w:t>4. 答案：永和九年；兰亭</w:t>
        <w:br/>
        <w:br/>
        <w:t>解析：王羲之的《兰亭序》创作于永和九年（353年）年间，当时王羲之与友人聚会于兰亭（今浙江省绍兴市境内），饮酒赋诗，王羲之乘兴写下了这篇千古名作。</w:t>
        <w:br/>
        <w:br/>
        <w:t>5. 答案：笔速的控制；墨量的掌握</w:t>
        <w:br/>
        <w:br/>
        <w:t>解析：行书中的"飞白"效果主要通过笔速的控制和墨量的掌握来实现。快速运笔和适量减少墨量能够在笔画中产生白色痕迹，形成飞白效果。</w:t>
        <w:br/>
        <w:br/>
        <w:t xml:space="preserve"> 五、简答题</w:t>
        <w:br/>
        <w:br/>
        <w:t>1. 答案：</w:t>
        <w:br/>
        <w:br/>
        <w:t>行书的特点是笔画流畅，结构灵活，介于楷书和草书之间。它既有楷书的规范性，又有草书的流畅性，是一种实用性与艺术性并重的字体。行书的特点主要表现在以下几个方面：</w:t>
        <w:br/>
        <w:br/>
        <w:t>（1）笔画流畅自然，富有节奏感；</w:t>
        <w:br/>
        <w:br/>
        <w:t>（2）结构灵活多变，不拘一格；</w:t>
        <w:br/>
        <w:br/>
        <w:t>（3）字与字之间相互呼应，形成整体；</w:t>
        <w:br/>
        <w:br/>
        <w:t>（4）章法和谐统一，气韵生动。</w:t>
        <w:br/>
        <w:br/>
        <w:t>在书法艺术中，行书占有重要地位。它既适合日常书写，又具有很高的艺术价值。行书的发展历程贯穿了中国书法史的各个时期，从汉末魏晋的起源，到东晋的成熟，再到唐宋的发展，行书不断演变和完善，形成了丰富多彩的风格和流派。行书不仅是书法艺术的重要组成部分，也是中国传统文化的重要载体，体现了中国人的审美情趣和精神追求。</w:t>
        <w:br/>
        <w:br/>
        <w:t>2. 答案：</w:t>
        <w:br/>
        <w:br/>
        <w:t>临摹行书时应注意的要点：</w:t>
        <w:br/>
        <w:br/>
        <w:t>（1）先读帖，再临摹：仔细观察原作的笔画、结构和章法，理解其特点和神韵；</w:t>
        <w:br/>
        <w:br/>
        <w:t>（2）从整体到局部：先把握整体风格和章法，再逐步研究细节；</w:t>
        <w:br/>
        <w:br/>
        <w:t>（3）注重笔法：掌握行书的基本笔法，如中锋、侧锋、逆锋等；</w:t>
        <w:br/>
        <w:br/>
        <w:t>（4）注意结构：理解字的结构特点，把握字的重心和平衡；</w:t>
        <w:br/>
        <w:br/>
        <w:t>（5）追求神似：在形似的基础上，逐步追求神似，最终达到形神兼备。</w:t>
        <w:br/>
        <w:br/>
        <w:t>提高临摹水平的方法：</w:t>
        <w:br/>
        <w:br/>
        <w:t>（1）多读帖：经常欣赏优秀的行书作品，提高审美能力和鉴赏水平；</w:t>
        <w:br/>
        <w:br/>
        <w:t>（2）多练习：坚持不懈地练习，形成肌肉记忆；</w:t>
        <w:br/>
        <w:br/>
        <w:t>（3）多比较：将自己的临摹作品与原作进行比较，找出差距和不足；</w:t>
        <w:br/>
        <w:br/>
        <w:t>（4）多思考：思考原作的创作背景和艺术特点，加深理解；</w:t>
        <w:br/>
        <w:br/>
        <w:t>（5）多请教：向有经验的书法家请教，获取指导和建议；</w:t>
        <w:br/>
        <w:br/>
        <w:t>（6）多创新：在掌握基本技法的基础上，逐步形成自己的风格。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