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2025年酒店竞聘笔试题及答案</w:t>
      </w:r>
    </w:p>
    <w:p>
      <w:r>
        <w:br/>
        <w:t xml:space="preserve"> 一、单项选择题（共10题，每题2分）</w:t>
        <w:br/>
        <w:br/>
        <w:t>1. 酒店行业中最常见的客房类型是：</w:t>
        <w:br/>
        <w:br/>
        <w:t>A. 单人间</w:t>
        <w:br/>
        <w:br/>
        <w:t>B. 标准间</w:t>
        <w:br/>
        <w:br/>
        <w:t>C. 套房</w:t>
        <w:br/>
        <w:br/>
        <w:t>D. 总统套房</w:t>
        <w:br/>
        <w:br/>
        <w:t>2. 酒店服务质量的核心标准是：</w:t>
        <w:br/>
        <w:br/>
        <w:t>A. 价格低廉</w:t>
        <w:br/>
        <w:br/>
        <w:t>B. 设施豪华</w:t>
        <w:br/>
        <w:br/>
        <w:t>C. 客户满意度</w:t>
        <w:br/>
        <w:br/>
        <w:t>D. 餐饮种类丰富</w:t>
        <w:br/>
        <w:br/>
        <w:t>3. 酒店前台接待工作中，最重要的技能是：</w:t>
        <w:br/>
        <w:br/>
        <w:t>A. 多语言能力</w:t>
        <w:br/>
        <w:br/>
        <w:t>B. 计算机操作</w:t>
        <w:br/>
        <w:br/>
        <w:t>C. 沟通能力</w:t>
        <w:br/>
        <w:br/>
        <w:t>D. 数学计算能力</w:t>
        <w:br/>
        <w:br/>
        <w:t>4. 酒店客房清洁的标准流程不包括：</w:t>
        <w:br/>
        <w:br/>
        <w:t>A. 开窗通风</w:t>
        <w:br/>
        <w:br/>
        <w:t>B. 更换床单</w:t>
        <w:br/>
        <w:br/>
        <w:t>C. 整理客人遗留物品</w:t>
        <w:br/>
        <w:br/>
        <w:t>D. 检查设施设备</w:t>
        <w:br/>
        <w:br/>
        <w:t>5. 酒店危机处理的首要原则是：</w:t>
        <w:br/>
        <w:br/>
        <w:t>A. 保护酒店利益</w:t>
        <w:br/>
        <w:br/>
        <w:t>B. 维护客户关系</w:t>
        <w:br/>
        <w:br/>
        <w:t>C. 确保人员安全</w:t>
        <w:br/>
        <w:br/>
        <w:t>D. 控制信息传播</w:t>
        <w:br/>
        <w:br/>
        <w:t>6. 酒店收益管理的主要目标是：</w:t>
        <w:br/>
        <w:br/>
        <w:t>A. 提高入住率</w:t>
        <w:br/>
        <w:br/>
        <w:t>B. 提高平均房价</w:t>
        <w:br/>
        <w:br/>
        <w:t>C. 最大化总收入</w:t>
        <w:br/>
        <w:br/>
        <w:t>D. 降低运营成本</w:t>
        <w:br/>
        <w:br/>
        <w:t>7. 酒店安全管理的核心是：</w:t>
        <w:br/>
        <w:br/>
        <w:t>A. 防火防盗</w:t>
        <w:br/>
        <w:br/>
        <w:t>B. 客人隐私保护</w:t>
        <w:br/>
        <w:br/>
        <w:t>C. 应急预案制定</w:t>
        <w:br/>
        <w:br/>
        <w:t>D. 员工安全培训</w:t>
        <w:br/>
        <w:br/>
        <w:t>8. 酒店员工培训的主要内容不包括：</w:t>
        <w:br/>
        <w:br/>
        <w:t>A. 服务技能</w:t>
        <w:br/>
        <w:br/>
        <w:t>B. 产品知识</w:t>
        <w:br/>
        <w:br/>
        <w:t>C. 外语能力</w:t>
        <w:br/>
        <w:br/>
        <w:t>D. 销售技巧</w:t>
        <w:br/>
        <w:br/>
        <w:t>9. 酒店客户关系管理的关键是：</w:t>
        <w:br/>
        <w:br/>
        <w:t>A. 收集客户信息</w:t>
        <w:br/>
        <w:br/>
        <w:t>B. 分析客户需求</w:t>
        <w:br/>
        <w:br/>
        <w:t>C. 提供个性化服务</w:t>
        <w:br/>
        <w:br/>
        <w:t>D. 定期回访客户</w:t>
        <w:br/>
        <w:br/>
        <w:t>10. 酒店行业可持续发展的重要举措是：</w:t>
        <w:br/>
        <w:br/>
        <w:t>A. 减少能源消耗</w:t>
        <w:br/>
        <w:br/>
        <w:t>B. 增加绿化面积</w:t>
        <w:br/>
        <w:br/>
        <w:t>C. 提供环保用品</w:t>
        <w:br/>
        <w:br/>
        <w:t>D. 以上都是</w:t>
        <w:br/>
        <w:br/>
        <w:t xml:space="preserve"> 二、填空题（共5题，每题2分）</w:t>
        <w:br/>
        <w:br/>
        <w:t>1. 酒店前台的"三声服务"是指：来有迎声、______、走有送声。</w:t>
        <w:br/>
        <w:br/>
        <w:t>2. 酒店客房预订的主要渠道包括：直接预订、______和在线旅游社(OTA)。</w:t>
        <w:br/>
        <w:br/>
        <w:t>3. 酒店服务质量评价体系中的SERVQUAL模型包含五个维度：有形性、可靠性、响应性、保证性和______。</w:t>
        <w:br/>
        <w:br/>
        <w:t>4. 酒店收益管理的三大核心要素是：需求预测、______和价格优化。</w:t>
        <w:br/>
        <w:br/>
        <w:t>5. 酒店员工激励的主要方式包括物质激励和______。</w:t>
        <w:br/>
        <w:br/>
        <w:t xml:space="preserve"> 三、判断题（共5题，每题2分）</w:t>
        <w:br/>
        <w:br/>
        <w:t>1. 酒店客房清洁时，可以随意移动客人的个人物品。（ ）</w:t>
        <w:br/>
        <w:br/>
        <w:t>2. 酒店前台接待员应当主动询问客人的隐私信息，以便提供更好的服务。（ ）</w:t>
        <w:br/>
        <w:br/>
        <w:t>3. 酒店在处理客户投诉时，应当首先道歉，然后解决问题，最后跟进反馈。（ ）</w:t>
        <w:br/>
        <w:br/>
        <w:t>4. 酒店收益管理中，提高入住率总是比提高平均房价更重要。（ ）</w:t>
        <w:br/>
        <w:br/>
        <w:t>5. 酒店员工在服务过程中，应当始终保持微笑，即使面对客人的无理要求。（ ）</w:t>
        <w:br/>
        <w:br/>
        <w:t xml:space="preserve"> 四、多项选择题（共2题，每题2分）</w:t>
        <w:br/>
        <w:br/>
        <w:t>1. 酒店前台的岗位职责包括：</w:t>
        <w:br/>
        <w:br/>
        <w:t>A. 办理入住和退房手续</w:t>
        <w:br/>
        <w:br/>
        <w:t>B. 处理客户投诉</w:t>
        <w:br/>
        <w:br/>
        <w:t>C. 推广酒店会员计划</w:t>
        <w:br/>
        <w:br/>
        <w:t>D. 负责酒店财务核算</w:t>
        <w:br/>
        <w:br/>
        <w:t>E. 管理酒店库存</w:t>
        <w:br/>
        <w:br/>
        <w:t>2. 提升酒店客户满意度的有效措施包括：</w:t>
        <w:br/>
        <w:br/>
        <w:t>A. 提供个性化服务</w:t>
        <w:br/>
        <w:br/>
        <w:t>B. 及时响应客户需求</w:t>
        <w:br/>
        <w:br/>
        <w:t>C. 建立客户反馈机制</w:t>
        <w:br/>
        <w:br/>
        <w:t>D. 定期进行员工培训</w:t>
        <w:br/>
        <w:br/>
        <w:t>E. 降低服务价格</w:t>
        <w:br/>
        <w:br/>
        <w:t xml:space="preserve"> 五、简答题（共2题，每题5分）</w:t>
        <w:br/>
        <w:br/>
        <w:t>1. 请简述酒店客房清洁的标准流程及注意事项。</w:t>
        <w:br/>
        <w:br/>
        <w:t>2. 酒店在面临负面评价或危机事件时，应如何进行有效的公关处理？</w:t>
        <w:br/>
        <w:br/>
        <w:t xml:space="preserve"> 参考答案及解析</w:t>
        <w:br/>
        <w:br/>
        <w:t xml:space="preserve"> 一、单项选择题答案及解析</w:t>
        <w:br/>
        <w:br/>
        <w:t>1. 答案：B</w:t>
        <w:br/>
        <w:br/>
        <w:t>解析：标准间是酒店中最常见的客房类型，通常配备一张双人床或两张单人床，适合商务出行和一般旅游客人，市场需求最大。</w:t>
        <w:br/>
        <w:br/>
        <w:t>2. 答案：C</w:t>
        <w:br/>
        <w:br/>
        <w:t>解析：客户满意度是酒店服务质量的核心标准，直接关系到酒店的口碑、回头客率和市场竞争力。其他选项虽然重要，但都是围绕提升客户满意度展开的。</w:t>
        <w:br/>
        <w:br/>
        <w:t>3. 答案：C</w:t>
        <w:br/>
        <w:br/>
        <w:t>解析：沟通能力是前台接待最重要的技能，包括语言表达、倾听、理解客人需求等，直接影响客人的入住体验和问题解决效率。</w:t>
        <w:br/>
        <w:br/>
        <w:t>4. 答案：C</w:t>
        <w:br/>
        <w:br/>
        <w:t>解析：整理客人遗留物品不是客房清洁的标准流程，而是特殊情况下的处理方式。标准流程包括开窗通风、更换床单、检查设施设备等。</w:t>
        <w:br/>
        <w:br/>
        <w:t>5. 答案：C</w:t>
        <w:br/>
        <w:br/>
        <w:t>解析：确保人员安全是危机处理的首要原则，包括客人安全和员工安全，这是酒店社会责任的基本要求。</w:t>
        <w:br/>
        <w:br/>
        <w:t>6. 答案：C</w:t>
        <w:br/>
        <w:br/>
        <w:t>解析：收益管理的主要目标是最大化总收入，需要在入住率和平均房价之间找到最佳平衡点，而非单纯追求某一指标。</w:t>
        <w:br/>
        <w:br/>
        <w:t>7. 答案：C</w:t>
        <w:br/>
        <w:br/>
        <w:t>解析：应急预案制定是酒店安全管理的核心，包括火灾、自然灾害、突发事件等各种情况的应对措施，是保障酒店安全的基础。</w:t>
        <w:br/>
        <w:br/>
        <w:t>8. 答案：D</w:t>
        <w:br/>
        <w:br/>
        <w:t>解析：销售技巧虽然重要，但不是酒店员工培训的主要内容，通常只针对销售部门员工。其他三项是所有酒店员工都应掌握的基本技能。</w:t>
        <w:br/>
        <w:br/>
        <w:t>9. 答案：C</w:t>
        <w:br/>
        <w:br/>
        <w:t>解析：提供个性化服务是客户关系管理的关键，能够满足不同客人的特殊需求，提升客户忠诚度和满意度。</w:t>
        <w:br/>
        <w:br/>
        <w:t>10. 答案：D</w:t>
        <w:br/>
        <w:br/>
        <w:t>解析：减少能源消耗、增加绿化面积、提供环保用品都是酒店行业可持续发展的重要举措，体现了酒店的社会责任和环保意识。</w:t>
        <w:br/>
        <w:br/>
        <w:t xml:space="preserve"> 二、填空题答案及解析</w:t>
        <w:br/>
        <w:br/>
        <w:t>1. 答案：问有答声</w:t>
        <w:br/>
        <w:br/>
        <w:t>解析："三声服务"是酒店前台服务的基本要求，包括来有迎声、问有答声、走有送声，体现了酒店服务的规范性和礼貌性。</w:t>
        <w:br/>
        <w:br/>
        <w:t>2. 答案：旅行社预订</w:t>
        <w:br/>
        <w:br/>
        <w:t>解析：酒店客房预订的主要渠道包括直接预订（酒店官网、电话等）、旅行社预订和在线旅游社(OTA)，多元化的预订渠道有助于提高酒店入住率。</w:t>
        <w:br/>
        <w:br/>
        <w:t>3. 答案：移情性</w:t>
        <w:br/>
        <w:br/>
        <w:t>解析：SERVQUAL模型是衡量服务质量的重要工具，包含五个维度：有形性、可靠性、响应性、保证性和移情性（即设身处地为客人着想的能力）。</w:t>
        <w:br/>
        <w:br/>
        <w:t>4. 答案：库存控制</w:t>
        <w:br/>
        <w:br/>
        <w:t>解析：收益管理的三大核心要素是需求预测、库存控制和价格优化，通过科学管理这三个要素，实现酒店收益最大化。</w:t>
        <w:br/>
        <w:br/>
        <w:t>5. 答案：精神激励</w:t>
        <w:br/>
        <w:br/>
        <w:t>解析：员工激励的主要方式包括物质激励（如薪资、奖金）和精神激励（如表彰、晋升机会、职业发展等），两者结合才能有效激发员工积极性。</w:t>
        <w:br/>
        <w:br/>
        <w:t xml:space="preserve"> 三、判断题答案及解析</w:t>
        <w:br/>
        <w:br/>
        <w:t>1. 答案：×</w:t>
        <w:br/>
        <w:br/>
        <w:t>解析：客房清洁时，不应随意移动客人的个人物品，应保持原位，如需移动应尽量恢复原状，尊重客人隐私。</w:t>
        <w:br/>
        <w:br/>
        <w:t>2. 答案：×</w:t>
        <w:br/>
        <w:br/>
        <w:t>解析：前台接待员不应主动询问客人的隐私信息，除非必要且获得客人同意，应尊重客人隐私权。</w:t>
        <w:br/>
        <w:br/>
        <w:t>3. 答案：√</w:t>
        <w:br/>
        <w:br/>
        <w:t>解析：处理客户投诉的标准流程是：首先道歉（表示重视），然后解决问题（采取实际行动），最后跟进反馈（确保问题彻底解决并了解客户满意度）。</w:t>
        <w:br/>
        <w:br/>
        <w:t>4. 答案：×</w:t>
        <w:br/>
        <w:br/>
        <w:t>解析：收益管理中，入住率和平均房价同等重要，应根据不同时期的市场情况灵活调整，找到最佳平衡点，而非一味追求某一指标。</w:t>
        <w:br/>
        <w:br/>
        <w:t>5. 答案：×</w:t>
        <w:br/>
        <w:br/>
        <w:t>解析：员工应保持专业态度，但不一定始终保持微笑，面对无理要求时应礼貌但坚定地维护酒店和自身权益，必要时可寻求上级帮助。</w:t>
        <w:br/>
        <w:br/>
        <w:t xml:space="preserve"> 四、多项选择题答案及解析</w:t>
        <w:br/>
        <w:br/>
        <w:t>1. 答案：ABC</w:t>
        <w:br/>
        <w:br/>
        <w:t>解析：酒店前台的岗位职责包括：办理入住和退房手续、处理客户投诉、推广酒店会员计划等。财务核算通常由财务部门负责，库存管理多由客房部或采购部门负责。</w:t>
        <w:br/>
        <w:br/>
        <w:t>2. 答案：ABCD</w:t>
        <w:br/>
        <w:br/>
        <w:t>解析：提升客户满意度的有效措施包括：提供个性化服务、及时响应客户需求、建立客户反馈机制、定期进行员工培训等。降低服务价格虽然可能短期内提高满意度，但长期来看不是可持续的解决方案。</w:t>
        <w:br/>
        <w:br/>
        <w:t xml:space="preserve"> 五、简答题答案及解析</w:t>
        <w:br/>
        <w:br/>
        <w:t>1. 答案：</w:t>
        <w:br/>
        <w:br/>
        <w:t>酒店客房清洁的标准流程：</w:t>
        <w:br/>
        <w:br/>
        <w:t>(1) 准备工作：携带清洁工具车，检查工具是否齐全，准备干净布草和清洁用品。</w:t>
        <w:br/>
        <w:br/>
        <w:t>(2) 进入客房：敲门并报"客房服务"，确认无人后进入。</w:t>
        <w:br/>
        <w:br/>
        <w:t>(3) 开窗通风：打开窗户，让空气流通。</w:t>
        <w:br/>
        <w:br/>
        <w:t>(4) 清洁整理：按从上到下、从里到外的顺序进行清洁，包括更换床单、擦拭家具、清洁卫生间、吸尘等。</w:t>
        <w:br/>
        <w:br/>
        <w:t>(5) 检查设施：检查电器设备是否正常，补充客房用品。</w:t>
        <w:br/>
        <w:br/>
        <w:t>(6) 最终检查：确保无遗漏，关闭不需要的电器，整理物品摆放。</w:t>
        <w:br/>
        <w:br/>
        <w:t>(7) 退出客房：关好门窗，轻轻带上门。</w:t>
        <w:br/>
        <w:br/>
        <w:t>注意事项：</w:t>
        <w:br/>
        <w:br/>
        <w:t>- 尊重客人隐私，不随意翻动客人物品</w:t>
        <w:br/>
        <w:br/>
        <w:t>- 注意安全，使用清洁工具时避免伤到自己或损坏物品</w:t>
        <w:br/>
        <w:br/>
        <w:t>- 保持工作区域整洁，工具摆放有序</w:t>
        <w:br/>
        <w:br/>
        <w:t>- 发现客房设施损坏或客人遗留物品及时上报</w:t>
        <w:br/>
        <w:br/>
        <w:t>- 遵循酒店卫生标准，确保消毒彻底</w:t>
        <w:br/>
        <w:br/>
        <w:t>2. 答案：</w:t>
        <w:br/>
        <w:br/>
        <w:t>酒店面对负面评价或危机事件的公关处理措施：</w:t>
        <w:br/>
        <w:br/>
        <w:t>(1) 快速响应：第一时间了解情况，迅速做出反应，避免事态扩大。</w:t>
        <w:br/>
        <w:br/>
        <w:t>(2) 真诚道歉：无论责任在谁，首先向受影响方表示歉意，体现酒店的责任感。</w:t>
        <w:br/>
        <w:br/>
        <w:t>(3) 查明真相：全面调查事件原因，掌握事实情况，避免主观臆断。</w:t>
        <w:br/>
        <w:br/>
        <w:t>(4) 制定解决方案：根据调查结果，制定切实可行的解决方案，及时纠正错误。</w:t>
        <w:br/>
        <w:br/>
        <w:t>(5) 有效沟通：通过适当渠道向公众发布信息，保持透明，避免谣言传播。</w:t>
        <w:br/>
        <w:br/>
        <w:t>(6) 跟进反馈：持续关注事件进展，及时向相关方反馈处理结果，收集意见。</w:t>
        <w:br/>
        <w:br/>
        <w:t>(7) 总结改进：从事件中吸取教训，完善管理制度和应急预案，防止类似事件再次发生。</w:t>
        <w:br/>
        <w:br/>
        <w:t>(8) 形象修复：通过优质服务和公益活动等，逐步修复酒店形象，重建公众信任。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