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2025年船舶安全知识试题及答案</w:t>
      </w:r>
    </w:p>
    <w:p>
      <w:r>
        <w:br/>
        <w:t xml:space="preserve"> 一、单项选择题（每题2分，共20分）</w:t>
        <w:br/>
        <w:br/>
        <w:t>1. 根据《国际海上人命安全公约》(SOLAS)，船舶必须配备的救生设备不包括以下哪项？</w:t>
        <w:br/>
        <w:br/>
        <w:t>A. 救生艇</w:t>
        <w:br/>
        <w:br/>
        <w:t>B. 救生筏</w:t>
        <w:br/>
        <w:br/>
        <w:t>C. 救生圈</w:t>
        <w:br/>
        <w:br/>
        <w:t>D. 救生衣</w:t>
        <w:br/>
        <w:br/>
        <w:t>2. 船舶航行中，当发现前方有冰山时，最安全的应对措施是：</w:t>
        <w:br/>
        <w:br/>
        <w:t>A. 加速通过冰山区域</w:t>
        <w:br/>
        <w:br/>
        <w:t>B. 减速并改变航向，远离冰山</w:t>
        <w:br/>
        <w:br/>
        <w:t>C. 停船等待冰山融化</w:t>
        <w:br/>
        <w:br/>
        <w:t>D. 沿着冰山边缘航行</w:t>
        <w:br/>
        <w:br/>
        <w:t>3. 船舶消防演习中，以下哪项不是船员必须掌握的技能？</w:t>
        <w:br/>
        <w:br/>
        <w:t>A. 火灾报警程序</w:t>
        <w:br/>
        <w:br/>
        <w:t>B. 使用灭火器</w:t>
        <w:br/>
        <w:br/>
        <w:t>C. 修理消防设备</w:t>
        <w:br/>
        <w:br/>
        <w:t>D. 穿戴消防装备</w:t>
        <w:br/>
        <w:br/>
        <w:t>4. 根据《国际防止船舶造成污染公约》(MARPOL)，船舶排放含油污水时，油含量不得超过：</w:t>
        <w:br/>
        <w:br/>
        <w:t>A. 15ppm</w:t>
        <w:br/>
        <w:br/>
        <w:t>B. 30ppm</w:t>
        <w:br/>
        <w:br/>
        <w:t>C. 60ppm</w:t>
        <w:br/>
        <w:br/>
        <w:t>D. 100ppm</w:t>
        <w:br/>
        <w:br/>
        <w:t>5. 船舶航行中，如遇恶劣天气，以下哪项措施是错误的？</w:t>
        <w:br/>
        <w:br/>
        <w:t>A. 适当调整航向和航速</w:t>
        <w:br/>
        <w:br/>
        <w:t>B. 关闭所有非必要的舱口和开口</w:t>
        <w:br/>
        <w:br/>
        <w:t>C. 继续全速前进以尽快通过恶劣区域</w:t>
        <w:br/>
        <w:br/>
        <w:t>D. 加强值班和瞭望</w:t>
        <w:br/>
        <w:br/>
        <w:t>6. 船舶救生演习中，救生艇的降放操作通常由谁负责？</w:t>
        <w:br/>
        <w:br/>
        <w:t>A. 船长</w:t>
        <w:br/>
        <w:br/>
        <w:t>B. 大副</w:t>
        <w:br/>
        <w:br/>
        <w:t>C. 轮机长</w:t>
        <w:br/>
        <w:br/>
        <w:t>D. 救生艇艇长</w:t>
        <w:br/>
        <w:br/>
        <w:t>7. 根据《国际船舶和港口设施保安规则》(ISPS Code)，船舶保安警报系统应：</w:t>
        <w:br/>
        <w:br/>
        <w:t>A. 只能在港口内使用</w:t>
        <w:br/>
        <w:br/>
        <w:t>B. 只能在公海上使用</w:t>
        <w:br/>
        <w:br/>
        <w:t>C. 可在任何时候使用，但应通知沿岸国</w:t>
        <w:br/>
        <w:br/>
        <w:t>D. 仅在遭遇海盗袭击时使用</w:t>
        <w:br/>
        <w:br/>
        <w:t>8. 船舶航行中，如发现有人落水，以下哪项不是正确的应急措施？</w:t>
        <w:br/>
        <w:br/>
        <w:t>A. 立即停车并发出落水警报</w:t>
        <w:br/>
        <w:br/>
        <w:t>B. 抛出救生圈并标记落水位置</w:t>
        <w:br/>
        <w:br/>
        <w:t>C. 立即转向返回落水点</w:t>
        <w:br/>
        <w:br/>
        <w:t>D. 继续原航线航行，通知其他船舶协助</w:t>
        <w:br/>
        <w:br/>
        <w:t>9. 船舶无线电通信设备中，GMDSS的主要作用是：</w:t>
        <w:br/>
        <w:br/>
        <w:t>A. 提供娱乐节目</w:t>
        <w:br/>
        <w:br/>
        <w:t>B. 进行商业电话通信</w:t>
        <w:br/>
        <w:br/>
        <w:t>C. 确保遇险和安全通信</w:t>
        <w:br/>
        <w:br/>
        <w:t>D. 传输气象预报</w:t>
        <w:br/>
        <w:br/>
        <w:t>10. 船舶航行中，如遇火灾，以下哪项是正确的逃生路线选择？</w:t>
        <w:br/>
        <w:br/>
        <w:t>A. 向上甲板逃生</w:t>
        <w:br/>
        <w:br/>
        <w:t>B. 向船舱内部逃生</w:t>
        <w:br/>
        <w:br/>
        <w:t>C. 向火灾区域逃生</w:t>
        <w:br/>
        <w:br/>
        <w:t>D. 随机选择逃生方向</w:t>
        <w:br/>
        <w:br/>
        <w:t xml:space="preserve"> 二、判断题（每题2分，共10分）</w:t>
        <w:br/>
        <w:br/>
        <w:t>1. 船舶航行中，如遇浓雾，应减速并加强瞭望，必要时停车。( )</w:t>
        <w:br/>
        <w:br/>
        <w:t>2. 船舶救生艇上的淡水和食物储备量应足够全船人员使用7天。( )</w:t>
        <w:br/>
        <w:br/>
        <w:t>3. 船舶排放垃圾时，塑料制品可以在任何海域直接排放。( )</w:t>
        <w:br/>
        <w:br/>
        <w:t>4. 船舶航行中，如发现海盗迹象，应立即加速逃离。( )</w:t>
        <w:br/>
        <w:br/>
        <w:t>5. 船舶消防演习至少每月进行一次，并记录在船舶日志中。( )</w:t>
        <w:br/>
        <w:br/>
        <w:t xml:space="preserve"> 三、多项选择题（每题2分，共4分）</w:t>
        <w:br/>
        <w:br/>
        <w:t>1. 根据《国际海上人命安全公约》(SOLAS)，船舶必须配备的消防设备包括：</w:t>
        <w:br/>
        <w:br/>
        <w:t>A. 固定式灭火系统</w:t>
        <w:br/>
        <w:br/>
        <w:t>B. 手提式灭火器</w:t>
        <w:br/>
        <w:br/>
        <w:t>C. 消防员装备</w:t>
        <w:br/>
        <w:br/>
        <w:t>D. 消防栓和消防水带</w:t>
        <w:br/>
        <w:br/>
        <w:t>2. 船舶航行中，如遇紧急情况，以下哪些信息必须立即通过无线电发送？</w:t>
        <w:br/>
        <w:br/>
        <w:t>A. 船舶位置和航向</w:t>
        <w:br/>
        <w:br/>
        <w:t>B. 船舶名称和呼号</w:t>
        <w:br/>
        <w:br/>
        <w:t>C. 遇险性质和需要的援助</w:t>
        <w:br/>
        <w:br/>
        <w:t>D. 船上货物种类和数量</w:t>
        <w:br/>
        <w:br/>
        <w:t xml:space="preserve"> 四、填空题（每题2分，共10分）</w:t>
        <w:br/>
        <w:br/>
        <w:t>1. 船舶救生设备中，每人至少应配备一件________。</w:t>
        <w:br/>
        <w:br/>
        <w:t>2. 根据《国际海上避碰规则》，船舶在能见度不良时，应使用________。</w:t>
        <w:br/>
        <w:br/>
        <w:t>3. 船舶航行中，如遇人员落水，应立即发出________信号。</w:t>
        <w:br/>
        <w:br/>
        <w:t>4. 船舶消防演习中，所有船员应至少每________参加一次消防演习。</w:t>
        <w:br/>
        <w:br/>
        <w:t>5. 根据《国际防止船舶造成污染公约》(MARPOL)，船舶在特殊区域内排放含油污水时，油含量不得超过________ppm。</w:t>
        <w:br/>
        <w:br/>
        <w:t xml:space="preserve"> 五、简答题（每题5分，共10分）</w:t>
        <w:br/>
        <w:br/>
        <w:t>1. 简述船舶航行中遇到恶劣天气时的安全措施。</w:t>
        <w:br/>
        <w:br/>
        <w:t>2. 简述船舶救生艇的日常检查和维护要点。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根据《国际海上人命安全公约》(SOLAS)，船舶必须配备的救生设备包括救生艇、救生筏和救生衣，但救生圈不是必须为每人配备的设备，而是按船舶大小和类型配备一定数量的救生圈。救生圈是救生设备的一种，但不是必须为每人配备的。</w:t>
        <w:br/>
        <w:br/>
        <w:t>2. 答案：B</w:t>
        <w:br/>
        <w:br/>
        <w:t>解析：当发现前方有冰山时，最安全的应对措施是减速并改变航向，远离冰山。加速通过可能会增加碰撞风险，停船等待会浪费时间和燃料，而沿着冰山边缘航行仍然存在碰撞风险。因此，减速并改变航向是最安全的选择。</w:t>
        <w:br/>
        <w:br/>
        <w:t>3. 答案：C</w:t>
        <w:br/>
        <w:br/>
        <w:t>解析：船舶消防演习中，船员必须掌握火灾报警程序、使用灭火器和穿戴消防装备等技能，但修理消防设备通常不是船员的职责，而是由专业维修人员负责。因此，修理消防设备不是船员必须掌握的技能。</w:t>
        <w:br/>
        <w:br/>
        <w:t>4. 答案：A</w:t>
        <w:br/>
        <w:br/>
        <w:t>解析：根据《国际防止船舶造成污染公约》(MARPOL)附则I，船舶排放含油污水时，油含量不得超过15ppm。这是为了保护海洋环境，防止船舶污染。</w:t>
        <w:br/>
        <w:br/>
        <w:t>5. 答案：C</w:t>
        <w:br/>
        <w:br/>
        <w:t>解析：船舶航行中遇恶劣天气时，适当调整航向和航速、关闭所有非必要的舱口和开口、加强值班和瞭望都是正确的措施，但继续全速前进可能会导致船舶受损或倾覆，因此是错误的措施。</w:t>
        <w:br/>
        <w:br/>
        <w:t>6. 答案：D</w:t>
        <w:br/>
        <w:br/>
        <w:t>解析：船舶救生演习中，救生艇的降放操作通常由救生艇艇长负责。船长和大副负责整体指挥，轮机长负责确保机械设备正常运行，但具体的救生艇操作由经过专门训练的救生艇艇长负责。</w:t>
        <w:br/>
        <w:br/>
        <w:t>7. 答案：C</w:t>
        <w:br/>
        <w:br/>
        <w:t>解析：根据《国际船舶和港口设施保安规则》(ISPS Code)，船舶保安警报系统可在任何时候使用，但应通知沿岸国。这确保了在发生保安事件时能够及时获得援助，同时避免不必要的恐慌。</w:t>
        <w:br/>
        <w:br/>
        <w:t>8. 答案：D</w:t>
        <w:br/>
        <w:br/>
        <w:t>解析：当发现有人落水时，立即停车并发出落水警报、抛出救生圈并标记落水位置、立即转向返回落水点都是正确的应急措施，但继续原航线航行而不采取救援行动是错误的，违反了海上人命安全的基本原则。</w:t>
        <w:br/>
        <w:br/>
        <w:t>9. 答案：C</w:t>
        <w:br/>
        <w:br/>
        <w:t>解析：船舶无线电通信设备中，GMDSS(全球海上遇险与安全系统)的主要作用是确保遇险和安全通信。它是一个综合的全球通信系统，用于提高海上遇险通信的效率和可靠性。</w:t>
        <w:br/>
        <w:br/>
        <w:t>10. 答案：A</w:t>
        <w:br/>
        <w:br/>
        <w:t>解析：船舶航行中如遇火灾，正确的逃生路线选择是向上甲板逃生，因为火灾通常向上蔓延，而向上逃生可以远离火源。向船舱内部逃生可能会进入火区，向火灾区域逃生是危险的，随机选择逃生方向可能导致进入危险区域。</w:t>
        <w:br/>
        <w:br/>
        <w:t xml:space="preserve"> 二、判断题</w:t>
        <w:br/>
        <w:br/>
        <w:t>1. 答案：√</w:t>
        <w:br/>
        <w:br/>
        <w:t>解析：根据《国际海上避碰规则》，船舶在能见度不良时(如浓雾)应减速并加强瞭望，必要时停车。这是为了确保船舶安全，避免碰撞事故。</w:t>
        <w:br/>
        <w:br/>
        <w:t>2. 答案：×</w:t>
        <w:br/>
        <w:br/>
        <w:t>解析：根据《国际海上人命安全公约》(SOLAS)，船舶救生艇上的淡水和食物储备量应足够全船人员使用3天，而不是7天。7天的储备量适用于救生筏。</w:t>
        <w:br/>
        <w:br/>
        <w:t>3. 答案：×</w:t>
        <w:br/>
        <w:br/>
        <w:t>解析：根据《国际防止船舶造成污染公约》(MARPOL)，塑料制品禁止在任何海域排放，必须收集并储存到港口处理设施。塑料制品对海洋环境的危害极大，需要严格管理。</w:t>
        <w:br/>
        <w:br/>
        <w:t>4. 答案：×</w:t>
        <w:br/>
        <w:br/>
        <w:t>解析：当发现海盗迹象时，立即加速逃离可能会激怒海盗，导致他们采取更激烈的行动。正确的做法是采取预防措施，如加强瞭望、准备防海盗设备、必要时请求援助等，而不是简单地加速逃离。</w:t>
        <w:br/>
        <w:br/>
        <w:t>5. 答案：√</w:t>
        <w:br/>
        <w:br/>
        <w:t>解析：根据《国际海上人命安全公约》(SOLAS)，船舶消防演习至少每月进行一次，并记录在船舶日志中。这确保了船员始终保持应对火灾的能力。</w:t>
        <w:br/>
        <w:br/>
        <w:t xml:space="preserve"> 三、多项选择题</w:t>
        <w:br/>
        <w:br/>
        <w:t>1. 答案：ABCD</w:t>
        <w:br/>
        <w:br/>
        <w:t>解析：根据《国际海上人命安全公约》(SOLAS)，船舶必须配备的消防设备包括固定式灭火系统(如CO2系统)、手提式灭火器、消防员装备(包括防火服、呼吸器等)和消防栓及消防水带。这些设备共同构成了船舶的消防系统，确保在发生火灾时能够有效应对。</w:t>
        <w:br/>
        <w:br/>
        <w:t>2. 答案：ABC</w:t>
        <w:br/>
        <w:br/>
        <w:t>解析：根据《国际海上人命安全公约》(SOLAS)和《国际无线电规则》，船舶在遇险时必须立即通过无线电发送船舶位置和航向、船舶名称和呼号、遇险性质和需要的援助等信息。这些信息对于救援行动至关重要。虽然货物种类和数量在某些情况下可能有用，但不是必须立即发送的信息。</w:t>
        <w:br/>
        <w:br/>
        <w:t xml:space="preserve"> 四、填空题</w:t>
        <w:br/>
        <w:br/>
        <w:t>1. 答案：救生衣</w:t>
        <w:br/>
        <w:br/>
        <w:t>解析：根据《国际海上人命安全公约》(SOLAS)，船舶救生设备中，每人至少应配备一件救生衣。这是最基本的救生设备，确保在紧急情况下每个人都有基本的浮力保障。</w:t>
        <w:br/>
        <w:br/>
        <w:t>2. 答案：号笛和雾号</w:t>
        <w:br/>
        <w:br/>
        <w:t>解析：根据《国际海上避碰规则》，船舶在能见度不良时，应使用号笛和雾号发出声号，以警示其他船舶自己的存在和位置，避免碰撞事故。</w:t>
        <w:br/>
        <w:br/>
        <w:t>3. 答案：人落水(Man Overboard)</w:t>
        <w:br/>
        <w:br/>
        <w:t>解析：船舶航行中，如遇人员落水，应立即发出"人落水"信号，包括视觉信号(如橙色烟雾信号)和声音信号，以标记落水位置并通知其他船舶注意。</w:t>
        <w:br/>
        <w:br/>
        <w:t>4. 答案：两个月</w:t>
        <w:br/>
        <w:br/>
        <w:t>解析：根据《国际海上人命安全公约》(SOLAS)，船舶消防演习中，所有船员应至少每两个月参加一次消防演习。这确保了船员始终保持应对火灾的能力。</w:t>
        <w:br/>
        <w:br/>
        <w:t>5. 答案：15</w:t>
        <w:br/>
        <w:br/>
        <w:t>解析：根据《国际防止船舶造成污染公约》(MARPOL)附则I，船舶在特殊区域内(如地中海、波罗的海等)排放含油污水时，油含量不得超过15ppm，与一般海域相同。特殊区域对环境保护要求更高，但在含油污水排放标准上与一般海域一致。</w:t>
        <w:br/>
        <w:br/>
        <w:t xml:space="preserve"> 五、简答题</w:t>
        <w:br/>
        <w:br/>
        <w:t>1. 答案：</w:t>
        <w:br/>
        <w:br/>
        <w:t>船舶航行中遇到恶劣天气时的安全措施包括：</w:t>
        <w:br/>
        <w:br/>
        <w:t>- 及时获取最新的气象信息，提前做好应对准备</w:t>
        <w:br/>
        <w:br/>
        <w:t>- 适当调整航向和航速，避免横浪航行</w:t>
        <w:br/>
        <w:br/>
        <w:t>- 关闭所有非必要的舱口和开口，防止进水</w:t>
        <w:br/>
        <w:br/>
        <w:t>- 加固甲板货物和设备，防止移位</w:t>
        <w:br/>
        <w:br/>
        <w:t>- 加强值班和瞭望，确保及时发现危险</w:t>
        <w:br/>
        <w:br/>
        <w:t>- 检查排水系统，确保畅通</w:t>
        <w:br/>
        <w:br/>
        <w:t>- 准备好救生设备，随时可用</w:t>
        <w:br/>
        <w:br/>
        <w:t>- 保持通讯畅通，随时与外界联系</w:t>
        <w:br/>
        <w:br/>
        <w:t>- 如情况严重，考虑寻找避风港或改变航线</w:t>
        <w:br/>
        <w:br/>
        <w:t>解析：恶劣天气是航行中的主要危险之一，采取适当的安全措施可以最大限度地减少风险。这些措施涵盖了从信息获取到实际操作的各个方面，确保船舶和人员的安全。及时调整航向和航速可以减少船舶受到的冲击力，关闭舱口和开口可以防止进水，加强值班和瞭望可以及时发现危险，这些都是应对恶劣天气的关键措施。</w:t>
        <w:br/>
        <w:br/>
        <w:t>2. 答案：</w:t>
        <w:br/>
        <w:br/>
        <w:t>船舶救生艇的日常检查和维护要点包括：</w:t>
        <w:br/>
        <w:br/>
        <w:t>- 定期检查救生艇的外观，确保无破损、裂纹或变形</w:t>
        <w:br/>
        <w:br/>
        <w:t>- 检查救生艇的浮力装置，确保其正常工作</w:t>
        <w:br/>
        <w:br/>
        <w:t>- 检查发动机和燃油系统，确保能够正常启动和运行</w:t>
        <w:br/>
        <w:br/>
        <w:t>- 检查救生艇内的设备，包括通讯设备、信号设备、急救包等，确保齐全且可用</w:t>
        <w:br/>
        <w:br/>
        <w:t>- 检查救生艇的降落和回收设备，确保其正常工作</w:t>
        <w:br/>
        <w:br/>
        <w:t>- 定期进行救生艇的降放和回收演习，确保船员熟悉操作程序</w:t>
        <w:br/>
        <w:br/>
        <w:t>- 保持救生艇的清洁和干燥，防止腐蚀和损坏</w:t>
        <w:br/>
        <w:br/>
        <w:t>- 记录所有检查和维护活动，确保可追溯性</w:t>
        <w:br/>
        <w:br/>
        <w:t>解析：救生艇是船舶最重要的救生设备之一，其可靠性直接关系到船员的生命安全。日常检查和维护可以确保救生艇在需要时能够正常工作。检查外观可以发现结构问题，检查浮力装置可以确保其在水中保持浮力，检查发动机可以确保其能够提供动力，检查设备可以确保船员在救生艇上能够生存和求救。定期演习可以确保船员熟悉操作程序，在紧急情况下能够正确使用救生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