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2025年电梯试题及答案扫描软件</w:t>
      </w:r>
    </w:p>
    <w:p>
      <w:r>
        <w:br/>
        <w:t xml:space="preserve"> 一、单项选择题（每题2分，共20分）</w:t>
        <w:br/>
        <w:br/>
        <w:t>1. 电梯曳引机的主要作用是（ ）</w:t>
        <w:br/>
        <w:br/>
        <w:t>A. 控制电梯的开关门</w:t>
        <w:br/>
        <w:br/>
        <w:t>B. 提供电梯升降的动力</w:t>
        <w:br/>
        <w:br/>
        <w:t>C. 监控电梯的运行状态</w:t>
        <w:br/>
        <w:br/>
        <w:t>D. 调节电梯的运行速度</w:t>
        <w:br/>
        <w:br/>
        <w:t>2. 根据国家标准，电梯的额定速度不应超过（ ）</w:t>
        <w:br/>
        <w:br/>
        <w:t>A. 0.5m/s</w:t>
        <w:br/>
        <w:br/>
        <w:t>B. 1.0m/s</w:t>
        <w:br/>
        <w:br/>
        <w:t>C. 1.75m/s</w:t>
        <w:br/>
        <w:br/>
        <w:t>D. 2.5m/s</w:t>
        <w:br/>
        <w:br/>
        <w:t>3. 电梯安全回路中，以下哪个装置不属于必备的安全装置（ ）</w:t>
        <w:br/>
        <w:br/>
        <w:t>A. 限速器</w:t>
        <w:br/>
        <w:br/>
        <w:t>B. 安全钳</w:t>
        <w:br/>
        <w:br/>
        <w:t>C. 缓冲器</w:t>
        <w:br/>
        <w:br/>
        <w:t>D. 空调系统</w:t>
        <w:br/>
        <w:br/>
        <w:t>4. 电梯导轨的主要作用是（ ）</w:t>
        <w:br/>
        <w:br/>
        <w:t>A. 引导轿厢和对重运行</w:t>
        <w:br/>
        <w:br/>
        <w:t>B. 承受电梯的全部重量</w:t>
        <w:br/>
        <w:br/>
        <w:t>C. 减少电梯运行时的噪音</w:t>
        <w:br/>
        <w:br/>
        <w:t>D. 美化电梯井道</w:t>
        <w:br/>
        <w:br/>
        <w:t>5. 电梯门锁装置的作用是（ ）</w:t>
        <w:br/>
        <w:br/>
        <w:t>A. 控制电梯的开关门速度</w:t>
        <w:br/>
        <w:br/>
        <w:t>B. 防止电梯在门未关闭时运行</w:t>
        <w:br/>
        <w:br/>
        <w:t>C. 调节电梯门的开启力度</w:t>
        <w:br/>
        <w:br/>
        <w:t>D. 记录电梯开关门的次数</w:t>
        <w:br/>
        <w:br/>
        <w:t>6. 电梯平衡系数的合理范围是（ ）</w:t>
        <w:br/>
        <w:br/>
        <w:t>A. 30%-40%</w:t>
        <w:br/>
        <w:br/>
        <w:t>B. 40%-50%</w:t>
        <w:br/>
        <w:br/>
        <w:t>C. 50%-60%</w:t>
        <w:br/>
        <w:br/>
        <w:t>D. 60%-70%</w:t>
        <w:br/>
        <w:br/>
        <w:t>7. 电梯曳引钢丝绳的安全系数不应小于（ ）</w:t>
        <w:br/>
        <w:br/>
        <w:t>A. 10</w:t>
        <w:br/>
        <w:br/>
        <w:t>B. 12</w:t>
        <w:br/>
        <w:br/>
        <w:t>C. 16</w:t>
        <w:br/>
        <w:br/>
        <w:t>D. 20</w:t>
        <w:br/>
        <w:br/>
        <w:t>8. 电梯紧急电动运行装置的作用是（ ）</w:t>
        <w:br/>
        <w:br/>
        <w:t>A. 正常情况下控制电梯运行</w:t>
        <w:br/>
        <w:br/>
        <w:t>B. 紧急情况下使电梯慢速运行</w:t>
        <w:br/>
        <w:br/>
        <w:t>C. 加速电梯的运行速度</w:t>
        <w:br/>
        <w:br/>
        <w:t>D. 停止电梯的运行</w:t>
        <w:br/>
        <w:br/>
        <w:t>9. 电梯缓冲器的作用是（ ）</w:t>
        <w:br/>
        <w:br/>
        <w:t>A. 减少电梯运行时的震动</w:t>
        <w:br/>
        <w:br/>
        <w:t>B. 当电梯冲顶或蹲底时吸收能量</w:t>
        <w:br/>
        <w:br/>
        <w:t>C. 提高电梯的运行平稳性</w:t>
        <w:br/>
        <w:br/>
        <w:t>D. 控制电梯的停止位置</w:t>
        <w:br/>
        <w:br/>
        <w:t>A. 自动识别试题内容</w:t>
        <w:br/>
        <w:br/>
        <w:t>B. 智能评分和解析</w:t>
        <w:br/>
        <w:br/>
        <w:t>C. 替代人工出题</w:t>
        <w:br/>
        <w:br/>
        <w:t>D. 实时监控电梯运行状态</w:t>
        <w:br/>
        <w:br/>
        <w:t xml:space="preserve"> 二、填空题（每题2分，共10分）</w:t>
        <w:br/>
        <w:br/>
        <w:t>1. 电梯的四大安全系统分别是：________系统、________系统、________系统和电气控制系统。</w:t>
        <w:br/>
        <w:br/>
        <w:t>2. 电梯曳引钢丝绳的端部固定装置通常采用________或________方式。</w:t>
        <w:br/>
        <w:br/>
        <w:t>3. 电梯限速器动作速度应不大于电梯额定速度的________倍。</w:t>
        <w:br/>
        <w:br/>
        <w:t>4. 电梯门保护装置主要有________、________和光幕保护装置。</w:t>
        <w:br/>
        <w:br/>
        <w:t xml:space="preserve"> 三、判断题（每题2分，共10分）</w:t>
        <w:br/>
        <w:br/>
        <w:t>1. 电梯曳引机的制动器在电梯停止时必须保持制动状态。（ ）</w:t>
        <w:br/>
        <w:br/>
        <w:t>2. 电梯平衡系数是指对重重量与轿厢自重及额定载重之和的比值。（ ）</w:t>
        <w:br/>
        <w:br/>
        <w:t>3. 电梯导轨接头处的间隙不应大于0.5mm。（ ）</w:t>
        <w:br/>
        <w:br/>
        <w:t>4. 电梯安全钳只有在限速器动作后才会触发。（ ）</w:t>
        <w:br/>
        <w:br/>
        <w:t xml:space="preserve"> 四、多项选择题（每题2分，共4分）</w:t>
        <w:br/>
        <w:br/>
        <w:t>1. 电梯曳引机主要由以下哪些部分组成？（ ）</w:t>
        <w:br/>
        <w:br/>
        <w:t>A. 电动机</w:t>
        <w:br/>
        <w:br/>
        <w:t>B. 制动器</w:t>
        <w:br/>
        <w:br/>
        <w:t>C. 减速箱</w:t>
        <w:br/>
        <w:br/>
        <w:t>D. 曳引轮</w:t>
        <w:br/>
        <w:br/>
        <w:t>E. 控制柜</w:t>
        <w:br/>
        <w:br/>
        <w:t>A. 提高阅卷效率</w:t>
        <w:br/>
        <w:br/>
        <w:t>B. 减少人为错误</w:t>
        <w:br/>
        <w:br/>
        <w:t>C. 实现即时反馈</w:t>
        <w:br/>
        <w:br/>
        <w:t>D. 完全取代教师角色</w:t>
        <w:br/>
        <w:br/>
        <w:t>E. 降低考试成本</w:t>
        <w:br/>
        <w:br/>
        <w:t xml:space="preserve"> 五、简答题（每题5分，共10分）</w:t>
        <w:br/>
        <w:br/>
        <w:t>1. 简述电梯安全回路的工作原理及其重要性。</w:t>
        <w:br/>
        <w:br/>
        <w:t xml:space="preserve"> 参考答案及解析</w:t>
        <w:br/>
        <w:br/>
        <w:t xml:space="preserve"> 一、单项选择题</w:t>
        <w:br/>
        <w:br/>
        <w:t>1. 答案：B</w:t>
        <w:br/>
        <w:br/>
        <w:t>解析：曳引机是电梯的动力源，其主要作用是通过曳引轮和曳引钢丝绳的摩擦力，提供电梯升降的动力。选项A是门机系统的作用，选项C是电梯控制系统的作用，选项D与曳引机功能无关。</w:t>
        <w:br/>
        <w:br/>
        <w:t>2. 答案：C</w:t>
        <w:br/>
        <w:br/>
        <w:t>解析：根据国家标准GB 7588-2003《电梯制造与安装安全规范》，电梯的额定速度有不同的限制，对于乘客电梯，额定速度不应大于1.75m/s。其他选项均不符合国家标准规定。</w:t>
        <w:br/>
        <w:br/>
        <w:t>3. 答案：D</w:t>
        <w:br/>
        <w:br/>
        <w:t>解析：电梯安全回路是保障电梯安全运行的重要系统，限速器、安全钳和缓冲器都是必备的安全装置，用于防止电梯超速、坠落和冲顶蹲底等危险情况。空调系统不属于安全装置，而是提升乘客舒适度的设备。</w:t>
        <w:br/>
        <w:br/>
        <w:t>4. 答案：A</w:t>
        <w:br/>
        <w:br/>
        <w:t>解析：电梯导轨是安装在井道内的导向装置，其主要作用是引导轿厢和对重沿垂直方向精确运行，确保电梯运行的平稳和安全。选项B是曳引系统或承重结构的作用，选项C和D不是导轨的主要功能。</w:t>
        <w:br/>
        <w:br/>
        <w:t>5. 答案：B</w:t>
        <w:br/>
        <w:br/>
        <w:t>解析：电梯门锁装置是重要的安全装置，其作用是确保电梯在所有层门完全关闭锁紧后，电梯才能启动运行，防止人员从电梯外进入正在运行的电梯井道，避免安全事故。选项A是门机系统的作用，选项C是门机调节装置的作用，选项D是门记录计数器的作用。</w:t>
        <w:br/>
        <w:br/>
        <w:t>6. 答案：B</w:t>
        <w:br/>
        <w:br/>
        <w:t>解析：电梯平衡系数是指对重重量与轿厢自重及额定载重之和的比值，合理的平衡系数范围是40%-50%。这个范围可以确保电梯在各种负载情况下都能高效运行，减少能耗。</w:t>
        <w:br/>
        <w:br/>
        <w:t>7. 答案：C</w:t>
        <w:br/>
        <w:br/>
        <w:t>解析：根据国家标准，电梯曳引钢丝绳的安全系数不应小于16，这是为了保证钢丝绳在承受最大负载时仍有足够的安全裕度，防止断裂事故的发生。</w:t>
        <w:br/>
        <w:br/>
        <w:t>8. 答案：B</w:t>
        <w:br/>
        <w:br/>
        <w:t>解析：电梯紧急电动运行装置是一种特殊操作装置，用于在紧急情况下（如救援）使电梯以检修速度慢速运行，以便专业人员安全地进行救援操作。它不是正常情况下使用的控制装置。</w:t>
        <w:br/>
        <w:br/>
        <w:t>9. 答案：B</w:t>
        <w:br/>
        <w:br/>
        <w:t>解析：电梯缓冲器安装在电梯井道底部和顶部，当电梯发生冲顶或蹲底等故障时，缓冲器能够吸收轿厢或对重的动能，减少冲击力，保护设备和人员安全。选项A是减震器的作用，选项C和D不是缓冲器的主要功能。</w:t>
        <w:br/>
        <w:br/>
        <w:t>10. 答案：D</w:t>
        <w:br/>
        <w:br/>
        <w:t xml:space="preserve"> 二、填空题</w:t>
        <w:br/>
        <w:br/>
        <w:t>1. 答案：曳引、导向、安全、电气控制</w:t>
        <w:br/>
        <w:br/>
        <w:t>解析：电梯的四大安全系统分别是曳引系统（提供动力）、导向系统（引导运行）、安全系统（防止超速和坠落）和电气控制系统（控制运行和信号）。这四个系统协同工作，确保电梯安全高效运行。</w:t>
        <w:br/>
        <w:br/>
        <w:t>2. 答案：绳夹、巴氏合金浇注</w:t>
        <w:br/>
        <w:br/>
        <w:t>解析：电梯曳引钢丝绳的端部固定装置通常采用绳夹固定或巴氏合金浇注方式。绳夹固定简单可靠，巴氏合金浇注能够提供更好的均匀受力，提高钢丝绳的使用寿命。</w:t>
        <w:br/>
        <w:br/>
        <w:t>3. 答案：1.25</w:t>
        <w:br/>
        <w:br/>
        <w:t>解析：根据国家标准，电梯限速器动作速度应不大于电梯额定速度的1.25倍，但也不应小于额定速度的1.15倍（对于不可脱落式夹绳器）或1.25倍（对于可脱落式夹绳器）。这一规定确保限速器能在电梯超速时及时动作。</w:t>
        <w:br/>
        <w:br/>
        <w:t>4. 答案：安全触板、光电保护装置</w:t>
        <w:br/>
        <w:br/>
        <w:t>解析：电梯门保护装置主要有安全触板、光电保护装置（光幕）等。安全触板是机械式保护装置，当碰到障碍物时会收回；光电保护装置利用红外线形成保护区域，当有障碍物遮挡光线时，门会重新打开。</w:t>
        <w:br/>
        <w:br/>
        <w:t>5. 答案：OCR、人工智能</w:t>
        <w:br/>
        <w:br/>
        <w:t xml:space="preserve"> 三、判断题</w:t>
        <w:br/>
        <w:br/>
        <w:t>1. 答案：√</w:t>
        <w:br/>
        <w:br/>
        <w:t>解析：电梯曳引机的制动器在电梯停止时必须保持制动状态，这是电梯安全运行的基本要求。制动器能够在断电或紧急情况下自动制动，防止电梯因重力而自行移动，确保人员和设备安全。</w:t>
        <w:br/>
        <w:br/>
        <w:t>2. 答案：√</w:t>
        <w:br/>
        <w:br/>
        <w:t>解析：电梯平衡系数是指对重重量与轿厢自重及额定载重之和的比值，即平衡系数=对重重量/(轿厢自重+额定载重)。合理的平衡系数可以减少曳引机的负载和能耗，提高电梯运行效率。</w:t>
        <w:br/>
        <w:br/>
        <w:t>3. 答案：×</w:t>
        <w:br/>
        <w:br/>
        <w:t>解析：电梯导轨接头处的间隙不应大于0.5mm是错误的。根据国家标准，导轨接头处的间隙不应大于0.05-0.1mm，以确保轿厢运行的平稳性和精确性。过大的间隙会导致电梯运行不平稳，产生噪音和震动。</w:t>
        <w:br/>
        <w:br/>
        <w:t>4. 答案：√</w:t>
        <w:br/>
        <w:br/>
        <w:t>解析：电梯安全钳只有在限速器动作后才会触发。当电梯超速运行时，限速器首先动作，通过机械连杆或钢丝绳触发安全钳，使安全钳的楔块夹紧导轨，从而制停电梯。这是电梯超速保护的双重安全机制。</w:t>
        <w:br/>
        <w:br/>
        <w:t>5. 答案：×</w:t>
        <w:br/>
        <w:br/>
        <w:t xml:space="preserve"> 四、多项选择题</w:t>
        <w:br/>
        <w:br/>
        <w:t>1. 答案：A、B、C、D</w:t>
        <w:br/>
        <w:br/>
        <w:t>解析：电梯曳引机主要由电动机（提供动力）、制动器（控制停止）、减速箱（降低转速、增加扭矩）和曳引轮（缠绕钢丝绳）组成。控制柜是电梯控制系统的核心部件，不属于曳引机的组成部分。</w:t>
        <w:br/>
        <w:br/>
        <w:t>2. 答案：A、B、C、E</w:t>
        <w:br/>
        <w:br/>
        <w:t xml:space="preserve"> 五、简答题</w:t>
        <w:br/>
        <w:br/>
        <w:t>1. 答案：</w:t>
        <w:br/>
        <w:br/>
        <w:t>电梯安全回路是一个串联连接所有安全装置的电气回路，包括限位开关、极限开关、门锁开关、急停按钮等。当任何一个安全装置动作或检测到异常时，安全回路会断开，切断电梯控制电源，使电梯停止运行。</w:t>
        <w:br/>
        <w:br/>
        <w:t>安全回路的重要性在于：</w:t>
        <w:br/>
        <w:br/>
        <w:t>(1) 提供多重安全保障，确保电梯在各种异常情况下能够及时停止；</w:t>
        <w:br/>
        <w:br/>
        <w:t>(2) 防止电梯在门未关闭、超限运行、超速等危险状态下继续运行；</w:t>
        <w:br/>
        <w:br/>
        <w:t>(3) 符合国家安全标准，是电梯安全运行的必要条件；</w:t>
        <w:br/>
        <w:br/>
        <w:t>(4) 通过串联设计，确保任何一个安全点失效都会导致电梯停止，提高可靠性。</w:t>
        <w:br/>
        <w:br/>
        <w:t>2. 答案：</w:t>
        <w:br/>
        <w:br/>
        <w:t>(1) 提高培训效率：快速批改大量试卷，节省教师时间；</w:t>
        <w:br/>
        <w:br/>
        <w:t>(2) 标准化评估：减少主观评分差异，确保评分公平；</w:t>
        <w:br/>
        <w:br/>
        <w:t>(3) 即时反馈：学员可以快速获得成绩和解析，及时了解学习状况；</w:t>
        <w:br/>
        <w:br/>
        <w:t>(4) 数据分析：通过考试数据统计分析，发现学员薄弱环节，优化培训内容；</w:t>
        <w:br/>
        <w:br/>
        <w:t>(5) 降低成本：减少人工阅卷成本，实现无纸化考试。</w:t>
        <w:br/>
        <w:br/>
        <w:t>局限性：</w:t>
        <w:br/>
        <w:br/>
        <w:t>(1) 技术限制：对手写识别、图表题目识别能力有限；</w:t>
        <w:br/>
        <w:br/>
        <w:t>(2) 创新性不足：难以评估创新思维和实际操作能力；</w:t>
        <w:br/>
        <w:br/>
        <w:t>(3) 无法替代教师：缺乏个性化指导和情感交流；</w:t>
        <w:br/>
        <w:br/>
        <w:t>(4) 安全隐患：可能面临网络安全风险和数据泄露问题；</w:t>
        <w:br/>
        <w:br/>
        <w:t>(5) 适用范围有限：对于需要实际操作的电梯维修技能培训，软件无法完全替代实操考核。</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