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2025年烹饪学基础试题及答案</w:t>
      </w:r>
    </w:p>
    <w:p>
      <w:r>
        <w:br/>
        <w:t xml:space="preserve"> 一、单项选择题（共10题，每题2分，共20分）</w:t>
        <w:br/>
        <w:br/>
        <w:t>1. 下列哪种烹饪方式最能保留食物中的水溶性维生素？</w:t>
        <w:br/>
        <w:br/>
        <w:t>A. 烤</w:t>
        <w:br/>
        <w:br/>
        <w:t>B. 煮</w:t>
        <w:br/>
        <w:br/>
        <w:t>C. 蒸</w:t>
        <w:br/>
        <w:br/>
        <w:t>D. 炸</w:t>
        <w:br/>
        <w:br/>
        <w:t>2. 在烹饪中，"mise en place"是指：</w:t>
        <w:br/>
        <w:br/>
        <w:t>A. 法式烹饪技巧</w:t>
        <w:br/>
        <w:br/>
        <w:t>B. 食材预处理和准备工作</w:t>
        <w:br/>
        <w:br/>
        <w:t>C. 餐桌摆盘艺术</w:t>
        <w:br/>
        <w:br/>
        <w:t>D. 食材储存方法</w:t>
        <w:br/>
        <w:br/>
        <w:t>3. 下列哪种肉类适合快速高温烹饪？</w:t>
        <w:br/>
        <w:br/>
        <w:t>A. 牛腱子肉</w:t>
        <w:br/>
        <w:br/>
        <w:t>B. 牛里脊</w:t>
        <w:br/>
        <w:br/>
        <w:t>C. 牛腩</w:t>
        <w:br/>
        <w:br/>
        <w:t>D. 牛尾</w:t>
        <w:br/>
        <w:br/>
        <w:t>4. 烹饪中"焦糖化反应"主要发生在：</w:t>
        <w:br/>
        <w:br/>
        <w:t>A. 酸性环境下</w:t>
        <w:br/>
        <w:br/>
        <w:t>B. 碱性环境下</w:t>
        <w:br/>
        <w:br/>
        <w:t>C. 中性环境下</w:t>
        <w:br/>
        <w:br/>
        <w:t>D. 任何pH环境下</w:t>
        <w:br/>
        <w:br/>
        <w:t>5. 下列哪种油脂的烟点最高？</w:t>
        <w:br/>
        <w:br/>
        <w:t>A. 橄榄油</w:t>
        <w:br/>
        <w:br/>
        <w:t>B. 黄油</w:t>
        <w:br/>
        <w:br/>
        <w:t>C. 花生油</w:t>
        <w:br/>
        <w:br/>
        <w:t>D. 椰子油</w:t>
        <w:br/>
        <w:br/>
        <w:t>6. 在制作面团时，加入食盐的主要作用是：</w:t>
        <w:br/>
        <w:br/>
        <w:t>A. 增加风味</w:t>
        <w:br/>
        <w:br/>
        <w:t>B. 控制酵母发酵</w:t>
        <w:br/>
        <w:br/>
        <w:t>C. 增强面筋结构</w:t>
        <w:br/>
        <w:br/>
        <w:t>D. 以上都是</w:t>
        <w:br/>
        <w:br/>
        <w:t>7. 下列哪种烹饪方式最适合制作嫩滑的鸡蛋？</w:t>
        <w:br/>
        <w:br/>
        <w:t>A. 煮</w:t>
        <w:br/>
        <w:br/>
        <w:t>B. 炒</w:t>
        <w:br/>
        <w:br/>
        <w:t>C. 蒸</w:t>
        <w:br/>
        <w:br/>
        <w:t>D. 烤</w:t>
        <w:br/>
        <w:br/>
        <w:t>8. 食品安全中的"危险温度区"是指：</w:t>
        <w:br/>
        <w:br/>
        <w:t>A. 0-4℃</w:t>
        <w:br/>
        <w:br/>
        <w:t>B. 4-60℃</w:t>
        <w:br/>
        <w:br/>
        <w:t>C. 60-74℃</w:t>
        <w:br/>
        <w:br/>
        <w:t>D. 74-85℃</w:t>
        <w:br/>
        <w:br/>
        <w:t>9. 在烹饪中，"sous-vide"是指：</w:t>
        <w:br/>
        <w:br/>
        <w:t>A. 低温慢煮技术</w:t>
        <w:br/>
        <w:br/>
        <w:t>B. 高压烹饪技术</w:t>
        <w:br/>
        <w:br/>
        <w:t>C. 微波烹饪技术</w:t>
        <w:br/>
        <w:br/>
        <w:t>D. 红外烹饪技术</w:t>
        <w:br/>
        <w:br/>
        <w:t>10. 下列哪种蔬菜适合长时间炖煮？</w:t>
        <w:br/>
        <w:br/>
        <w:t>A. 西兰花</w:t>
        <w:br/>
        <w:br/>
        <w:t>B. 菠菜</w:t>
        <w:br/>
        <w:br/>
        <w:t>C. 胡萝卜</w:t>
        <w:br/>
        <w:br/>
        <w:t>D. 黄瓜</w:t>
        <w:br/>
        <w:br/>
        <w:t xml:space="preserve"> 二、填空题（共5题，每题2分，共10分）</w:t>
        <w:br/>
        <w:br/>
        <w:t>1. 烹饪中的五种基本味觉是：甜、酸、苦、咸和______。</w:t>
        <w:br/>
        <w:br/>
        <w:t>2. 食品安全中的HACCP代表______。</w:t>
        <w:br/>
        <w:br/>
        <w:t>3. 在烹饪中，"degaze"是指用液体溶解锅底______的过程。</w:t>
        <w:br/>
        <w:br/>
        <w:t>4. 法式烹饪中的"mirepoix"是由洋葱、胡萝卜和______组成的蔬菜混合物。</w:t>
        <w:br/>
        <w:br/>
        <w:t>5. 烹饪中，蛋白质在______温度下会发生变性。</w:t>
        <w:br/>
        <w:br/>
        <w:t xml:space="preserve"> 三、判断题（共5题，每题2分，共10分）</w:t>
        <w:br/>
        <w:br/>
        <w:t>1. 烹饪中，所有食材的颜色变化都是由美拉德反应引起的。（ ）</w:t>
        <w:br/>
        <w:br/>
        <w:t>2. 冷藏可以完全阻止细菌生长，因此冷藏食品可以无限期保存。（ ）</w:t>
        <w:br/>
        <w:br/>
        <w:t>3. 在烹饪酸性食材时，使用铝制容器会导致食物变色。（ ）</w:t>
        <w:br/>
        <w:br/>
        <w:t>4. 烹饪中，"al dente"是指意大利面煮得软烂的状态。（ ）</w:t>
        <w:br/>
        <w:br/>
        <w:t>5. 所有油脂在加热后都会产生有害物质，因此应避免高温烹饪。（ ）</w:t>
        <w:br/>
        <w:br/>
        <w:t xml:space="preserve"> 四、多项选择题（共2题，每题2分，共4分）</w:t>
        <w:br/>
        <w:br/>
        <w:t>1. 下列哪些因素会影响烹饪中食材的熟化速度？（ ）</w:t>
        <w:br/>
        <w:br/>
        <w:t>A. 食材大小</w:t>
        <w:br/>
        <w:br/>
        <w:t>B. 烹饪温度</w:t>
        <w:br/>
        <w:br/>
        <w:t>C. 食材含水量</w:t>
        <w:br/>
        <w:br/>
        <w:t>D. 食材新鲜度</w:t>
        <w:br/>
        <w:br/>
        <w:t>2. 下列哪些烹饪方式属于干式烹饪方法？（ ）</w:t>
        <w:br/>
        <w:br/>
        <w:t>A. 烤</w:t>
        <w:br/>
        <w:br/>
        <w:t>B. 炖</w:t>
        <w:br/>
        <w:br/>
        <w:t>C. 炒</w:t>
        <w:br/>
        <w:br/>
        <w:t>D. 蒸</w:t>
        <w:br/>
        <w:br/>
        <w:t xml:space="preserve"> 五、简答题（共2题，每题5分，共10分）</w:t>
        <w:br/>
        <w:br/>
        <w:t>1. 简述美拉德反应及其在烹饪中的作用。</w:t>
        <w:br/>
        <w:br/>
        <w:t>2. 解释为什么在制作高汤时需要缓慢加热并撇去浮沫。</w:t>
        <w:br/>
        <w:br/>
        <w:t xml:space="preserve"> 参考答案及解析</w:t>
        <w:br/>
        <w:br/>
        <w:t xml:space="preserve"> 一、单项选择题</w:t>
        <w:br/>
        <w:br/>
        <w:t>1. 答案：C</w:t>
        <w:br/>
        <w:br/>
        <w:t>解析：蒸制是一种利用水蒸气传热的烹饪方式，温度相对较低且时间较短，能够最大程度地保留食物中的水溶性维生素（如维生素C和B族维生素）。烤、煮和炸等烹饪方式通常会导致水溶性维生素流失较多，因为它们需要直接接触水或高温环境。</w:t>
        <w:br/>
        <w:br/>
        <w:t>2. 答案：B</w:t>
        <w:br/>
        <w:br/>
        <w:t>解析："Mise en place"是法语，意为"放在适当位置"，在烹饪中指的是食材预处理和准备工作，包括清洗、切割、测量和摆放所有食材和工具，以确保烹饪过程流畅高效。这是专业厨房的基本工作原则。</w:t>
        <w:br/>
        <w:br/>
        <w:t>3. 答案：B</w:t>
        <w:br/>
        <w:br/>
        <w:t>解析：牛里脊是牛身上最嫩的部位，脂肪含量低，肌肉纤维细，适合快速高温烹饪，如煎、炒或烤。而牛腱子肉、牛腩和牛尾含有较多的结缔组织，需要长时间慢煮才能变得软嫩。</w:t>
        <w:br/>
        <w:br/>
        <w:t>4. 答案：D</w:t>
        <w:br/>
        <w:br/>
        <w:t>解析：焦糖化反应是糖类在高温下分解产生褐色物质和风味化合物的过程，它可以在任何pH环境下发生，与美拉德反应不同，美拉德反应是氨基酸和糖类之间的反应，受pH值影响较大。</w:t>
        <w:br/>
        <w:br/>
        <w:t>5. 答案：C</w:t>
        <w:br/>
        <w:br/>
        <w:t>解析：不同油脂的烟点不同，烟点是指油脂开始冒烟的温度。花生油的烟点较高（约230℃），适合高温烹饪；橄榄油的烟点中等（约190℃）；黄油和椰子油的烟点较低（约150-180℃），不适合高温煎炸。</w:t>
        <w:br/>
        <w:br/>
        <w:t>6. 答案：D</w:t>
        <w:br/>
        <w:br/>
        <w:t>解析：在制作面团时，食盐有多种作用：增加风味、控制酵母发酵速度（延缓发酵，使面团更有韧性）、增强面筋结构（使面团更有弹性）。因此，以上都是食盐的作用。</w:t>
        <w:br/>
        <w:br/>
        <w:t>7. 答案：C</w:t>
        <w:br/>
        <w:br/>
        <w:t>解析：蒸制是一种温和的烹饪方式，能够保持鸡蛋的水分，使其口感嫩滑。煮制可能导致鸡蛋过熟，炒制容易使鸡蛋变老，烤制则会使鸡蛋表面变硬。</w:t>
        <w:br/>
        <w:br/>
        <w:t>8. 答案：B</w:t>
        <w:br/>
        <w:br/>
        <w:t>解析：食品安全中的"危险温度区"是指4-60℃，这是细菌最容易生长繁殖的温度范围。在这个温度区间内存放食物超过2小时，细菌数量可能会增加到危险水平。</w:t>
        <w:br/>
        <w:br/>
        <w:t>9. 答案：A</w:t>
        <w:br/>
        <w:br/>
        <w:t>解析："Sous-vide"是法语，意为"真空密封"，是一种低温慢煮技术，将食材真空密封后在精确控制的低温水中长时间烹饪，能够保持食材的嫩度和风味。</w:t>
        <w:br/>
        <w:br/>
        <w:t>10. 答案：C</w:t>
        <w:br/>
        <w:br/>
        <w:t>解析：胡萝卜含有较多的淀粉和纤维，结构紧密，适合长时间炖煮，能够保持形状并逐渐释放风味。而西兰花、菠菜和黄瓜等蔬菜质地较嫩，长时间炖煮会导致过度软烂或失去营养。</w:t>
        <w:br/>
        <w:br/>
        <w:t xml:space="preserve"> 二、填空题</w:t>
        <w:br/>
        <w:br/>
        <w:t>1. 答案：鲜味</w:t>
        <w:br/>
        <w:br/>
        <w:t>解析：人类能够感知的五种基本味觉是甜、酸、苦、咸和鲜味。鲜味是由谷氨酸等物质产生的味道，常见于肉类、海鲜、蘑菇和某些发酵食品中。</w:t>
        <w:br/>
        <w:br/>
        <w:t>2. 答案：危害分析与关键控制点</w:t>
        <w:br/>
        <w:br/>
        <w:t>解析：HACCP（Hazard Analysis and Critical Control Points）是一种食品安全管理体系，通过识别、评估和控制食品生产过程中的潜在危害，确保食品安全。</w:t>
        <w:br/>
        <w:br/>
        <w:t>3. 答案：焦化物</w:t>
        <w:br/>
        <w:br/>
        <w:t>解析："Deglaze"是指在烹饪过程中，用液体（如酒、stock或醋）溶解锅底的焦化物（由食材煎炸后留下的褐色物质），以制作酱汁的过程，能够增加菜肴的风味深度。</w:t>
        <w:br/>
        <w:br/>
        <w:t>4. 答案：芹菜</w:t>
        <w:br/>
        <w:br/>
        <w:t>解析：Mirepoix是法式烹饪中常用的蔬菜基础，由洋葱、胡萝卜和芹菜组成，通常以2:1:1的比例切丁，用于制作汤、酱汁和炖菜，提供基础风味。</w:t>
        <w:br/>
        <w:br/>
        <w:t>5. 答案：60℃以上</w:t>
        <w:br/>
        <w:br/>
        <w:t>解析：蛋白质在60℃以上的温度下会发生变性，即分子结构改变，导致质地和性质发生变化。这是烹饪中使食材变熟的基本原理之一。</w:t>
        <w:br/>
        <w:br/>
        <w:t xml:space="preserve"> 三、判断题</w:t>
        <w:br/>
        <w:br/>
        <w:t>1. 答案：×</w:t>
        <w:br/>
        <w:br/>
        <w:t>解析：食材的颜色变化可能由多种反应引起，包括美拉德反应（氨基酸和糖类反应产生褐色）、焦糖化反应（糖类分解产生褐色）和酶促褐变（多酚氧化酶作用）。美拉德反应只是其中之一。</w:t>
        <w:br/>
        <w:br/>
        <w:t>2. 答案：×</w:t>
        <w:br/>
        <w:br/>
        <w:t>解析：冷藏可以减缓细菌生长速度，但不能完全阻止。大多数冷藏食品有特定的保质期，超过这个时间可能不再安全。此外，某些细菌（如李斯特菌）即使在低温下也能生长。</w:t>
        <w:br/>
        <w:br/>
        <w:t>3. 答案：√</w:t>
        <w:br/>
        <w:br/>
        <w:t>解析：酸性食材会与铝发生反应，导致铝离子溶入食物中，不仅可能影响健康，还会使食物呈现灰暗色，影响外观。因此烹饪酸性食材时应避免使用铝制容器。</w:t>
        <w:br/>
        <w:br/>
        <w:t>4. 答案：×</w:t>
        <w:br/>
        <w:br/>
        <w:t>解析："Al dente"是意大利语，意为"有嚼劲"，指的是意大利面煮到内部仍有轻微硬度的状态，而不是软烂的状态。这是意大利面的理想烹饪状态。</w:t>
        <w:br/>
        <w:br/>
        <w:t>5. 答案：×</w:t>
        <w:br/>
        <w:br/>
        <w:t>解析：虽然某些油脂在高温下可能产生有害物质，但并非所有油脂都如此。一些油脂（如高烟点植物油）适合高温烹饪。关键在于选择适合烹饪温度的油脂，并避免反复使用。</w:t>
        <w:br/>
        <w:br/>
        <w:t xml:space="preserve"> 四、多项选择题</w:t>
        <w:br/>
        <w:br/>
        <w:t>1. 答案：ABCD</w:t>
        <w:br/>
        <w:br/>
        <w:t>解析：食材的熟化速度受多种因素影响：食材大小（小块食材熟得更快）、烹饪温度（温度越高熟得越快）、食材含水量（含水量高的食材通常熟得更快）以及食材新鲜度（新鲜食材通常需要更短的烹饪时间）。</w:t>
        <w:br/>
        <w:br/>
        <w:t>2. 答案：AC</w:t>
        <w:br/>
        <w:br/>
        <w:t>解析：干式烹饪方法是指在烹饪过程中不使用大量水分或蒸汽的方式，包括烤、炒、煎、炸等。而炖和蒸属于湿式烹饪方法，因为它们使用大量水分或蒸汽作为传热介质。</w:t>
        <w:br/>
        <w:br/>
        <w:t xml:space="preserve"> 五、简答题</w:t>
        <w:br/>
        <w:br/>
        <w:t>1. 答案：</w:t>
        <w:br/>
        <w:br/>
        <w:t>美拉德反应是氨基酸与还原糖在加热条件下发生的一系列复杂化学反应，产生数百种新的风味和香气化合物，同时使食材表面呈现褐色。</w:t>
        <w:br/>
        <w:br/>
        <w:t>在烹饪中的作用：</w:t>
        <w:br/>
        <w:br/>
        <w:t>- 赋予食物诱人的褐色外观和香气</w:t>
        <w:br/>
        <w:br/>
        <w:t>- 产生丰富的风味层次，如烤肉、烘焙面包的香味</w:t>
        <w:br/>
        <w:br/>
        <w:t>- 增加食物的感官吸引力</w:t>
        <w:br/>
        <w:br/>
        <w:t>- 在某些情况下提高食物的可消化性</w:t>
        <w:br/>
        <w:br/>
        <w:t>- 是煎、烤、炸等烹饪方式产生独特风味的关键反应</w:t>
        <w:br/>
        <w:br/>
        <w:t>2. 答案：</w:t>
        <w:br/>
        <w:br/>
        <w:t>制作高汤时缓慢加热并撇去浮沫的原因：</w:t>
        <w:br/>
        <w:br/>
        <w:t>缓慢加热：</w:t>
        <w:br/>
        <w:br/>
        <w:t>- 使胶原蛋白逐渐水解为明胶，使高汤质地更加醇厚</w:t>
        <w:br/>
        <w:br/>
        <w:t>- 避免温度过高导致蛋白质迅速凝固，使汤浑浊</w:t>
        <w:br/>
        <w:br/>
        <w:t>- 允许风味物质充分释放到汤中</w:t>
        <w:br/>
        <w:br/>
        <w:t>- 减少油脂的乳化，使汤更加清澈</w:t>
        <w:br/>
        <w:br/>
        <w:t>撇去浮沫：</w:t>
        <w:br/>
        <w:br/>
        <w:t>- 浮沫主要由凝固的蛋白质、血水和杂质组成</w:t>
        <w:br/>
        <w:br/>
        <w:t>- 撇去浮沫可以去除苦味和杂质，使高汤更加纯净</w:t>
        <w:br/>
        <w:br/>
        <w:t>- 改善高汤的口感和外观</w:t>
        <w:br/>
        <w:br/>
        <w:t>- 防止高汤在储存和冷却后表面形成薄膜</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