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2025年需求管理岗试题及答案</w:t>
      </w:r>
    </w:p>
    <w:p>
      <w:r>
        <w:br/>
        <w:t xml:space="preserve"> 一、单项选择题（共10题，每题2分，共20分）</w:t>
        <w:br/>
        <w:br/>
        <w:t>1. 需求管理过程中，以下哪项活动不属于需求收集阶段？</w:t>
        <w:br/>
        <w:br/>
        <w:t>A. 用户访谈</w:t>
        <w:br/>
        <w:br/>
        <w:t>B. 问卷调查</w:t>
        <w:br/>
        <w:br/>
        <w:t>C. 需求优先级排序</w:t>
        <w:br/>
        <w:br/>
        <w:t>D. 竞品分析</w:t>
        <w:br/>
        <w:br/>
        <w:t>答案：C</w:t>
        <w:br/>
        <w:br/>
        <w:t>解析：需求收集阶段的主要活动包括用户访谈、问卷调查、竞品分析等，目的是获取利益相关者的需求和期望。需求优先级排序是在需求收集完成后进行的分析活动，不属于需求收集阶段。</w:t>
        <w:br/>
        <w:br/>
        <w:t>2. 在需求管理中，"MoSCoW"方法主要用于：</w:t>
        <w:br/>
        <w:br/>
        <w:t>A. 需求跟踪</w:t>
        <w:br/>
        <w:br/>
        <w:t>B. 需求优先级排序</w:t>
        <w:br/>
        <w:br/>
        <w:t>C. 需求变更控制</w:t>
        <w:br/>
        <w:br/>
        <w:t>D. 需求验证</w:t>
        <w:br/>
        <w:br/>
        <w:t>答案：B</w:t>
        <w:br/>
        <w:br/>
        <w:t>解析：MoSCoW是一种需求优先级排序方法，将需求分为四类：Must have（必须有）、Should have（应该有）、Could have（可以有）和Won't have（这次不需要）。这种方法帮助团队明确哪些需求是核心的，哪些是次要的。</w:t>
        <w:br/>
        <w:br/>
        <w:t>3. 需求规格说明书(SRS)的主要目的是：</w:t>
        <w:br/>
        <w:br/>
        <w:t>A. 作为项目合同的一部分</w:t>
        <w:br/>
        <w:br/>
        <w:t>B. 明确系统功能和非功能需求</w:t>
        <w:br/>
        <w:br/>
        <w:t>C. 评估项目风险</w:t>
        <w:br/>
        <w:br/>
        <w:t>D. 分配项目资源</w:t>
        <w:br/>
        <w:br/>
        <w:t>答案：B</w:t>
        <w:br/>
        <w:br/>
        <w:t>解析：需求规格说明书(SRS)是需求管理的重要文档，其主要目的是明确系统的功能需求和非功能需求，为系统设计和开发提供明确的依据。虽然SRS可能作为项目合同的一部分，但它的主要目的是描述需求而非法律约束。</w:t>
        <w:br/>
        <w:br/>
        <w:t>4. 以下哪项不是需求变更控制的常见步骤？</w:t>
        <w:br/>
        <w:br/>
        <w:t>A. 变更请求提交</w:t>
        <w:br/>
        <w:br/>
        <w:t>B. 变更影响分析</w:t>
        <w:br/>
        <w:br/>
        <w:t>C. 直接实施变更</w:t>
        <w:br/>
        <w:br/>
        <w:t>D. 变更审批与实施</w:t>
        <w:br/>
        <w:br/>
        <w:t>答案：C</w:t>
        <w:br/>
        <w:br/>
        <w:t>解析：需求变更控制的常见步骤包括：变更请求提交、变更影响分析、变更审批与实施。直接实施变更而不经过分析和审批是需求管理中的大忌，可能导致范围蔓延和项目失败。</w:t>
        <w:br/>
        <w:br/>
        <w:t>5. 在敏捷开发中，产品负责人(Product Owner)的主要职责是：</w:t>
        <w:br/>
        <w:br/>
        <w:t>A. 编写代码</w:t>
        <w:br/>
        <w:br/>
        <w:t>B. 管理项目进度</w:t>
        <w:br/>
        <w:br/>
        <w:t>C. 管理产品待办列表和确定需求优先级</w:t>
        <w:br/>
        <w:br/>
        <w:t>D. 进行系统测试</w:t>
        <w:br/>
        <w:br/>
        <w:t>答案：C</w:t>
        <w:br/>
        <w:br/>
        <w:t>解析：在敏捷开发中，产品负责人的主要职责是管理产品待办列表(Product Backlog)，确定需求优先级，并与利益相关者沟通需求。编写代码是开发团队的职责，管理项目进度是Scrum Master的职责，系统测试是测试团队的职责。</w:t>
        <w:br/>
        <w:br/>
        <w:t>6. 需求跟踪矩阵(RTM)的主要作用是：</w:t>
        <w:br/>
        <w:br/>
        <w:t>A. 记录项目会议内容</w:t>
        <w:br/>
        <w:br/>
        <w:t>B. 跟踪需求从源头到实现的全过程</w:t>
        <w:br/>
        <w:br/>
        <w:t>C. 管理团队成员工作分配</w:t>
        <w:br/>
        <w:br/>
        <w:t>D. 控制项目预算</w:t>
        <w:br/>
        <w:br/>
        <w:t>答案：B</w:t>
        <w:br/>
        <w:br/>
        <w:t>解析：需求跟踪矩阵(RTM)是需求管理的重要工具，其主要作用是跟踪需求从源头到实现的全过程，确保每个需求都被正确实现，并且在需求变更时能够评估影响范围。</w:t>
        <w:br/>
        <w:br/>
        <w:t>7. 以下哪项不属于非功能性需求？</w:t>
        <w:br/>
        <w:br/>
        <w:t>A. 系统响应时间</w:t>
        <w:br/>
        <w:br/>
        <w:t>B. 用户界面友好性</w:t>
        <w:br/>
        <w:br/>
        <w:t>C. 数据存储容量</w:t>
        <w:br/>
        <w:br/>
        <w:t>D. 用户登录功能</w:t>
        <w:br/>
        <w:br/>
        <w:t>答案：D</w:t>
        <w:br/>
        <w:br/>
        <w:t>解析：非功能性需求描述系统的质量属性和约束条件，如性能、可用性、安全性等。系统响应时间、用户界面友好性和数据存储容量都属于非功能性需求。用户登录功能是系统的具体功能，属于功能性需求。</w:t>
        <w:br/>
        <w:br/>
        <w:t>8. 在需求管理过程中，利益相关者分析的主要目的是：</w:t>
        <w:br/>
        <w:br/>
        <w:t>A. 确定项目团队成员</w:t>
        <w:br/>
        <w:br/>
        <w:t>B. 识别所有可能影响或受需求影响的人员或组织</w:t>
        <w:br/>
        <w:br/>
        <w:t>C. 分配项目预算</w:t>
        <w:br/>
        <w:br/>
        <w:t>D. 选择开发技术栈</w:t>
        <w:br/>
        <w:br/>
        <w:t>答案：B</w:t>
        <w:br/>
        <w:br/>
        <w:t>解析：利益相关者分析的主要目的是识别所有可能影响或受需求影响的人员或组织，了解他们的需求、期望和影响力，以便更好地管理需求获取和沟通。</w:t>
        <w:br/>
        <w:br/>
        <w:t>9. 需求评审的主要目的是：</w:t>
        <w:br/>
        <w:br/>
        <w:t>A. 检查需求是否完整、清晰、一致且可实现</w:t>
        <w:br/>
        <w:br/>
        <w:t>B. 评估开发团队的技术能力</w:t>
        <w:br/>
        <w:br/>
        <w:t>C. 确定项目截止日期</w:t>
        <w:br/>
        <w:br/>
        <w:t>D. 选择项目管理工具</w:t>
        <w:br/>
        <w:br/>
        <w:t>答案：A</w:t>
        <w:br/>
        <w:br/>
        <w:t>解析：需求评审的主要目的是检查需求是否完整、清晰、一致且可实现，确保需求质量，减少后期变更。评估开发团队能力、确定项目截止日期和选择项目管理工具不是需求评审的主要目的。</w:t>
        <w:br/>
        <w:br/>
        <w:t>10. 需求管理中，"用例"(Use Case)主要用于描述：</w:t>
        <w:br/>
        <w:br/>
        <w:t>A. 系统架构设计</w:t>
        <w:br/>
        <w:br/>
        <w:t>B. 用户与系统之间的交互场景</w:t>
        <w:br/>
        <w:br/>
        <w:t>C. 数据库设计</w:t>
        <w:br/>
        <w:br/>
        <w:t>D. 系统安全策略</w:t>
        <w:br/>
        <w:br/>
        <w:t>答案：B</w:t>
        <w:br/>
        <w:br/>
        <w:t>解析：用例(Use Case)是需求建模的重要工具，主要用于描述用户与系统之间的交互场景，展示系统为用户提供的功能价值。系统架构设计通常用组件图、部署图等表示，数据库设计用ER图等表示，系统安全策略通常用安全规范文档描述。</w:t>
        <w:br/>
        <w:br/>
        <w:t xml:space="preserve"> 二、判断题（共5题，每题2分，共10分）</w:t>
        <w:br/>
        <w:br/>
        <w:t>1. 需求一旦确定就不能进行任何变更。（ ）</w:t>
        <w:br/>
        <w:br/>
        <w:t>答案：×</w:t>
        <w:br/>
        <w:br/>
        <w:t>解析：需求变更是项目中的常见现象，完全不允许变更是不现实的。有效的需求管理应该包括需求变更控制流程，确保变更得到适当评估和管理，而不是完全禁止变更。</w:t>
        <w:br/>
        <w:br/>
        <w:t>2. 在需求管理中，越详细的需求描述越好，应该尽可能包含所有可能的细节。（ ）</w:t>
        <w:br/>
        <w:br/>
        <w:t>答案：×</w:t>
        <w:br/>
        <w:br/>
        <w:t>解析：需求描述应该适当详细，但过度详细可能导致需求过于僵化，缺乏灵活性。需求应该在适当抽象的层次上描述，保留一定的灵活性以适应变化，同时确保足够明确以指导开发。</w:t>
        <w:br/>
        <w:br/>
        <w:t>3. 需求管理只在项目初期进行，一旦开发开始，需求就应该保持不变。（ ）</w:t>
        <w:br/>
        <w:br/>
        <w:t>答案：×</w:t>
        <w:br/>
        <w:br/>
        <w:t>解析：需求管理是一个持续的过程，贯穿整个项目生命周期。即使在开发过程中，也可能需要根据实际情况调整需求，有效的需求变更管理对于项目成功至关重要。</w:t>
        <w:br/>
        <w:br/>
        <w:t>4. 需求优先级应该仅由项目经理决定，不需要考虑其他利益相关者的意见。（ ）</w:t>
        <w:br/>
        <w:br/>
        <w:t>答案：×</w:t>
        <w:br/>
        <w:br/>
        <w:t>解析：需求优先级应该由多方共同决定，包括项目经理、产品负责人、业务代表和技术团队等。仅由项目经理决定可能导致优先级不符合业务价值或技术可行性，影响项目成功。</w:t>
        <w:br/>
        <w:br/>
        <w:t>5. 需求跟踪矩阵是确保需求被正确实现的重要工具。（ ）</w:t>
        <w:br/>
        <w:br/>
        <w:t>答案：√</w:t>
        <w:br/>
        <w:br/>
        <w:t>解析：需求跟踪矩阵(RTM)是需求管理的重要工具，通过跟踪需求从源头到实现的全过程，确保每个需求都被正确实现，并且在需求变更时能够评估影响范围，从而提高需求实现的质量。</w:t>
        <w:br/>
        <w:br/>
        <w:t xml:space="preserve"> 三、多项选择题（共2题，每题2分，共4分）</w:t>
        <w:br/>
        <w:br/>
        <w:t>1. 以下哪些是有效的需求收集方法？（ ）</w:t>
        <w:br/>
        <w:br/>
        <w:t>A. 头脑风暴</w:t>
        <w:br/>
        <w:br/>
        <w:t>B. 用户故事</w:t>
        <w:br/>
        <w:br/>
        <w:t>C. 原型设计</w:t>
        <w:br/>
        <w:br/>
        <w:t>D. 仅依赖开发团队的经验判断</w:t>
        <w:br/>
        <w:br/>
        <w:t>答案：ABC</w:t>
        <w:br/>
        <w:br/>
        <w:t>解析：头脑风暴、用户故事和原型设计都是有效的需求收集方法，它们能够帮助团队从不同角度获取和理解需求。仅依赖开发团队的经验判断是不够的，因为这可能忽略最终用户的真实需求和期望。</w:t>
        <w:br/>
        <w:br/>
        <w:t>2. 需求管理过程中的关键活动包括哪些？（ ）</w:t>
        <w:br/>
        <w:br/>
        <w:t>A. 需求获取</w:t>
        <w:br/>
        <w:br/>
        <w:t>B. 需求分析</w:t>
        <w:br/>
        <w:br/>
        <w:t>C. 需求规格说明</w:t>
        <w:br/>
        <w:br/>
        <w:t>D. 需求验证</w:t>
        <w:br/>
        <w:br/>
        <w:t>答案：ABCD</w:t>
        <w:br/>
        <w:br/>
        <w:t>解析：需求管理是一个系统化的过程，包括需求获取、需求分析、需求规格说明和需求验证等关键活动。这些活动相互关联，共同确保需求的正确性和完整性。</w:t>
        <w:br/>
        <w:br/>
        <w:t xml:space="preserve"> 四、填空题（共5题，每题2分，共10分）</w:t>
        <w:br/>
        <w:br/>
        <w:t>1. 需求管理是指从需求获取、需求分析、需求规格说明、需求验证到需求变更控制的____________过程。</w:t>
        <w:br/>
        <w:br/>
        <w:t>答案：系统化</w:t>
        <w:br/>
        <w:br/>
        <w:t>解析：需求管理是一个系统化的过程，涉及需求从产生到实现的全生命周期管理，包括获取、分析、规格说明、验证和变更控制等活动。</w:t>
        <w:br/>
        <w:br/>
        <w:t>2. 在需求管理中，____________是指确保需求被正确实现的活动。</w:t>
        <w:br/>
        <w:br/>
        <w:t>答案：需求验证</w:t>
        <w:br/>
        <w:br/>
        <w:t>解析：需求验证是需求管理过程中的关键活动，目的是通过各种方法（如审查、测试、演示等）确保需求被正确实现，满足利益相关者的期望。</w:t>
        <w:br/>
        <w:br/>
        <w:t>3. 需求优先级排序方法中，____________方法将需求分为必须有、应该有、可以有和这次不需要四类。</w:t>
        <w:br/>
        <w:br/>
        <w:t>答案：MoSCoW</w:t>
        <w:br/>
        <w:br/>
        <w:t>解析：MoSCoW是一种常用的需求优先级排序方法，将需求分为Must have（必须有）、Should have（应该有）、Could have（可以有）和Won't have（这次不需要）四类，帮助团队明确需求的优先级。</w:t>
        <w:br/>
        <w:br/>
        <w:t>4. 需求规格说明书应具有____________、完整性、一致性、可验证性和可追踪性等特性。</w:t>
        <w:br/>
        <w:br/>
        <w:t>答案：明确性</w:t>
        <w:br/>
        <w:br/>
        <w:t>解析：需求规格说明书应具有明确性、完整性、一致性、可验证性和可追踪性等特性，确保需求能够被正确理解和实现。明确性是指需求描述清晰、无歧义。</w:t>
        <w:br/>
        <w:br/>
        <w:t>5. 在敏捷开发中，____________是一个包含所有产品功能、特性和改进的有序列表，由产品负责人维护。</w:t>
        <w:br/>
        <w:br/>
        <w:t>答案：产品待办列表</w:t>
        <w:br/>
        <w:br/>
        <w:t>解析：在敏捷开发中，产品待办列表(Product Backlog)是一个包含所有产品功能、特性和改进的有序列表，由产品负责人维护，并根据业务价值和优先级进行排序。</w:t>
        <w:br/>
        <w:br/>
        <w:t xml:space="preserve"> 五、简答题（共2题，每题5分，共10分）</w:t>
        <w:br/>
        <w:br/>
        <w:t>1. 简述需求管理的主要流程及其关键活动。</w:t>
        <w:br/>
        <w:br/>
        <w:t>答案：</w:t>
        <w:br/>
        <w:br/>
        <w:t>需求管理的主要流程包括以下几个阶段：</w:t>
        <w:br/>
        <w:br/>
        <w:t>(1) 需求获取：通过访谈、问卷调查、观察、文档分析等方法收集利益相关者的需求和期望。</w:t>
        <w:br/>
        <w:br/>
        <w:t>(2) 需求分析：对收集到的需求进行分析、整理、分类和优先级排序，识别需求之间的关系和依赖。</w:t>
        <w:br/>
        <w:br/>
        <w:t>(3) 需求规格说明：将分析后的需求以规范化的形式（如用户故事、用例、功能规格说明等）进行文档化。</w:t>
        <w:br/>
        <w:br/>
        <w:t>(4) 需求验证：通过评审、原型演示、用户测试等方法验证需求的正确性和完整性。</w:t>
        <w:br/>
        <w:br/>
        <w:t>(5) 需求变更控制：建立需求变更管理流程，评估变更影响，审批并实施变更，更新相关文档。</w:t>
        <w:br/>
        <w:br/>
        <w:t>这些流程相互关联，形成一个闭环，确保需求在整个项目生命周期中得到有效管理。</w:t>
        <w:br/>
        <w:br/>
        <w:t>2. 请描述需求变更管理的重要性，并列举需求变更控制的主要步骤。</w:t>
        <w:br/>
        <w:br/>
        <w:t>答案：</w:t>
        <w:br/>
        <w:br/>
        <w:t>需求变更管理的重要性：</w:t>
        <w:br/>
        <w:br/>
        <w:t>(1) 控制项目范围：防止需求无序变更导致范围蔓延，确保项目在可控范围内进行。</w:t>
        <w:br/>
        <w:br/>
        <w:t>(2) 降低风险：通过系统化的变更管理，可以评估变更对项目进度、成本和质量的影响，降低项目风险。</w:t>
        <w:br/>
        <w:br/>
        <w:t>(3) 提高透明度：变更管理流程使所有利益相关者了解变更的原因、影响和决策过程，提高项目透明度。</w:t>
        <w:br/>
        <w:br/>
        <w:t>(4) 保证质量：规范化的变更管理确保变更得到充分测试和验证，保证最终产品质量。</w:t>
        <w:br/>
        <w:br/>
        <w:t>需求变更控制的主要步骤：</w:t>
        <w:br/>
        <w:br/>
        <w:t>(1) 变更请求提交：利益相关者提交正式的变更请求，说明变更内容、原因和期望。</w:t>
        <w:br/>
        <w:br/>
        <w:t>(2) 变更影响分析：评估变更对项目范围、进度、成本、质量和风险的影响。</w:t>
        <w:br/>
        <w:br/>
        <w:t>(3) 变更审批：由变更控制委员会(CCB)或其他授权人员评估变更的必要性和可行性，做出批准或拒绝的决定。</w:t>
        <w:br/>
        <w:br/>
        <w:t>(4) 变更实施：批准的变更由相关团队实施，更新需求文档和其他相关文档。</w:t>
        <w:br/>
        <w:br/>
        <w:t>(5) 变更验证：通过测试、评审等方法验证变更是否正确实现，达到预期效果。</w:t>
        <w:br/>
        <w:br/>
        <w:t>(6) 变更沟通：向所有利益相关者沟通变更的内容、影响和实施结果。</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