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2025年混凝土温度试题及答案</w:t>
      </w:r>
    </w:p>
    <w:p>
      <w:r>
        <w:br/>
        <w:t xml:space="preserve"> 一、单项选择题（每题2分，共20分）</w:t>
        <w:br/>
        <w:br/>
        <w:t>1. 混凝土水化热最高温度一般发生在浇筑后的（ ）</w:t>
        <w:br/>
        <w:br/>
        <w:t>A. 6-12小时</w:t>
        <w:br/>
        <w:br/>
        <w:t>B. 12-24小时</w:t>
        <w:br/>
        <w:br/>
        <w:t>C. 24-48小时</w:t>
        <w:br/>
        <w:br/>
        <w:t>D. 48-72小时</w:t>
        <w:br/>
        <w:br/>
        <w:t>答案：C</w:t>
        <w:br/>
        <w:br/>
        <w:t>解析：混凝土水化热最高温度通常发生在浇筑后的24-48小时。这是因为水泥与水发生水化反应需要一定时间，一般在24小时后达到高峰，随后逐渐降低。</w:t>
        <w:br/>
        <w:br/>
        <w:t>2. 大体积混凝土内部温度与表面温差不宜超过（ ）</w:t>
        <w:br/>
        <w:br/>
        <w:t>A. 15℃</w:t>
        <w:br/>
        <w:br/>
        <w:t>B. 20℃</w:t>
        <w:br/>
        <w:br/>
        <w:t>C. 25℃</w:t>
        <w:br/>
        <w:br/>
        <w:t>D. 30℃</w:t>
        <w:br/>
        <w:br/>
        <w:t>答案：B</w:t>
        <w:br/>
        <w:br/>
        <w:t>解析：根据《混凝土结构工程施工规范》，大体积混凝土内部温度与表面温差不宜超过20℃。过大的温差会导致混凝土表面产生温度裂缝，影响结构安全和使用寿命。</w:t>
        <w:br/>
        <w:br/>
        <w:t>3. 降低混凝土水化热最有效的方法是（ ）</w:t>
        <w:br/>
        <w:br/>
        <w:t>A. 降低水泥用量</w:t>
        <w:br/>
        <w:br/>
        <w:t>B. 使用低热水泥</w:t>
        <w:br/>
        <w:br/>
        <w:t>C. 掺加粉煤灰</w:t>
        <w:br/>
        <w:br/>
        <w:t>D. 降低浇筑温度</w:t>
        <w:br/>
        <w:br/>
        <w:t>答案：B</w:t>
        <w:br/>
        <w:br/>
        <w:t>解析：使用低热水泥是降低混凝土水化热最有效的方法。低热水泥中的矿物成分（如C3S含量较低）使其水化热较低，特别适合大体积混凝土工程。其他方法也有一定效果，但不如使用低热水泥直接有效。</w:t>
        <w:br/>
        <w:br/>
        <w:t>4. 混凝土的绝热温升计算公式中，m表示（ ）</w:t>
        <w:br/>
        <w:br/>
        <w:t>A. 水泥用量</w:t>
        <w:br/>
        <w:br/>
        <w:t>B. 水泥水化热</w:t>
        <w:br/>
        <w:br/>
        <w:t>C. 水泥水化系数</w:t>
        <w:br/>
        <w:br/>
        <w:t>D. 混凝土比热</w:t>
        <w:br/>
        <w:br/>
        <w:t>答案：C</w:t>
        <w:br/>
        <w:br/>
        <w:t>解析：在混凝土绝热温升计算公式T = Q·m/(c·ρ)中，m表示水泥水化系数，即水泥在不同龄期的水化程度。Q为水泥水化热，c为混凝土比热，ρ为混凝土密度。</w:t>
        <w:br/>
        <w:br/>
        <w:t>5. 混凝土温度应力主要是由（ ）引起的</w:t>
        <w:br/>
        <w:br/>
        <w:t>A. 混凝土自重</w:t>
        <w:br/>
        <w:br/>
        <w:t>B. 外部荷载</w:t>
        <w:br/>
        <w:br/>
        <w:t>C. 温度变化</w:t>
        <w:br/>
        <w:br/>
        <w:t>D. 收缩变形</w:t>
        <w:br/>
        <w:br/>
        <w:t>答案：C</w:t>
        <w:br/>
        <w:br/>
        <w:t>解析：混凝土温度应力主要是由温度变化引起的。当混凝土内部或外部温度发生变化时，会产生热胀冷缩现象，如果这种变形受到约束，就会产生温度应力。当温度应力超过混凝土的抗拉强度时，就会产生裂缝。</w:t>
        <w:br/>
        <w:br/>
        <w:t>6. 冬季施工时，混凝土的入模温度不应低于（ ）</w:t>
        <w:br/>
        <w:br/>
        <w:t>A. 0℃</w:t>
        <w:br/>
        <w:br/>
        <w:t>B. 5℃</w:t>
        <w:br/>
        <w:br/>
        <w:t>C. 10℃</w:t>
        <w:br/>
        <w:br/>
        <w:t>D. 15℃</w:t>
        <w:br/>
        <w:br/>
        <w:t>答案：B</w:t>
        <w:br/>
        <w:br/>
        <w:t>解析：根据《建筑工程冬期施工规程》，冬季施工时，混凝土的入模温度不应低于5℃。这是为了确保混凝土在早期养护阶段不会遭受冻害，保证水泥水化反应正常进行。</w:t>
        <w:br/>
        <w:br/>
        <w:t>7. 混凝土温度监测点应布置在（ ）位置</w:t>
        <w:br/>
        <w:br/>
        <w:t>A. 仅表面</w:t>
        <w:br/>
        <w:br/>
        <w:t>B. 仅中心</w:t>
        <w:br/>
        <w:br/>
        <w:t>C. 表面和中心</w:t>
        <w:br/>
        <w:br/>
        <w:t>D. 任意位置</w:t>
        <w:br/>
        <w:br/>
        <w:t>答案：C</w:t>
        <w:br/>
        <w:br/>
        <w:t>解析：混凝土温度监测点应布置在表面和中心位置，这样才能全面了解混凝土内部温度分布情况，及时发现温度异常，采取相应措施防止温度裂缝。</w:t>
        <w:br/>
        <w:br/>
        <w:t>8. 混凝土养护期间，表面温度与大气温度的差值不宜大于（ ）</w:t>
        <w:br/>
        <w:br/>
        <w:t>A. 10℃</w:t>
        <w:br/>
        <w:br/>
        <w:t>B. 15℃</w:t>
        <w:br/>
        <w:br/>
        <w:t>C. 20℃</w:t>
        <w:br/>
        <w:br/>
        <w:t>D. 25℃</w:t>
        <w:br/>
        <w:br/>
        <w:t>答案：C</w:t>
        <w:br/>
        <w:br/>
        <w:t>解析：混凝土养护期间，表面温度与大气温度的差值不宜大于20℃。过大的温差会导致混凝土表面产生温度裂缝，影响混凝土质量。</w:t>
        <w:br/>
        <w:br/>
        <w:t>9. 混凝土温度裂缝多属于（ ）裂缝</w:t>
        <w:br/>
        <w:br/>
        <w:t>A. 贯穿性</w:t>
        <w:br/>
        <w:br/>
        <w:t>B. 表面</w:t>
        <w:br/>
        <w:br/>
        <w:t>C. 深层</w:t>
        <w:br/>
        <w:br/>
        <w:t>D. 贯穿性、表面和深层都有可能</w:t>
        <w:br/>
        <w:br/>
        <w:t>答案：D</w:t>
        <w:br/>
        <w:br/>
        <w:t>解析：混凝土温度裂缝可能是贯穿性、表面或深层的，具体取决于温度应力的大小、约束条件和混凝土的抗裂能力。大体积混凝土中多为贯穿性裂缝，薄壁结构中多为表面裂缝。</w:t>
        <w:br/>
        <w:br/>
        <w:t>10. 混凝土温度控制的主要目的是（ ）</w:t>
        <w:br/>
        <w:br/>
        <w:t>A. 提高早期强度</w:t>
        <w:br/>
        <w:br/>
        <w:t>B. 防止温度裂缝</w:t>
        <w:br/>
        <w:br/>
        <w:t>C. 节约水泥用量</w:t>
        <w:br/>
        <w:br/>
        <w:t>D. 提高耐久性</w:t>
        <w:br/>
        <w:br/>
        <w:t>答案：B</w:t>
        <w:br/>
        <w:br/>
        <w:t>解析：混凝土温度控制的主要目的是防止温度裂缝。温度裂缝会降低混凝土结构的承载能力和耐久性，影响结构安全和使用寿命。通过控制温度可以有效减少温度裂缝的产生。</w:t>
        <w:br/>
        <w:br/>
        <w:t xml:space="preserve"> 二、填空题（每题2分，共10分）</w:t>
        <w:br/>
        <w:br/>
        <w:t>1. 混凝土温度应力计算中，线膨胀系数α一般取值为________。</w:t>
        <w:br/>
        <w:br/>
        <w:t>答案：1.0×10⁻⁵/℃</w:t>
        <w:br/>
        <w:br/>
        <w:t>解析：混凝土的线膨胀系数α是指温度每变化1℃时，单位长度的混凝土的伸长或缩短量。在混凝土温度应力计算中，一般取α=1.0×10⁻⁵/℃。这个值会随着混凝土的骨料类型、配合比等因素略有变化，但在工程计算中通常采用此标准值。</w:t>
        <w:br/>
        <w:br/>
        <w:t>2. 大体积混凝土内部最高温度计算公式为Tmax=________+T0。</w:t>
        <w:br/>
        <w:br/>
        <w:t>答案：Tq</w:t>
        <w:br/>
        <w:br/>
        <w:t>解析：大体积混凝土内部最高温度计算公式为Tmax=Tq+T0，其中Tq为混凝土的绝热温升值，T0为混凝土的入模温度。绝热温升值是指混凝土在绝热条件下，由于水泥水化热引起的温度升高值。</w:t>
        <w:br/>
        <w:br/>
        <w:t>3. 混凝土温度监测时，一般应从混凝土浇筑后________小时开始，连续监测不少于________天。</w:t>
        <w:br/>
        <w:br/>
        <w:t>答案：24，7</w:t>
        <w:br/>
        <w:br/>
        <w:t>解析：混凝土温度监测一般应从浇筑后24小时开始，因为此时水化热开始显著增加，温度开始上升。监测应连续进行不少于7天，以确保能够捕捉到温度峰值和降温过程，及时发现温度异常。</w:t>
        <w:br/>
        <w:br/>
        <w:t>4. 降低混凝土水化热的方法包括使用低热水泥、掺加________、降低浇筑温度和采用________。</w:t>
        <w:br/>
        <w:br/>
        <w:t>答案：矿物掺合料，冷却措施</w:t>
        <w:br/>
        <w:br/>
        <w:t>解析：降低混凝土水化热的方法有多种，包括使用低热水泥、掺加矿物掺合料（如粉煤灰、矿渣等）、降低浇筑温度和采用冷却措施（如预埋冷却水管、使用冰水等）。这些方法可以单独或组合使用，以达到降低水化热的目的。</w:t>
        <w:br/>
        <w:br/>
        <w:t>5. 混凝土温度裂缝防治措施包括优化配合比、降低浇筑温度、加强________和设置________。</w:t>
        <w:br/>
        <w:br/>
        <w:t>答案：养护，温度缝</w:t>
        <w:br/>
        <w:br/>
        <w:t>解析：混凝土温度裂缝防治措施包括优化配合比（如使用低热水泥、掺加掺合料）、降低浇筑温度、加强养护（如保温保湿）和设置温度缝（如后浇带、膨胀加强带等）。这些措施可以有效减少温度裂缝的产生。</w:t>
        <w:br/>
        <w:br/>
        <w:t xml:space="preserve"> 三、判断题（每题2分，共10分）</w:t>
        <w:br/>
        <w:br/>
        <w:t>1. 混凝土温度越高，强度发展越快，因此浇筑时应尽量提高混凝土温度。（ ）</w:t>
        <w:br/>
        <w:br/>
        <w:t>答案：×</w:t>
        <w:br/>
        <w:br/>
        <w:t>解析：这种说法是错误的。虽然提高温度可以加速水泥水化反应，从而提高早期强度，但过高的温度会导致混凝土内部温度与表面温差过大，容易产生温度裂缝。此外，高温还会影响混凝土的长期强度和耐久性。因此，应合理控制混凝土温度，而非一味提高。</w:t>
        <w:br/>
        <w:br/>
        <w:t>2. 大体积混凝土施工时，只需控制内部最高温度，无需关注降温速率。（ ）</w:t>
        <w:br/>
        <w:br/>
        <w:t>答案：×</w:t>
        <w:br/>
        <w:br/>
        <w:t>解析：这种说法是错误的。大体积混凝土施工时，不仅要控制内部最高温度，还要关注降温速率。过快的降温速率会导致混凝土内部产生较大的温度梯度，从而产生较大的温度应力，可能导致裂缝。因此，应采取保温措施，控制降温速率，一般不宜超过1.5-2.0℃/天。</w:t>
        <w:br/>
        <w:br/>
        <w:t>3. 混凝土温度监测只需在中心位置设置测点即可，无需在表面设置测点。（ ）</w:t>
        <w:br/>
        <w:br/>
        <w:t>答案：×</w:t>
        <w:br/>
        <w:br/>
        <w:t>解析：这种说法是错误的。混凝土温度监测应在中心位置和表面都设置测点。中心测点用于监测混凝土内部最高温度，表面测点用于监测表面温度，从而计算内外温差。只监测中心位置无法全面了解混凝土温度分布情况，无法及时发现温度异常。</w:t>
        <w:br/>
        <w:br/>
        <w:t>4. 冬季施工时，只要混凝土入模温度不低于5℃，就可以不采取其他保温措施。（ ）</w:t>
        <w:br/>
        <w:br/>
        <w:t>答案：×</w:t>
        <w:br/>
        <w:br/>
        <w:t>解析：这种说法是错误的。冬季施工时，即使混凝土入模温度不低于5℃，仍需要采取适当的保温措施。这是因为混凝土浇筑后会逐渐散热，如果环境温度过低，混凝土温度可能会降至0℃以下，导致冻害。此外，保温措施还可以减少混凝土表面与内部的温差，防止温度裂缝。</w:t>
        <w:br/>
        <w:br/>
        <w:t>5. 混凝土温度裂缝只会在大体积混凝土中产生，小体积混凝土不会产生温度裂缝。（ ）</w:t>
        <w:br/>
        <w:br/>
        <w:t>答案：×</w:t>
        <w:br/>
        <w:br/>
        <w:t>解析：这种说法是错误的。虽然大体积混凝土更容易产生温度裂缝，但小体积混凝土在特定条件下也可能产生温度裂缝。例如，当环境温度剧烈变化、混凝土表面与内部温差过大、或混凝土受到约束时，小体积混凝土也可能产生温度裂缝。因此，不能仅根据混凝土体积大小来判断是否会产生温度裂缝。</w:t>
        <w:br/>
        <w:br/>
        <w:t xml:space="preserve"> 四、多项选择题（每题2分，共4分）</w:t>
        <w:br/>
        <w:br/>
        <w:t>1. 下列哪些措施可以有效降低混凝土的水化热？（ ）</w:t>
        <w:br/>
        <w:br/>
        <w:t>A. 使用低热水泥</w:t>
        <w:br/>
        <w:br/>
        <w:t>B. 掺加粉煤灰</w:t>
        <w:br/>
        <w:br/>
        <w:t>C. 降低水泥用量</w:t>
        <w:br/>
        <w:br/>
        <w:t>D. 提高浇筑温度</w:t>
        <w:br/>
        <w:br/>
        <w:t>E. 使用早强水泥</w:t>
        <w:br/>
        <w:br/>
        <w:t>答案：A、B、C</w:t>
        <w:br/>
        <w:br/>
        <w:t>解析：使用低热水泥（A）可以减少水泥水化热；掺加粉煤灰（B）可以替代部分水泥，减少水泥用量，同时粉煤灰的水化热较低；降低水泥用量（C）直接减少了水化热的来源。而提高浇筑温度（D）会增加混凝土的初始温度，但不影响水化热总量；使用早强水泥（E）通常含有较多的C3S，水化热较高，会增加混凝土的水化热。因此，A、B、C是正确答案。</w:t>
        <w:br/>
        <w:br/>
        <w:t>2. 混凝土温度裂缝防治措施包括（ ）</w:t>
        <w:br/>
        <w:br/>
        <w:t>A. 优化配合比</w:t>
        <w:br/>
        <w:br/>
        <w:t>B. 降低浇筑温度</w:t>
        <w:br/>
        <w:br/>
        <w:t>C. 加强养护</w:t>
        <w:br/>
        <w:br/>
        <w:t>D. 设置温度缝</w:t>
        <w:br/>
        <w:br/>
        <w:t>E. 提高混凝土强度等级</w:t>
        <w:br/>
        <w:br/>
        <w:t>答案：A、B、C、D</w:t>
        <w:br/>
        <w:br/>
        <w:t>解析：优化配合比（A）如使用低热水泥、掺加掺合料等可以降低水化热；降低浇筑温度（B）可以减少混凝土的初始温度；加强养护（C）如保温保湿可以减少温度梯度；设置温度缝（D）如后浇带、膨胀加强带等可以释放温度应力。而提高混凝土强度等级（E）虽然可以提高混凝土的抗裂能力，但不能直接防治温度裂缝，且高强度混凝土通常水化热较高，反而可能增加温度裂缝的风险。因此，A、B、C、D是正确答案。</w:t>
        <w:br/>
        <w:br/>
        <w:t xml:space="preserve"> 五、简答题（每题5分，共10分）</w:t>
        <w:br/>
        <w:br/>
        <w:t>1. 简述大体积混凝土温度控制的基本原则。</w:t>
        <w:br/>
        <w:br/>
        <w:t>答案：</w:t>
        <w:br/>
        <w:br/>
        <w:t>大体积混凝土温度控制的基本原则包括：</w:t>
        <w:br/>
        <w:br/>
        <w:t>(1) 控制混凝土内部最高温度，一般不超过65℃或设计允许值；</w:t>
        <w:br/>
        <w:br/>
        <w:t>(2) 控制混凝土内部与表面温差，一般不超过20℃；</w:t>
        <w:br/>
        <w:br/>
        <w:t>(3) 控制混凝土表面与大气温度差，一般不超过20℃；</w:t>
        <w:br/>
        <w:br/>
        <w:t>(4) 控制降温速率，一般不超过1.5-2.0℃/天；</w:t>
        <w:br/>
        <w:br/>
        <w:t>(5) 采取综合措施，包括优化配合比、降低浇筑温度、加强养护等，实现温度控制目标。</w:t>
        <w:br/>
        <w:br/>
        <w:t>解析：大体积混凝土温度控制是保证混凝土质量的重要环节。控制内部最高温度可以防止混凝土因温度过高而影响强度和耐久性；控制内外温差可以防止表面裂缝；控制表面与大气温差可以防止温度裂缝；控制降温速率可以防止因温度变化过快而产生过大温度应力。采取综合措施可以更有效地实现温度控制目标，确保大体积混凝土的质量和安全。</w:t>
        <w:br/>
        <w:br/>
        <w:t>2. 混凝土温度监测的目的是什么？监测点应如何布置？</w:t>
        <w:br/>
        <w:br/>
        <w:t>答案：</w:t>
        <w:br/>
        <w:br/>
        <w:t>混凝土温度监测的目的是：</w:t>
        <w:br/>
        <w:br/>
        <w:t>(1) 了解混凝土内部温度分布和变化规律；</w:t>
        <w:br/>
        <w:br/>
        <w:t>(2) 及时发现温度异常，采取相应措施；</w:t>
        <w:br/>
        <w:br/>
        <w:t>(3) 验证温度控制措施的有效性；</w:t>
        <w:br/>
        <w:br/>
        <w:t>(4) 为类似工程提供参考数据。</w:t>
        <w:br/>
        <w:br/>
        <w:t>监测点布置原则：</w:t>
        <w:br/>
        <w:br/>
        <w:t>(1) 在混凝土内部和表面均应布置测点；</w:t>
        <w:br/>
        <w:br/>
        <w:t>(2) 内部测点应布置在温度最高区域；</w:t>
        <w:br/>
        <w:br/>
        <w:t>(3) 表面测点应布置在温度变化较大区域；</w:t>
        <w:br/>
        <w:br/>
        <w:t>(4) 测点数量应根据结构尺寸和重要性确定；</w:t>
        <w:br/>
        <w:br/>
        <w:t>(5) 测点位置应具有代表性，并能反映整体温度状况。</w:t>
        <w:br/>
        <w:br/>
        <w:t>解析：混凝土温度监测是温度控制的重要手段，通过监测可以及时了解混凝土温度状况，发现问题并采取措施。监测点布置应具有代表性和针对性，能够全面反映混凝土温度分布情况。内部测点用于监测最高温度，表面测点用于监测表面温度，从而计算内外温差。测点数量应根据工程规模和重要性确定，确保监测数据的准确性和可靠性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