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2025年唐朝文学常识试题及答案</w:t>
      </w:r>
    </w:p>
    <w:p>
      <w:r>
        <w:br/>
        <w:t xml:space="preserve"> 一、单项选择题（共10题，每题2分）</w:t>
        <w:br/>
        <w:br/>
        <w:t>1. 唐朝是中国历史上文学繁荣的黄金时期，以下哪位诗人被称为"诗仙"？</w:t>
        <w:br/>
        <w:br/>
        <w:t>A. 杜甫</w:t>
        <w:br/>
        <w:br/>
        <w:t>B. 李白</w:t>
        <w:br/>
        <w:br/>
        <w:t>C. 白居易</w:t>
        <w:br/>
        <w:br/>
        <w:t>D. 王维</w:t>
        <w:br/>
        <w:br/>
        <w:t>2. 唐代古文运动的倡导者是：</w:t>
        <w:br/>
        <w:br/>
        <w:t>A. 韩愈、柳宗元</w:t>
        <w:br/>
        <w:br/>
        <w:t>B. 李白、杜甫</w:t>
        <w:br/>
        <w:br/>
        <w:t>C. 白居易、元稹</w:t>
        <w:br/>
        <w:br/>
        <w:t>D. 王维、孟浩然</w:t>
        <w:br/>
        <w:br/>
        <w:t>3. 以下哪部作品是唐代诗人杜甫的代表作？</w:t>
        <w:br/>
        <w:br/>
        <w:t>A. 《将进酒》</w:t>
        <w:br/>
        <w:br/>
        <w:t>B. 《长恨歌》</w:t>
        <w:br/>
        <w:br/>
        <w:t>C. 《春望》</w:t>
        <w:br/>
        <w:br/>
        <w:t>D. 《静夜思》</w:t>
        <w:br/>
        <w:br/>
        <w:t>4. 唐代边塞诗派的代表人物是：</w:t>
        <w:br/>
        <w:br/>
        <w:t>A. 王维、孟浩然</w:t>
        <w:br/>
        <w:br/>
        <w:t>B. 高适、岑参</w:t>
        <w:br/>
        <w:br/>
        <w:t>C. 李白、杜甫</w:t>
        <w:br/>
        <w:br/>
        <w:t>D. 白居易、元稹</w:t>
        <w:br/>
        <w:br/>
        <w:t>5. 唐代诗人中，被称为"诗圣"的是：</w:t>
        <w:br/>
        <w:br/>
        <w:t>A. 李白</w:t>
        <w:br/>
        <w:br/>
        <w:t>B. 杜甫</w:t>
        <w:br/>
        <w:br/>
        <w:t>C. 白居易</w:t>
        <w:br/>
        <w:br/>
        <w:t>D. 王维</w:t>
        <w:br/>
        <w:br/>
        <w:t>6. 唐代传奇小说《柳毅传》的作者是：</w:t>
        <w:br/>
        <w:br/>
        <w:t>A. 元稹</w:t>
        <w:br/>
        <w:br/>
        <w:t>B. 白居易</w:t>
        <w:br/>
        <w:br/>
        <w:t>C. 李朝威</w:t>
        <w:br/>
        <w:br/>
        <w:t>D. 杜甫</w:t>
        <w:br/>
        <w:br/>
        <w:t>7. 唐代诗人刘禹锡的《陋室铭》属于哪种文体？</w:t>
        <w:br/>
        <w:br/>
        <w:t>A. 散文</w:t>
        <w:br/>
        <w:br/>
        <w:t>B. 骈文</w:t>
        <w:br/>
        <w:br/>
        <w:t>C. 词</w:t>
        <w:br/>
        <w:br/>
        <w:t>D. 赋</w:t>
        <w:br/>
        <w:br/>
        <w:t>8. 唐代诗人王维的诗歌风格特点是：</w:t>
        <w:br/>
        <w:br/>
        <w:t>A. 豪放飘逸</w:t>
        <w:br/>
        <w:br/>
        <w:t>B. 沉郁顿挫</w:t>
        <w:br/>
        <w:br/>
        <w:t>C. 诗中有画</w:t>
        <w:br/>
        <w:br/>
        <w:t>D. 平易近人</w:t>
        <w:br/>
        <w:br/>
        <w:t>9. 唐代诗人白居易的诗歌主张是：</w:t>
        <w:br/>
        <w:br/>
        <w:t>A. "文章合为时而著，歌诗合为事而作"</w:t>
        <w:br/>
        <w:br/>
        <w:t>B. "清水出芙蓉，天然去雕饰"</w:t>
        <w:br/>
        <w:br/>
        <w:t>C. "语不惊人死不休"</w:t>
        <w:br/>
        <w:br/>
        <w:t>D. "笔落惊风雨，诗成泣鬼神"</w:t>
        <w:br/>
        <w:br/>
        <w:t>10. 唐代诗人李贺被称为：</w:t>
        <w:br/>
        <w:br/>
        <w:t>A. "诗仙"</w:t>
        <w:br/>
        <w:br/>
        <w:t>B. "诗圣"</w:t>
        <w:br/>
        <w:br/>
        <w:t>C. "诗鬼"</w:t>
        <w:br/>
        <w:br/>
        <w:t>D. "诗佛"</w:t>
        <w:br/>
        <w:br/>
        <w:t xml:space="preserve"> 二、填空题（共5题，每题2分）</w:t>
        <w:br/>
        <w:br/>
        <w:t>1. 唐代诗人杜甫的"三吏"是指《新安吏》、《________》和《石壕吏》。</w:t>
        <w:br/>
        <w:br/>
        <w:t>2. 唐代诗人王维的"辋川集"是他隐居________时创作的山水诗代表作。</w:t>
        <w:br/>
        <w:br/>
        <w:t>3. 唐代诗人白居易的《长恨歌》描写了唐玄宗与________的爱情故事。</w:t>
        <w:br/>
        <w:br/>
        <w:t>4. 唐代诗人李白的《蜀道难》中"蜀道之难，难于上青天"一句，表达了蜀道的________。</w:t>
        <w:br/>
        <w:br/>
        <w:t>5. 唐代诗人杜甫的《春望》中"国破山河在，________"一句，表达了诗人对国家命运的忧虑。</w:t>
        <w:br/>
        <w:br/>
        <w:t xml:space="preserve"> 三、判断题（共5题，每题2分）</w:t>
        <w:br/>
        <w:br/>
        <w:t>1. 唐代诗人李白被称为"诗仙"，杜甫被称为"诗圣"，白居易被称为"诗魔"。（ ）</w:t>
        <w:br/>
        <w:br/>
        <w:t>2. 唐代古文运动的主要倡导者是韩愈和柳宗元，他们反对六朝以来的骈文，提倡先秦两汉的古文。（ ）</w:t>
        <w:br/>
        <w:br/>
        <w:t>3. 唐代诗人王维的诗歌被称为"诗中有画，画中有诗"，体现了他的山水田园诗特色。（ ）</w:t>
        <w:br/>
        <w:br/>
        <w:t>4. 唐代诗人李商隐的《无题》诗主要是描写爱情的，没有政治寓意。（ ）</w:t>
        <w:br/>
        <w:br/>
        <w:t>5. 唐代诗人杜甫的"三别"是指《新婚别》、《无家别》和《垂老别》。（ ）</w:t>
        <w:br/>
        <w:br/>
        <w:t xml:space="preserve"> 四、多项选择题（共2题，每题2分）</w:t>
        <w:br/>
        <w:br/>
        <w:t>1. 以下哪些是唐代边塞诗派的代表人物？（ ）</w:t>
        <w:br/>
        <w:br/>
        <w:t>A. 高适</w:t>
        <w:br/>
        <w:br/>
        <w:t>B. 岑参</w:t>
        <w:br/>
        <w:br/>
        <w:t>C. 王昌龄</w:t>
        <w:br/>
        <w:br/>
        <w:t>D. 孟浩然</w:t>
        <w:br/>
        <w:br/>
        <w:t>2. 以下哪些是唐代诗人杜甫的作品？（ ）</w:t>
        <w:br/>
        <w:br/>
        <w:t>A. 《春望》</w:t>
        <w:br/>
        <w:br/>
        <w:t>B. 《登高》</w:t>
        <w:br/>
        <w:br/>
        <w:t>C. 《将进酒》</w:t>
        <w:br/>
        <w:br/>
        <w:t>D. 《茅屋为秋风所破歌》</w:t>
        <w:br/>
        <w:br/>
        <w:t xml:space="preserve"> 五、简答题（共2题，每题5分）</w:t>
        <w:br/>
        <w:br/>
        <w:t>1. 简述唐代古文运动的主要内容和历史意义。</w:t>
        <w:br/>
        <w:br/>
        <w:t>2. 分析唐代诗人李白诗歌的艺术特色。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解析：李白是唐代最伟大的浪漫主义诗人，因其诗歌豪放飘逸、想象丰富，被誉为"诗仙"。杜甫被称为"诗圣"，白居易被称为"诗魔"，王维被称为"诗佛"。</w:t>
        <w:br/>
        <w:br/>
        <w:t>2. 答案：A</w:t>
        <w:br/>
        <w:br/>
        <w:t>解析：唐代古文运动是由韩愈和柳宗元倡导的文学改革运动，他们反对六朝以来华而不实的骈文，提倡先秦两汉质朴的古文，强调文章的内容和思想性。</w:t>
        <w:br/>
        <w:br/>
        <w:t>3. 答案：C</w:t>
        <w:br/>
        <w:br/>
        <w:t>解析：《春望》是杜甫的名作，写于安史之乱期间，表达了诗人对国家命运的忧虑和对和平的渴望。《将进酒》是李白的代表作，《长恨歌》是白居易的代表作，《静夜思》也是李白的代表作。</w:t>
        <w:br/>
        <w:br/>
        <w:t>4. 答案：B</w:t>
        <w:br/>
        <w:br/>
        <w:t>解析：唐代边塞诗派的代表人物是高适和岑参，他们的诗歌以描写边塞风光和战争生活为主要内容，风格雄浑豪放。王维和孟浩然是山水田园诗派的代表，李白和杜甫是伟大诗人但不属于特定流派，白居易和元稹是新乐府运动的代表。</w:t>
        <w:br/>
        <w:br/>
        <w:t>5. 答案：B</w:t>
        <w:br/>
        <w:br/>
        <w:t>解析：杜甫是唐代最伟大的现实主义诗人，因其诗歌深刻反映社会现实，艺术成就极高，被誉为"诗圣"。李白被称为"诗仙"，白居易被称为"诗魔"，王维被称为"诗佛"。</w:t>
        <w:br/>
        <w:br/>
        <w:t>6. 答案：C</w:t>
        <w:br/>
        <w:br/>
        <w:t>解析：《柳毅传》是唐代传奇小说的代表作品，作者是李朝威。元稹和白居易是诗人，杜甫是诗人，都不是《柳毅传》的作者。</w:t>
        <w:br/>
        <w:br/>
        <w:t>7. 答案：A</w:t>
        <w:br/>
        <w:br/>
        <w:t>解析：《陋室铭》是刘禹锡创作的一篇散文，通过描写简陋的居室表达作者高洁的品格和志向。骈文是讲究对偶的文体，词是宋代兴起的诗歌形式，赋是汉代流行的文体。</w:t>
        <w:br/>
        <w:br/>
        <w:t>8. 答案：C</w:t>
        <w:br/>
        <w:br/>
        <w:t>解析：王维的诗歌以山水田园为主题，意境优美，语言清新自然，被誉为"诗中有画，画中有诗"。豪放飘逸是李白诗歌的风格特点，沉郁顿挫是杜甫诗歌的风格特点，平易近人是白居易诗歌的风格特点。</w:t>
        <w:br/>
        <w:br/>
        <w:t>9. 答案：A</w:t>
        <w:br/>
        <w:br/>
        <w:t>解析：白居易提出了"文章合为时而著，歌诗合为事而作"的文学主张，强调文学应当反映社会现实，为政治服务。"清水出芙蓉，天然去雕饰"是李白对诗歌自然美的追求，"语不惊人死不休"是杜甫对诗歌艺术的严格要求，"笔落惊风雨，诗成泣鬼神"是杜甫对李白诗歌的高度评价。</w:t>
        <w:br/>
        <w:br/>
        <w:t>10. 答案：C</w:t>
        <w:br/>
        <w:br/>
        <w:t>解析：李贺是唐代著名诗人，因其诗歌想象奇特、风格诡谲，被称为"诗鬼"。李白被称为"诗仙"，杜甫被称为"诗圣"，王维被称为"诗佛"。</w:t>
        <w:br/>
        <w:br/>
        <w:t xml:space="preserve"> 二、填空题</w:t>
        <w:br/>
        <w:br/>
        <w:t>1. 答案：潼关吏</w:t>
        <w:br/>
        <w:br/>
        <w:t>解析：杜甫的"三吏"是指《新安吏》、《潼关吏》和《石壕吏》，这三首诗都是杜甫在安史之乱期间创作的，反映了战争给人民带来的苦难。</w:t>
        <w:br/>
        <w:br/>
        <w:t>2. 答案：辋川</w:t>
        <w:br/>
        <w:br/>
        <w:t>解析：王维晚年隐居在陕西蓝田的辋川，创作了著名的《辋川集》，其中包括《鹿柴》、《竹里馆》、《辛夷坞》等二十首山水诗，表现了他对自然和生活的热爱。</w:t>
        <w:br/>
        <w:br/>
        <w:t>3. 答案：杨贵妃</w:t>
        <w:br/>
        <w:br/>
        <w:t>解析：《长恨歌》是白居易的代表作，描写了唐玄宗与杨贵妃的爱情悲剧，从他们的相识、相爱到安史之乱中的分离，以及唐玄宗对杨贵妃的思念。</w:t>
        <w:br/>
        <w:br/>
        <w:t>4. 答案：艰险难行</w:t>
        <w:br/>
        <w:br/>
        <w:t>解析：李白的《蜀道难》中"蜀道之难，难于上青天"一句，通过夸张的手法表达了蜀道的艰险难行，同时也暗示了人生的艰难。</w:t>
        <w:br/>
        <w:br/>
        <w:t>5. 答案：城春草木深</w:t>
        <w:br/>
        <w:br/>
        <w:t>解析：杜甫的《春望》中"国破山河在，城春草木深"一句，表达了诗人对国家命运的忧虑和对和平的渴望。尽管国家破碎，但山河依旧；尽管春天来临，但城市荒芜，草木丛生。</w:t>
        <w:br/>
        <w:br/>
        <w:t xml:space="preserve"> 三、判断题</w:t>
        <w:br/>
        <w:br/>
        <w:t>1. 答案：√</w:t>
        <w:br/>
        <w:br/>
        <w:t>解析：唐代诗人李白因其诗歌豪放飘逸、想象丰富，被称为"诗仙"；杜甫因其诗歌深刻反映社会现实，艺术成就极高，被称为"诗圣"；白居易因其诗歌通俗易懂、流传广泛，被称为"诗魔"。这种称呼反映了他们在唐代文学史上的重要地位和独特风格。</w:t>
        <w:br/>
        <w:br/>
        <w:t>2. 答案：√</w:t>
        <w:br/>
        <w:br/>
        <w:t>解析：唐代古文运动是由韩愈和柳宗元倡导的文学改革运动，他们反对六朝以来华而不实的骈文，提倡先秦两汉质朴的古文，强调文章的内容和思想性，对后世文学发展产生了深远影响。</w:t>
        <w:br/>
        <w:br/>
        <w:t>3. 答案：√</w:t>
        <w:br/>
        <w:br/>
        <w:t>解析：王维是唐代著名的山水田园诗人，他的诗歌以描绘自然景色为主，意境优美，语言清新自然，被誉为"诗中有画，画中有诗"，体现了他的诗歌与绘画艺术的完美结合。</w:t>
        <w:br/>
        <w:br/>
        <w:t>4. 答案：×</w:t>
        <w:br/>
        <w:br/>
        <w:t>解析：李商隐的《无题》诗虽然表面上多是描写爱情，但实际上往往含有政治寓意，寄托了诗人对时局的忧虑和对理想的追求，具有丰富的内涵和深刻的思想性。</w:t>
        <w:br/>
        <w:br/>
        <w:t>5. 答案：√</w:t>
        <w:br/>
        <w:br/>
        <w:t>解析：杜甫的"三别"是指《新婚别》、《无家别》和《垂老别》，这三首诗与"三吏"（《新安吏》、《潼关吏》、《石壕吏》）一起，被称为杜甫"三吏三别"，是杜甫反映安史之乱时期社会现实的重要作品。</w:t>
        <w:br/>
        <w:br/>
        <w:t xml:space="preserve"> 四、多项选择题</w:t>
        <w:br/>
        <w:br/>
        <w:t>1. 答案：ABC</w:t>
        <w:br/>
        <w:br/>
        <w:t>解析：唐代边塞诗派的代表人物包括高适、岑参和王昌龄等。他们的诗歌以描写边塞风光和战争生活为主要内容，风格雄浑豪放。孟浩然是山水田园诗派的代表，不属于边塞诗派。</w:t>
        <w:br/>
        <w:br/>
        <w:t>2. 答案：ABD</w:t>
        <w:br/>
        <w:br/>
        <w:t>解析：《春望》、《登高》和《茅屋为秋风所破歌》都是杜甫的代表作。《将进酒》是李白的代表作，不是杜甫的作品。杜甫的诗歌以反映社会现实、表达人民疾苦为主要特点，艺术成就极高。</w:t>
        <w:br/>
        <w:br/>
        <w:t xml:space="preserve"> 五、简答题</w:t>
        <w:br/>
        <w:br/>
        <w:t>1. 答案：</w:t>
        <w:br/>
        <w:br/>
        <w:t>唐代古文运动是韩愈、柳宗元等人倡导的文学改革运动，主要内容是反对六朝以来华而不实的骈文，提倡先秦两汉质朴的古文，强调文章的内容和思想性。韩愈提出"文以载道"的主张，柳宗元则强调"文以明道"，他们都重视文章的社会功能和思想内涵。</w:t>
        <w:br/>
        <w:br/>
        <w:t>唐代古文运动的历史意义在于：首先，它打破了骈文对文坛的统治，恢复了散文的活力和表现力；其次，它强调文章的内容和思想性，提高了文学的社会地位；再次，它对后世文学发展产生了深远影响，为宋代散文的发展奠定了基础；最后，它促进了文学与政治、道德的结合，使文学更加关注社会现实和人生价值。</w:t>
        <w:br/>
        <w:br/>
        <w:t>2. 答案：</w:t>
        <w:br/>
        <w:br/>
        <w:t>李白诗歌的艺术特色主要表现在以下几个方面：</w:t>
        <w:br/>
        <w:br/>
        <w:t>首先，李白诗歌具有豪放飘逸的风格。他的诗歌气势磅礴，想象丰富，语言奔放，不受格律束缚，表现出强烈的个性和自由精神。</w:t>
        <w:br/>
        <w:br/>
        <w:t>其次，李白诗歌善于运用夸张和想象的手法。他常常通过夸张的手法表现事物的特点，如"飞流直下三千尺，疑是银河落九天"；同时，他的想象奇特丰富，如"举杯邀明月，对影成三人"，创造出独特的艺术境界。</w:t>
        <w:br/>
        <w:br/>
        <w:t>再次，李白诗歌语言清新自然，富有音乐性。他的诗歌语言简洁明快，不事雕琢，如"床前明月光，疑是地上霜"；同时，他的诗歌节奏鲜明，音韵和谐，具有很强的音乐性。</w:t>
        <w:br/>
        <w:br/>
        <w:t>最后，李白诗歌题材广泛，内容丰富。他的诗歌既有抒发个人情怀的，如"长风破浪会有时，直挂云帆济沧海"；也有反映社会现实的，如"君不见黄河之水天上来，奔流到海不复回"；还有描绘自然景色的，如"日照香炉生紫烟，遥看瀑布挂前川"。</w:t>
        <w:br/>
        <w:br/>
        <w:t>综上所述，李白诗歌以其豪放飘逸的风格、丰富的想象、清新的语言和广泛的题材，成为中国文学史上的瑰宝，对后世文学产生了深远影响。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