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微软雅黑" w:hAnsi="微软雅黑" w:eastAsia="微软雅黑"/>
          <w:b/>
          <w:color w:val="000000"/>
          <w:sz w:val="36"/>
        </w:rPr>
        <w:t>英语听力练习材料：租房</w:t>
      </w:r>
    </w:p>
    <w:p>
      <w:r>
        <w:rPr>
          <w:rFonts w:ascii="宋体" w:hAnsi="宋体" w:eastAsia="宋体"/>
          <w:color w:val="000000"/>
          <w:sz w:val="28"/>
        </w:rPr>
        <w:t xml:space="preserve">  </w:t>
      </w:r>
    </w:p>
    <w:p>
      <w:r>
        <w:rPr>
          <w:rFonts w:ascii="宋体" w:hAnsi="宋体" w:eastAsia="宋体"/>
          <w:color w:val="000000"/>
          <w:sz w:val="28"/>
        </w:rPr>
        <w:t xml:space="preserve">  　　【英语听力练习原文】</w:t>
      </w:r>
    </w:p>
    <w:p>
      <w:r>
        <w:rPr>
          <w:rFonts w:ascii="宋体" w:hAnsi="宋体" w:eastAsia="宋体"/>
          <w:color w:val="000000"/>
          <w:sz w:val="28"/>
        </w:rPr>
        <w:t xml:space="preserve"> 　　Roger： Hello.</w:t>
      </w:r>
    </w:p>
    <w:p>
      <w:r>
        <w:rPr>
          <w:rFonts w:ascii="宋体" w:hAnsi="宋体" w:eastAsia="宋体"/>
          <w:color w:val="000000"/>
          <w:sz w:val="28"/>
        </w:rPr>
        <w:t xml:space="preserve"> 　　Ann： Hello Roger? This is Ann.</w:t>
      </w:r>
    </w:p>
    <w:p>
      <w:r>
        <w:rPr>
          <w:rFonts w:ascii="宋体" w:hAnsi="宋体" w:eastAsia="宋体"/>
          <w:color w:val="000000"/>
          <w:sz w:val="28"/>
        </w:rPr>
        <w:t xml:space="preserve"> 　　Roger： Oh hi, Ann. How have you been? And how's your new apartment working out?</w:t>
      </w:r>
    </w:p>
    <w:p>
      <w:r>
        <w:rPr>
          <w:rFonts w:ascii="宋体" w:hAnsi="宋体" w:eastAsia="宋体"/>
          <w:color w:val="000000"/>
          <w:sz w:val="28"/>
        </w:rPr>
        <w:t xml:space="preserve"> 　　Ann： Well, that's what I'm calling about. You see, I've decided to look for a new place.</w:t>
      </w:r>
    </w:p>
    <w:p>
      <w:r>
        <w:rPr>
          <w:rFonts w:ascii="宋体" w:hAnsi="宋体" w:eastAsia="宋体"/>
          <w:color w:val="000000"/>
          <w:sz w:val="28"/>
        </w:rPr>
        <w:t xml:space="preserve"> 　　Roger： Oh, what's the problem with your place now? I thought you liked the apartment.</w:t>
      </w:r>
    </w:p>
    <w:p>
      <w:r>
        <w:rPr>
          <w:rFonts w:ascii="宋体" w:hAnsi="宋体" w:eastAsia="宋体"/>
          <w:color w:val="000000"/>
          <w:sz w:val="28"/>
        </w:rPr>
        <w:t xml:space="preserve"> 　　Ann： Oh, I do, but it's a little far from campus, and the commute is just killing me. Do you think you could help? I thought you might know more about the housing situation near the school.</w:t>
      </w:r>
    </w:p>
    <w:p>
      <w:r>
        <w:rPr>
          <w:rFonts w:ascii="宋体" w:hAnsi="宋体" w:eastAsia="宋体"/>
          <w:color w:val="000000"/>
          <w:sz w:val="28"/>
        </w:rPr>
        <w:t xml:space="preserve"> 　　Roger： Okay, what's your budget like? I mean how much do you want to spend on rent?</w:t>
      </w:r>
    </w:p>
    <w:p>
      <w:r>
        <w:rPr>
          <w:rFonts w:ascii="宋体" w:hAnsi="宋体" w:eastAsia="宋体"/>
          <w:color w:val="000000"/>
          <w:sz w:val="28"/>
        </w:rPr>
        <w:t xml:space="preserve"> 　　Ann：Uh, somewhere under $200 a month, including utilities, if I could. Oh, and I'd prefer to rent a furnished apartment.</w:t>
      </w:r>
    </w:p>
    <w:p>
      <w:r>
        <w:rPr>
          <w:rFonts w:ascii="宋体" w:hAnsi="宋体" w:eastAsia="宋体"/>
          <w:color w:val="000000"/>
          <w:sz w:val="28"/>
        </w:rPr>
        <w:t xml:space="preserve"> 　　Roger： Hmm. And anything else?</w:t>
      </w:r>
    </w:p>
    <w:p>
      <w:r>
        <w:rPr>
          <w:rFonts w:ascii="宋体" w:hAnsi="宋体" w:eastAsia="宋体"/>
          <w:color w:val="000000"/>
          <w:sz w:val="28"/>
        </w:rPr>
        <w:t xml:space="preserve"> 　　Ann：Yeah, I need a parking space.</w:t>
      </w:r>
    </w:p>
    <w:p>
      <w:r>
        <w:rPr>
          <w:rFonts w:ascii="宋体" w:hAnsi="宋体" w:eastAsia="宋体"/>
          <w:color w:val="000000"/>
          <w:sz w:val="28"/>
        </w:rPr>
        <w:t xml:space="preserve"> 　　Roger： Well, I know there's an apartment complex around the corner that seems to have a few vacancies. I'll drop by there on my way to class today.</w:t>
      </w:r>
    </w:p>
    <w:p>
      <w:r>
        <w:rPr>
          <w:rFonts w:ascii="宋体" w:hAnsi="宋体" w:eastAsia="宋体"/>
          <w:color w:val="000000"/>
          <w:sz w:val="28"/>
        </w:rPr>
        <w:t xml:space="preserve"> 　　Ann： Hey, thanks a lot.</w:t>
      </w:r>
    </w:p>
    <w:p>
      <w:r>
        <w:rPr>
          <w:rFonts w:ascii="宋体" w:hAnsi="宋体" w:eastAsia="宋体"/>
          <w:color w:val="000000"/>
          <w:sz w:val="28"/>
        </w:rPr>
        <w:t xml:space="preserve"> 　　Roger： No problem.</w:t>
      </w:r>
    </w:p>
    <w:p>
      <w:r>
        <w:rPr>
          <w:rFonts w:ascii="宋体" w:hAnsi="宋体" w:eastAsia="宋体"/>
          <w:color w:val="000000"/>
          <w:sz w:val="28"/>
        </w:rPr>
        <w:t xml:space="preserve">  　　【英语单词词组】</w:t>
      </w:r>
    </w:p>
    <w:p>
      <w:r>
        <w:rPr>
          <w:rFonts w:ascii="宋体" w:hAnsi="宋体" w:eastAsia="宋体"/>
          <w:color w:val="000000"/>
          <w:sz w:val="28"/>
        </w:rPr>
        <w:t xml:space="preserve"> 　　1. work out (phrasal verb)： going well</w:t>
      </w:r>
    </w:p>
    <w:p>
      <w:r>
        <w:rPr>
          <w:rFonts w:ascii="宋体" w:hAnsi="宋体" w:eastAsia="宋体"/>
          <w:color w:val="000000"/>
          <w:sz w:val="28"/>
        </w:rPr>
        <w:t xml:space="preserve"> 　　- My new job schedule has really worked out for me.</w:t>
      </w:r>
    </w:p>
    <w:p>
      <w:r>
        <w:rPr>
          <w:rFonts w:ascii="宋体" w:hAnsi="宋体" w:eastAsia="宋体"/>
          <w:color w:val="000000"/>
          <w:sz w:val="28"/>
        </w:rPr>
        <w:t xml:space="preserve"> 　　2. commute (verb; also a noun)： to travel between home and work or school</w:t>
      </w:r>
    </w:p>
    <w:p>
      <w:r>
        <w:rPr>
          <w:rFonts w:ascii="宋体" w:hAnsi="宋体" w:eastAsia="宋体"/>
          <w:color w:val="000000"/>
          <w:sz w:val="28"/>
        </w:rPr>
        <w:t xml:space="preserve"> 　　- VERB： I have to commute two hours each day to get to work.</w:t>
      </w:r>
    </w:p>
    <w:p>
      <w:r>
        <w:rPr>
          <w:rFonts w:ascii="宋体" w:hAnsi="宋体" w:eastAsia="宋体"/>
          <w:color w:val="000000"/>
          <w:sz w:val="28"/>
        </w:rPr>
        <w:t xml:space="preserve"> 　　- NOUN： How long is your commute to work every day?</w:t>
      </w:r>
    </w:p>
    <w:p>
      <w:r>
        <w:rPr>
          <w:rFonts w:ascii="宋体" w:hAnsi="宋体" w:eastAsia="宋体"/>
          <w:color w:val="000000"/>
          <w:sz w:val="28"/>
        </w:rPr>
        <w:t xml:space="preserve"> 　　3. utilities (noun)： public services including water, gas, and electricity</w:t>
      </w:r>
    </w:p>
    <w:p>
      <w:r>
        <w:rPr>
          <w:rFonts w:ascii="宋体" w:hAnsi="宋体" w:eastAsia="宋体"/>
          <w:color w:val="000000"/>
          <w:sz w:val="28"/>
        </w:rPr>
        <w:t xml:space="preserve"> 　　- How much do you pay for utilities each month?</w:t>
      </w:r>
    </w:p>
    <w:p>
      <w:r>
        <w:rPr>
          <w:rFonts w:ascii="宋体" w:hAnsi="宋体" w:eastAsia="宋体"/>
          <w:color w:val="000000"/>
          <w:sz w:val="28"/>
        </w:rPr>
        <w:t xml:space="preserve"> 　　4. furnished (adjective)： containing furniture, for example, a sofa, tables, and washing machine</w:t>
      </w:r>
    </w:p>
    <w:p>
      <w:r>
        <w:rPr>
          <w:rFonts w:ascii="宋体" w:hAnsi="宋体" w:eastAsia="宋体"/>
          <w:color w:val="000000"/>
          <w:sz w:val="28"/>
        </w:rPr>
        <w:t xml:space="preserve"> 　　- I decided to rent a furnished apartment so I wouldn't have to buy so many things.</w:t>
      </w:r>
    </w:p>
    <w:p>
      <w:r>
        <w:rPr>
          <w:rFonts w:ascii="宋体" w:hAnsi="宋体" w:eastAsia="宋体"/>
          <w:color w:val="000000"/>
          <w:sz w:val="28"/>
        </w:rPr>
        <w:t xml:space="preserve"> 　　5. vacancies (noun)： rooms not being used or rented</w:t>
      </w:r>
    </w:p>
    <w:p>
      <w:r>
        <w:rPr>
          <w:rFonts w:ascii="宋体" w:hAnsi="宋体" w:eastAsia="宋体"/>
          <w:color w:val="000000"/>
          <w:sz w:val="28"/>
        </w:rPr>
        <w:t xml:space="preserve"> 　　- Do you have any vacancies starting next month?</w:t>
      </w:r>
    </w:p>
    <w:p>
      <w:r>
        <w:rPr>
          <w:rFonts w:ascii="宋体" w:hAnsi="宋体" w:eastAsia="宋体"/>
          <w:color w:val="000000"/>
          <w:sz w:val="28"/>
        </w:rPr>
        <w:t xml:space="preserve">  　　【英语听力练习题目】</w:t>
      </w:r>
    </w:p>
    <w:p>
      <w:r>
        <w:rPr>
          <w:rFonts w:ascii="宋体" w:hAnsi="宋体" w:eastAsia="宋体"/>
          <w:color w:val="000000"/>
          <w:sz w:val="28"/>
        </w:rPr>
        <w:t xml:space="preserve"> 　　1. What is the main topic of the conversation?</w:t>
      </w:r>
    </w:p>
    <w:p>
      <w:r>
        <w:rPr>
          <w:rFonts w:ascii="宋体" w:hAnsi="宋体" w:eastAsia="宋体"/>
          <w:color w:val="000000"/>
          <w:sz w:val="28"/>
        </w:rPr>
        <w:t xml:space="preserve"> 　　A. problems with living in an apartment</w:t>
      </w:r>
    </w:p>
    <w:p>
      <w:r>
        <w:rPr>
          <w:rFonts w:ascii="宋体" w:hAnsi="宋体" w:eastAsia="宋体"/>
          <w:color w:val="000000"/>
          <w:sz w:val="28"/>
        </w:rPr>
        <w:t xml:space="preserve"> 　　B. a search for a new apartment</w:t>
      </w:r>
    </w:p>
    <w:p>
      <w:r>
        <w:rPr>
          <w:rFonts w:ascii="宋体" w:hAnsi="宋体" w:eastAsia="宋体"/>
          <w:color w:val="000000"/>
          <w:sz w:val="28"/>
        </w:rPr>
        <w:t xml:space="preserve"> 　　C. the cost of rent near universities</w:t>
      </w:r>
    </w:p>
    <w:p>
      <w:r>
        <w:rPr>
          <w:rFonts w:ascii="宋体" w:hAnsi="宋体" w:eastAsia="宋体"/>
          <w:color w:val="000000"/>
          <w:sz w:val="28"/>
        </w:rPr>
        <w:t xml:space="preserve"> 　　2. Why doesn't Ann like her current apartment?</w:t>
      </w:r>
    </w:p>
    <w:p>
      <w:r>
        <w:rPr>
          <w:rFonts w:ascii="宋体" w:hAnsi="宋体" w:eastAsia="宋体"/>
          <w:color w:val="000000"/>
          <w:sz w:val="28"/>
        </w:rPr>
        <w:t xml:space="preserve"> 　　A. It's too expensive.</w:t>
      </w:r>
    </w:p>
    <w:p>
      <w:r>
        <w:rPr>
          <w:rFonts w:ascii="宋体" w:hAnsi="宋体" w:eastAsia="宋体"/>
          <w:color w:val="000000"/>
          <w:sz w:val="28"/>
        </w:rPr>
        <w:t xml:space="preserve"> 　　B. The neighborhood is noisy.</w:t>
      </w:r>
    </w:p>
    <w:p>
      <w:r>
        <w:rPr>
          <w:rFonts w:ascii="宋体" w:hAnsi="宋体" w:eastAsia="宋体"/>
          <w:color w:val="000000"/>
          <w:sz w:val="28"/>
        </w:rPr>
        <w:t xml:space="preserve"> 　　C. It's located some distance from school.</w:t>
      </w:r>
    </w:p>
    <w:p>
      <w:r>
        <w:rPr>
          <w:rFonts w:ascii="宋体" w:hAnsi="宋体" w:eastAsia="宋体"/>
          <w:color w:val="000000"/>
          <w:sz w:val="28"/>
        </w:rPr>
        <w:t xml:space="preserve"> 　　3. How much money does Ann want to pay for rent?</w:t>
      </w:r>
    </w:p>
    <w:p>
      <w:r>
        <w:rPr>
          <w:rFonts w:ascii="宋体" w:hAnsi="宋体" w:eastAsia="宋体"/>
          <w:color w:val="000000"/>
          <w:sz w:val="28"/>
        </w:rPr>
        <w:t xml:space="preserve"> 　　A. no more than $200</w:t>
      </w:r>
    </w:p>
    <w:p>
      <w:r>
        <w:rPr>
          <w:rFonts w:ascii="宋体" w:hAnsi="宋体" w:eastAsia="宋体"/>
          <w:color w:val="000000"/>
          <w:sz w:val="28"/>
        </w:rPr>
        <w:t xml:space="preserve"> 　　B. around $200</w:t>
      </w:r>
    </w:p>
    <w:p>
      <w:r>
        <w:rPr>
          <w:rFonts w:ascii="宋体" w:hAnsi="宋体" w:eastAsia="宋体"/>
          <w:color w:val="000000"/>
          <w:sz w:val="28"/>
        </w:rPr>
        <w:t xml:space="preserve"> 　　C. a little more than $200</w:t>
      </w:r>
    </w:p>
    <w:p>
      <w:r>
        <w:rPr>
          <w:rFonts w:ascii="宋体" w:hAnsi="宋体" w:eastAsia="宋体"/>
          <w:color w:val="000000"/>
          <w:sz w:val="28"/>
        </w:rPr>
        <w:t xml:space="preserve"> 　　4. What kind of place is she looking for?</w:t>
      </w:r>
    </w:p>
    <w:p>
      <w:r>
        <w:rPr>
          <w:rFonts w:ascii="宋体" w:hAnsi="宋体" w:eastAsia="宋体"/>
          <w:color w:val="000000"/>
          <w:sz w:val="28"/>
        </w:rPr>
        <w:t xml:space="preserve"> 　　A. somewhere that is within a short driving distance of campus</w:t>
      </w:r>
    </w:p>
    <w:p>
      <w:r>
        <w:rPr>
          <w:rFonts w:ascii="宋体" w:hAnsi="宋体" w:eastAsia="宋体"/>
          <w:color w:val="000000"/>
          <w:sz w:val="28"/>
        </w:rPr>
        <w:t xml:space="preserve"> 　　B. an apartment with furniture already in it</w:t>
      </w:r>
    </w:p>
    <w:p>
      <w:r>
        <w:rPr>
          <w:rFonts w:ascii="宋体" w:hAnsi="宋体" w:eastAsia="宋体"/>
          <w:color w:val="000000"/>
          <w:sz w:val="28"/>
        </w:rPr>
        <w:t xml:space="preserve"> 　　C. a place where she can live alone</w:t>
      </w:r>
    </w:p>
    <w:p>
      <w:r>
        <w:rPr>
          <w:rFonts w:ascii="宋体" w:hAnsi="宋体" w:eastAsia="宋体"/>
          <w:color w:val="000000"/>
          <w:sz w:val="28"/>
        </w:rPr>
        <w:t xml:space="preserve"> 　　5. How is Roger going to help her?</w:t>
      </w:r>
    </w:p>
    <w:p>
      <w:r>
        <w:rPr>
          <w:rFonts w:ascii="宋体" w:hAnsi="宋体" w:eastAsia="宋体"/>
          <w:color w:val="000000"/>
          <w:sz w:val="28"/>
        </w:rPr>
        <w:t xml:space="preserve"> 　　A. He is planning on calling a friend who owns an apartment building.</w:t>
      </w:r>
    </w:p>
    <w:p>
      <w:r>
        <w:rPr>
          <w:rFonts w:ascii="宋体" w:hAnsi="宋体" w:eastAsia="宋体"/>
          <w:color w:val="000000"/>
          <w:sz w:val="28"/>
        </w:rPr>
        <w:t xml:space="preserve"> 　　B. He will check the newspapers to see if he can find an apartment for rent.</w:t>
      </w:r>
    </w:p>
    <w:p>
      <w:r>
        <w:rPr>
          <w:rFonts w:ascii="宋体" w:hAnsi="宋体" w:eastAsia="宋体"/>
          <w:color w:val="000000"/>
          <w:sz w:val="28"/>
        </w:rPr>
        <w:t xml:space="preserve"> 　　C. He is going to visit an apartment building near his place.</w:t>
      </w:r>
    </w:p>
    <w:p>
      <w:r>
        <w:rPr>
          <w:rFonts w:ascii="宋体" w:hAnsi="宋体" w:eastAsia="宋体"/>
          <w:color w:val="000000"/>
          <w:sz w:val="28"/>
        </w:rPr>
        <w:t xml:space="preserve"> 　　【答案】</w:t>
      </w:r>
    </w:p>
    <w:p>
      <w:r>
        <w:rPr>
          <w:rFonts w:ascii="宋体" w:hAnsi="宋体" w:eastAsia="宋体"/>
          <w:color w:val="000000"/>
          <w:sz w:val="28"/>
        </w:rPr>
        <w:t xml:space="preserve"> 　　1. a search for a new apartment</w:t>
      </w:r>
    </w:p>
    <w:p>
      <w:r>
        <w:rPr>
          <w:rFonts w:ascii="宋体" w:hAnsi="宋体" w:eastAsia="宋体"/>
          <w:color w:val="000000"/>
          <w:sz w:val="28"/>
        </w:rPr>
        <w:t xml:space="preserve"> 　　2. It's located some distance from school.</w:t>
      </w:r>
    </w:p>
    <w:p>
      <w:r>
        <w:rPr>
          <w:rFonts w:ascii="宋体" w:hAnsi="宋体" w:eastAsia="宋体"/>
          <w:color w:val="000000"/>
          <w:sz w:val="28"/>
        </w:rPr>
        <w:t xml:space="preserve"> 　　3. no more than $200</w:t>
      </w:r>
    </w:p>
    <w:p>
      <w:r>
        <w:rPr>
          <w:rFonts w:ascii="宋体" w:hAnsi="宋体" w:eastAsia="宋体"/>
          <w:color w:val="000000"/>
          <w:sz w:val="28"/>
        </w:rPr>
        <w:t xml:space="preserve"> 　　4. an apartment with furniture already in it</w:t>
      </w:r>
    </w:p>
    <w:p>
      <w:r>
        <w:rPr>
          <w:rFonts w:ascii="宋体" w:hAnsi="宋体" w:eastAsia="宋体"/>
          <w:color w:val="000000"/>
          <w:sz w:val="28"/>
        </w:rPr>
        <w:t xml:space="preserve"> 　　5. He is going to visit an apartment building near his place.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dcterms:created xsi:type="dcterms:W3CDTF">2013-12-23T23:15:00Z</dcterms:created>
  <dcterms:modified xsi:type="dcterms:W3CDTF">2013-12-23T23:15:00Z</dcterms:modified>
  <cp:category/>
</cp:coreProperties>
</file>