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重庆大学版（三年级起点）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学期：三年级上学期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版本：重庆大学版（三年级起点）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重庆大学版（三年级起点）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Hello, Miss Liu!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874"/>
        </w:trPr>
        <w:tc>
          <w:tcPr>
            <w:tcW w:type="dxa" w:w="41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afternoon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Good afternoon!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下午好！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hello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喂，你好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I’m=I am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morning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早上，上午</w:t>
            </w:r>
          </w:p>
        </w:tc>
        <w:tc>
          <w:tcPr>
            <w:tcW w:type="dxa" w:w="56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38" w:right="8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good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38" w:right="8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Good morning!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早安！早上好！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38" w:right="8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嗨，你好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38" w:right="8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小姐，女士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38" w:right="8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Mr.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先生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Look, a Ball!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914"/>
        </w:trPr>
        <w:tc>
          <w:tcPr>
            <w:tcW w:type="dxa" w:w="371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一（个，件）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book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it’s=it is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它是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高兴的，美好的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pencil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铅笔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是</w:t>
            </w:r>
          </w:p>
        </w:tc>
        <w:tc>
          <w:tcPr>
            <w:tcW w:type="dxa" w:w="60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24" w:right="122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皮球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24" w:right="122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24" w:right="122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24" w:right="122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it isn’t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它不是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24" w:right="122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look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看，瞧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78" w:right="97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Nice to meet you.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见到你真好。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24" w:right="122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钢笔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24" w:right="122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ruler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尺子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24" w:right="122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you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你；你们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What's Your Number?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796"/>
        </w:trPr>
        <w:tc>
          <w:tcPr>
            <w:tcW w:type="dxa" w:w="363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class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班级；同学们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5</w:t>
            </w:r>
          </w:p>
        </w:tc>
        <w:tc>
          <w:tcPr>
            <w:tcW w:type="dxa" w:w="608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00" w:right="13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8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00" w:right="13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4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9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46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重庆大学版（三年级起点）</w:t>
            </w:r>
          </w:p>
        </w:tc>
      </w:tr>
      <w:tr>
        <w:trPr>
          <w:trHeight w:hRule="exact" w:val="6670"/>
        </w:trPr>
        <w:tc>
          <w:tcPr>
            <w:tcW w:type="dxa" w:w="49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4" w:after="0"/>
              <w:ind w:left="642" w:right="6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How old are you?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你多少岁？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number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号码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please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请（礼貌用语）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six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6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thank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谢谢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three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3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什么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your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你的；你们的</w:t>
            </w:r>
          </w:p>
        </w:tc>
        <w:tc>
          <w:tcPr>
            <w:tcW w:type="dxa" w:w="546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4" w:after="0"/>
              <w:ind w:left="642" w:right="6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9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42" w:right="6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1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42" w:right="6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seven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7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42" w:right="6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10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42" w:right="6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Thank you.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谢谢你。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42" w:right="6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two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2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42" w:right="6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what’s=what is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是什么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42" w:right="6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zero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0</w:t>
            </w:r>
          </w:p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4 What Colour Is It?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8424"/>
        </w:trPr>
        <w:tc>
          <w:tcPr>
            <w:tcW w:type="dxa" w:w="441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black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黑色的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棕色的，褐色的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Can I help you?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我能帮助你吗？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crayon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蜡笔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help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帮助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orange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橙色的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粉红色的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红色的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white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白色的</w:t>
            </w:r>
          </w:p>
        </w:tc>
        <w:tc>
          <w:tcPr>
            <w:tcW w:type="dxa" w:w="530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522" w:right="5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blue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蓝色的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22" w:right="5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能，可以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22" w:right="5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colour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颜色；涂色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22" w:right="5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绿色的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22" w:right="5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Here you are.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给你。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22" w:right="5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Not at all.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不用谢，别客气。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22" w:right="5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递，传递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22" w:right="5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purple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紫色的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22" w:right="5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which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哪个，哪几个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22" w:right="5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yellow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黄色的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重庆大学版（三年级起点）</w:t>
            </w:r>
          </w:p>
        </w:tc>
      </w:tr>
    </w:tbl>
    <w:p>
      <w:pPr>
        <w:autoSpaceDN w:val="0"/>
        <w:autoSpaceDE w:val="0"/>
        <w:widowControl/>
        <w:spacing w:line="400" w:lineRule="exact" w:before="332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5 It's a Lemon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914"/>
        </w:trPr>
        <w:tc>
          <w:tcPr>
            <w:tcW w:type="dxa" w:w="42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一（个，件）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banana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香蕉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grape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Happy birthday!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生日快乐！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lemon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柠檬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给……看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那，那个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very much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很，非常</w:t>
            </w:r>
          </w:p>
        </w:tc>
        <w:tc>
          <w:tcPr>
            <w:tcW w:type="dxa" w:w="54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660" w:right="6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apple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苹果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0" w:right="6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birthday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生日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0" w:right="6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happy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快乐的，幸福的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0" w:right="6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0" w:right="6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orange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橘子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0" w:right="6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picture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0" w:right="6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strawberry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草莓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0" w:right="6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这，这个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0" w:right="6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watermelon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西瓜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6 Happy New Year!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7350"/>
        </w:trPr>
        <w:tc>
          <w:tcPr>
            <w:tcW w:type="dxa" w:w="384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balloon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气球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爸爸，爹爹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多么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lovely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可爱的，好看的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name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名字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飞机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同样的</w:t>
            </w:r>
          </w:p>
        </w:tc>
        <w:tc>
          <w:tcPr>
            <w:tcW w:type="dxa" w:w="588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100" w:right="11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0" w:right="11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贺卡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0" w:right="11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亲爱的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Happy New Year!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新年快乐！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0" w:right="11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爱，喜欢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0" w:right="11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mum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妈妈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0" w:right="11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New Year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新年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0" w:right="11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rabbit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0" w:right="11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same to you.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你也一样。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重庆大学版（三年级起点）</w:t>
            </w:r>
          </w:p>
        </w:tc>
      </w:tr>
    </w:tbl>
    <w:p>
      <w:pPr>
        <w:autoSpaceDN w:val="0"/>
        <w:autoSpaceDE w:val="0"/>
        <w:widowControl/>
        <w:spacing w:line="42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622"/>
        </w:trPr>
        <w:tc>
          <w:tcPr>
            <w:tcW w:type="dxa" w:w="205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6" w:after="0"/>
              <w:ind w:left="48" w:right="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afternoon </w:t>
            </w:r>
          </w:p>
        </w:tc>
        <w:tc>
          <w:tcPr>
            <w:tcW w:type="dxa" w:w="15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6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下午</w:t>
            </w:r>
          </w:p>
        </w:tc>
        <w:tc>
          <w:tcPr>
            <w:tcW w:type="dxa" w:w="28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05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80" w:right="18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morning </w:t>
            </w:r>
          </w:p>
        </w:tc>
        <w:tc>
          <w:tcPr>
            <w:tcW w:type="dxa" w:w="15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0" w:right="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早上，上午</w:t>
            </w:r>
          </w:p>
        </w:tc>
        <w:tc>
          <w:tcPr>
            <w:tcW w:type="dxa" w:w="28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4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0" w:right="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hello </w:t>
            </w:r>
          </w:p>
        </w:tc>
        <w:tc>
          <w:tcPr>
            <w:tcW w:type="dxa" w:w="207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0" w:right="1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喂，你好</w:t>
            </w:r>
          </w:p>
        </w:tc>
        <w:tc>
          <w:tcPr>
            <w:tcW w:type="dxa" w:w="28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2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 </w:t>
            </w:r>
          </w:p>
        </w:tc>
        <w:tc>
          <w:tcPr>
            <w:tcW w:type="dxa" w:w="241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嗨，你好</w:t>
            </w:r>
          </w:p>
        </w:tc>
        <w:tc>
          <w:tcPr>
            <w:tcW w:type="dxa" w:w="28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54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40" w:right="1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miss </w:t>
            </w:r>
          </w:p>
        </w:tc>
        <w:tc>
          <w:tcPr>
            <w:tcW w:type="dxa" w:w="207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90" w:right="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小姐，女士</w:t>
            </w:r>
          </w:p>
        </w:tc>
        <w:tc>
          <w:tcPr>
            <w:tcW w:type="dxa" w:w="28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56"/>
        </w:trPr>
        <w:tc>
          <w:tcPr>
            <w:tcW w:type="dxa" w:w="154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0" w:right="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good </w:t>
            </w:r>
          </w:p>
        </w:tc>
        <w:tc>
          <w:tcPr>
            <w:tcW w:type="dxa" w:w="207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0" w:right="1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好的</w:t>
            </w:r>
          </w:p>
        </w:tc>
        <w:tc>
          <w:tcPr>
            <w:tcW w:type="dxa" w:w="2832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0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166"/>
        </w:trPr>
        <w:tc>
          <w:tcPr>
            <w:tcW w:type="dxa" w:w="3618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59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重庆大学版（三年级起点）</w:t>
            </w:r>
          </w:p>
        </w:tc>
      </w:tr>
      <w:tr>
        <w:trPr>
          <w:trHeight w:hRule="exact" w:val="1408"/>
        </w:trPr>
        <w:tc>
          <w:tcPr>
            <w:tcW w:type="dxa" w:w="3598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66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668" w:after="0"/>
              <w:ind w:left="336" w:right="3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66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3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2" w:after="0"/>
              <w:ind w:left="66" w:right="6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ball </w:t>
            </w:r>
          </w:p>
        </w:tc>
        <w:tc>
          <w:tcPr>
            <w:tcW w:type="dxa" w:w="22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66" w:right="1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皮球</w:t>
            </w:r>
          </w:p>
        </w:tc>
        <w:tc>
          <w:tcPr>
            <w:tcW w:type="dxa" w:w="285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36" w:right="3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9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9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36" w:right="3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8" w:right="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pencil </w:t>
            </w:r>
          </w:p>
        </w:tc>
        <w:tc>
          <w:tcPr>
            <w:tcW w:type="dxa" w:w="19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铅笔</w:t>
            </w:r>
          </w:p>
        </w:tc>
        <w:tc>
          <w:tcPr>
            <w:tcW w:type="dxa" w:w="285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36" w:right="3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9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9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36" w:right="3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3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66" w:right="6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dog </w:t>
            </w:r>
          </w:p>
        </w:tc>
        <w:tc>
          <w:tcPr>
            <w:tcW w:type="dxa" w:w="22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66" w:right="1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狗</w:t>
            </w:r>
          </w:p>
        </w:tc>
        <w:tc>
          <w:tcPr>
            <w:tcW w:type="dxa" w:w="285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36" w:right="3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9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9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36" w:right="3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80" w:right="18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book </w:t>
            </w:r>
          </w:p>
        </w:tc>
        <w:tc>
          <w:tcPr>
            <w:tcW w:type="dxa" w:w="19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0" w:right="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</w:t>
            </w:r>
          </w:p>
        </w:tc>
        <w:tc>
          <w:tcPr>
            <w:tcW w:type="dxa" w:w="285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36" w:right="3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9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9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36" w:right="3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3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14" w:right="2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 </w:t>
            </w:r>
          </w:p>
        </w:tc>
        <w:tc>
          <w:tcPr>
            <w:tcW w:type="dxa" w:w="22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6" w:right="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</w:t>
            </w:r>
          </w:p>
        </w:tc>
        <w:tc>
          <w:tcPr>
            <w:tcW w:type="dxa" w:w="285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36" w:right="3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9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9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52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36" w:right="3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556"/>
        </w:trPr>
        <w:tc>
          <w:tcPr>
            <w:tcW w:type="dxa" w:w="13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nice </w:t>
            </w:r>
          </w:p>
        </w:tc>
        <w:tc>
          <w:tcPr>
            <w:tcW w:type="dxa" w:w="222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高兴的，美好的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29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15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重庆大学版（三年级起点）</w:t>
            </w:r>
          </w:p>
        </w:tc>
      </w:tr>
      <w:tr>
        <w:trPr>
          <w:trHeight w:hRule="exact" w:val="1306"/>
        </w:trPr>
        <w:tc>
          <w:tcPr>
            <w:tcW w:type="dxa" w:w="3296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5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2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7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88" w:right="18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pen </w:t>
            </w:r>
          </w:p>
        </w:tc>
        <w:tc>
          <w:tcPr>
            <w:tcW w:type="dxa" w:w="18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2" w:right="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钢笔</w:t>
            </w:r>
          </w:p>
        </w:tc>
        <w:tc>
          <w:tcPr>
            <w:tcW w:type="dxa" w:w="31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7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54" w:right="5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ruler </w:t>
            </w:r>
          </w:p>
        </w:tc>
        <w:tc>
          <w:tcPr>
            <w:tcW w:type="dxa" w:w="18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76" w:right="17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尺子</w:t>
            </w:r>
          </w:p>
        </w:tc>
        <w:tc>
          <w:tcPr>
            <w:tcW w:type="dxa" w:w="31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2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" w:right="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cat </w:t>
            </w:r>
          </w:p>
        </w:tc>
        <w:tc>
          <w:tcPr>
            <w:tcW w:type="dxa" w:w="208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4" w:right="2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猫</w:t>
            </w:r>
          </w:p>
        </w:tc>
        <w:tc>
          <w:tcPr>
            <w:tcW w:type="dxa" w:w="31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2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224" w:right="2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 </w:t>
            </w:r>
          </w:p>
        </w:tc>
        <w:tc>
          <w:tcPr>
            <w:tcW w:type="dxa" w:w="208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6" w:right="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一（个，件）</w:t>
            </w:r>
          </w:p>
        </w:tc>
        <w:tc>
          <w:tcPr>
            <w:tcW w:type="dxa" w:w="31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2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90" w:right="1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it </w:t>
            </w:r>
          </w:p>
        </w:tc>
        <w:tc>
          <w:tcPr>
            <w:tcW w:type="dxa" w:w="208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40" w:right="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它</w:t>
            </w:r>
          </w:p>
        </w:tc>
        <w:tc>
          <w:tcPr>
            <w:tcW w:type="dxa" w:w="31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29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5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321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重庆大学版（三年级起点）</w:t>
            </w:r>
          </w:p>
        </w:tc>
      </w:tr>
      <w:tr>
        <w:trPr>
          <w:trHeight w:hRule="exact" w:val="938"/>
        </w:trPr>
        <w:tc>
          <w:tcPr>
            <w:tcW w:type="dxa" w:w="143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48" w:right="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look </w:t>
            </w:r>
          </w:p>
        </w:tc>
        <w:tc>
          <w:tcPr>
            <w:tcW w:type="dxa" w:w="17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看，瞧</w:t>
            </w:r>
          </w:p>
        </w:tc>
        <w:tc>
          <w:tcPr>
            <w:tcW w:type="dxa" w:w="323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623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4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82" w:right="1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yes </w:t>
            </w:r>
          </w:p>
        </w:tc>
        <w:tc>
          <w:tcPr>
            <w:tcW w:type="dxa" w:w="17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8" w:right="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是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14" w:right="2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car </w:t>
            </w:r>
          </w:p>
        </w:tc>
        <w:tc>
          <w:tcPr>
            <w:tcW w:type="dxa" w:w="17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6" w:right="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车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32" w:right="1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you </w:t>
            </w:r>
          </w:p>
        </w:tc>
        <w:tc>
          <w:tcPr>
            <w:tcW w:type="dxa" w:w="17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00" w:right="1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你；你们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30" w:right="2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six </w:t>
            </w:r>
          </w:p>
        </w:tc>
        <w:tc>
          <w:tcPr>
            <w:tcW w:type="dxa" w:w="17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6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what </w:t>
            </w:r>
          </w:p>
        </w:tc>
        <w:tc>
          <w:tcPr>
            <w:tcW w:type="dxa" w:w="17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2" w:right="2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什么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21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724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72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重庆大学版（三年级起点）</w:t>
            </w:r>
          </w:p>
        </w:tc>
      </w:tr>
      <w:tr>
        <w:trPr>
          <w:trHeight w:hRule="exact" w:val="1202"/>
        </w:trPr>
        <w:tc>
          <w:tcPr>
            <w:tcW w:type="dxa" w:w="1804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200" w:right="20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please </w:t>
            </w:r>
          </w:p>
        </w:tc>
        <w:tc>
          <w:tcPr>
            <w:tcW w:type="dxa" w:w="192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30" w:right="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请（礼貌用语）</w:t>
            </w:r>
          </w:p>
        </w:tc>
        <w:tc>
          <w:tcPr>
            <w:tcW w:type="dxa" w:w="2726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24" w:right="2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two </w:t>
            </w:r>
          </w:p>
        </w:tc>
        <w:tc>
          <w:tcPr>
            <w:tcW w:type="dxa" w:w="21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" w:right="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2</w:t>
            </w:r>
          </w:p>
        </w:tc>
        <w:tc>
          <w:tcPr>
            <w:tcW w:type="dxa" w:w="27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56" w:right="1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zero </w:t>
            </w:r>
          </w:p>
        </w:tc>
        <w:tc>
          <w:tcPr>
            <w:tcW w:type="dxa" w:w="21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74" w:right="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0</w:t>
            </w:r>
          </w:p>
        </w:tc>
        <w:tc>
          <w:tcPr>
            <w:tcW w:type="dxa" w:w="27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number </w:t>
            </w:r>
          </w:p>
        </w:tc>
        <w:tc>
          <w:tcPr>
            <w:tcW w:type="dxa" w:w="19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8" w:right="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号码</w:t>
            </w:r>
          </w:p>
        </w:tc>
        <w:tc>
          <w:tcPr>
            <w:tcW w:type="dxa" w:w="27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seven </w:t>
            </w:r>
          </w:p>
        </w:tc>
        <w:tc>
          <w:tcPr>
            <w:tcW w:type="dxa" w:w="21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7</w:t>
            </w:r>
          </w:p>
        </w:tc>
        <w:tc>
          <w:tcPr>
            <w:tcW w:type="dxa" w:w="27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6" w:right="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thank </w:t>
            </w:r>
          </w:p>
        </w:tc>
        <w:tc>
          <w:tcPr>
            <w:tcW w:type="dxa" w:w="21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24" w:right="2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谢谢</w:t>
            </w:r>
          </w:p>
        </w:tc>
        <w:tc>
          <w:tcPr>
            <w:tcW w:type="dxa" w:w="2726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764"/>
        </w:trPr>
        <w:tc>
          <w:tcPr>
            <w:tcW w:type="dxa" w:w="3724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321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重庆大学版（三年级起点）</w:t>
            </w:r>
          </w:p>
        </w:tc>
      </w:tr>
      <w:tr>
        <w:trPr>
          <w:trHeight w:hRule="exact" w:val="1240"/>
        </w:trPr>
        <w:tc>
          <w:tcPr>
            <w:tcW w:type="dxa" w:w="321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one </w:t>
            </w:r>
          </w:p>
        </w:tc>
        <w:tc>
          <w:tcPr>
            <w:tcW w:type="dxa" w:w="18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1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1028"/>
        </w:trPr>
        <w:tc>
          <w:tcPr>
            <w:tcW w:type="dxa" w:w="416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2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afternoon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morning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hello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hi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miss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good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ball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pencil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dog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book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no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nice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ruler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cat</w:t>
            </w:r>
          </w:p>
        </w:tc>
        <w:tc>
          <w:tcPr>
            <w:tcW w:type="dxa" w:w="62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下午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早上，上午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喂，你好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嗨，你好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小姐，女士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好的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皮球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铅笔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狗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书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不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698" w:right="169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高兴的，美好的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钢笔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尺子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猫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6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9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重庆大学版（三年级起点）</w:t>
            </w:r>
          </w:p>
        </w:tc>
      </w:tr>
      <w:tr>
        <w:trPr>
          <w:trHeight w:hRule="exact" w:val="10816"/>
        </w:trPr>
        <w:tc>
          <w:tcPr>
            <w:tcW w:type="dxa" w:w="416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it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look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yes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you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six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what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please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two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zero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number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seven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thank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one</w:t>
            </w:r>
          </w:p>
        </w:tc>
        <w:tc>
          <w:tcPr>
            <w:tcW w:type="dxa" w:w="629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1938" w:right="193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一（个，件）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8" w:right="231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它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8" w:right="231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看，瞧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8" w:right="231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是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8" w:right="231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车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8" w:right="231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你；你们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8" w:right="231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6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8" w:right="231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什么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698" w:right="169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请（礼貌用语）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8" w:right="231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2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8" w:right="231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0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8" w:right="231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号码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8" w:right="231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7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8" w:right="231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谢谢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8" w:right="231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1</w:t>
            </w:r>
          </w:p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370" w:right="37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tannforoe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afternoon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atnnooerf</w:t>
            </w:r>
          </w:p>
        </w:tc>
        <w:tc>
          <w:tcPr>
            <w:tcW w:type="dxa" w:w="44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下午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04" w:right="50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morning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imnnrog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mnnorgi</w:t>
            </w:r>
          </w:p>
        </w:tc>
        <w:tc>
          <w:tcPr>
            <w:tcW w:type="dxa" w:w="44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早上，上午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lleoh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lehol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hello</w:t>
            </w:r>
          </w:p>
        </w:tc>
        <w:tc>
          <w:tcPr>
            <w:tcW w:type="dxa" w:w="44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喂，你好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issm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miss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mssi</w:t>
            </w:r>
          </w:p>
        </w:tc>
        <w:tc>
          <w:tcPr>
            <w:tcW w:type="dxa" w:w="44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小姐，女士</w:t>
            </w:r>
          </w:p>
        </w:tc>
      </w:tr>
      <w:tr>
        <w:trPr>
          <w:trHeight w:hRule="exact" w:val="520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oogd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dogo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good</w:t>
            </w:r>
          </w:p>
        </w:tc>
        <w:tc>
          <w:tcPr>
            <w:tcW w:type="dxa" w:w="44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好的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llab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labl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ball</w:t>
            </w:r>
          </w:p>
        </w:tc>
        <w:tc>
          <w:tcPr>
            <w:tcW w:type="dxa" w:w="44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皮球</w:t>
            </w:r>
          </w:p>
        </w:tc>
      </w:tr>
      <w:tr>
        <w:trPr>
          <w:trHeight w:hRule="exact" w:val="1090"/>
        </w:trPr>
        <w:tc>
          <w:tcPr>
            <w:tcW w:type="dxa" w:w="226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npeilc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pencil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enlcip</w:t>
            </w:r>
          </w:p>
        </w:tc>
        <w:tc>
          <w:tcPr>
            <w:tcW w:type="dxa" w:w="442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铅笔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2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79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53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重庆大学版（三年级起点）</w:t>
            </w:r>
          </w:p>
        </w:tc>
      </w:tr>
      <w:tr>
        <w:trPr>
          <w:trHeight w:hRule="exact" w:val="790"/>
        </w:trPr>
        <w:tc>
          <w:tcPr>
            <w:tcW w:type="dxa" w:w="22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gdo</w:t>
            </w:r>
          </w:p>
        </w:tc>
        <w:tc>
          <w:tcPr>
            <w:tcW w:type="dxa" w:w="179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ogd</w:t>
            </w:r>
          </w:p>
        </w:tc>
        <w:tc>
          <w:tcPr>
            <w:tcW w:type="dxa" w:w="18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dog</w:t>
            </w:r>
          </w:p>
        </w:tc>
        <w:tc>
          <w:tcPr>
            <w:tcW w:type="dxa" w:w="453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狗</w:t>
            </w:r>
          </w:p>
        </w:tc>
      </w:tr>
      <w:tr>
        <w:trPr>
          <w:trHeight w:hRule="exact" w:val="520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kobo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book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bkoo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书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nice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cien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ecin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高兴的，美好的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pne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pen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epn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钢笔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uerrl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ruler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elrur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尺子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tca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tac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cat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猫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lkoo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oklo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look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看，瞧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sye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yes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yse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是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car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arc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rca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车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you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uoy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uyo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你；你们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six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xsi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xis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6</w:t>
            </w:r>
          </w:p>
        </w:tc>
      </w:tr>
      <w:tr>
        <w:trPr>
          <w:trHeight w:hRule="exact" w:val="520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what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athw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wath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什么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please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eapsle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sleeap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请（礼貌用语）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wot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two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otw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2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zero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ozer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rzeo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0</w:t>
            </w:r>
          </w:p>
        </w:tc>
      </w:tr>
      <w:tr>
        <w:trPr>
          <w:trHeight w:hRule="exact" w:val="520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82" w:right="5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number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eurbmn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nmberu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号码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seven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svnee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eesnv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7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nhtak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kanht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thank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谢谢</w:t>
            </w:r>
          </w:p>
        </w:tc>
      </w:tr>
      <w:tr>
        <w:trPr>
          <w:trHeight w:hRule="exact" w:val="602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noe</w:t>
            </w:r>
          </w:p>
        </w:tc>
        <w:tc>
          <w:tcPr>
            <w:tcW w:type="dxa" w:w="17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one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neo</w:t>
            </w:r>
          </w:p>
        </w:tc>
        <w:tc>
          <w:tcPr>
            <w:tcW w:type="dxa" w:w="4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86" w:right="4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1</w:t>
            </w:r>
          </w:p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8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4642"/>
        </w:trPr>
        <w:tc>
          <w:tcPr>
            <w:tcW w:type="dxa" w:w="452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tern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下午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0" w:right="0" w:firstLine="0"/>
              <w:jc w:val="center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llo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喂，你好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ncil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铅笔</w:t>
            </w:r>
          </w:p>
        </w:tc>
        <w:tc>
          <w:tcPr>
            <w:tcW w:type="dxa" w:w="59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1038" w:right="10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ning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早上，上午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88" w:right="1288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小姐，女士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88" w:right="1288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皮球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38" w:right="10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狗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重庆大学版（三年级起点）</w:t>
            </w:r>
          </w:p>
        </w:tc>
      </w:tr>
      <w:tr>
        <w:trPr>
          <w:trHeight w:hRule="exact" w:val="9248"/>
        </w:trPr>
        <w:tc>
          <w:tcPr>
            <w:tcW w:type="dxa" w:w="432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钢笔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猫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是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你；你们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什么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2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号码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谢谢</w:t>
            </w:r>
          </w:p>
        </w:tc>
        <w:tc>
          <w:tcPr>
            <w:tcW w:type="dxa" w:w="613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1232" w:right="12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高兴的，美好的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482" w:right="148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尺子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856" w:right="185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看，瞧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32" w:right="12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车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482" w:right="148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6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32" w:right="12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请（礼貌用语）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482" w:right="148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0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32" w:right="12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7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32" w:right="12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1</w:t>
            </w:r>
          </w:p>
        </w:tc>
      </w:tr>
    </w:tbl>
    <w:p>
      <w:pPr>
        <w:autoSpaceDN w:val="0"/>
        <w:autoSpaceDE w:val="0"/>
        <w:widowControl/>
        <w:spacing w:line="2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下午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早上，上午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喂，你好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嗨，你好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小姐，女士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好的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皮球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铅笔 </w:t>
            </w:r>
          </w:p>
        </w:tc>
      </w:tr>
      <w:tr>
        <w:trPr>
          <w:trHeight w:hRule="exact" w:val="1662"/>
        </w:trPr>
        <w:tc>
          <w:tcPr>
            <w:tcW w:type="dxa" w:w="47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狗 </w:t>
            </w:r>
          </w:p>
        </w:tc>
        <w:tc>
          <w:tcPr>
            <w:tcW w:type="dxa" w:w="26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书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5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7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0" w:right="0" w:firstLine="0"/>
              <w:jc w:val="center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重庆大学版（三年级起点）</w:t>
            </w:r>
          </w:p>
        </w:tc>
      </w:tr>
      <w:tr>
        <w:trPr>
          <w:trHeight w:hRule="exact" w:val="1306"/>
        </w:trPr>
        <w:tc>
          <w:tcPr>
            <w:tcW w:type="dxa" w:w="45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不 </w:t>
            </w:r>
          </w:p>
        </w:tc>
        <w:tc>
          <w:tcPr>
            <w:tcW w:type="dxa" w:w="27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高兴的，美好的 </w:t>
            </w:r>
          </w:p>
        </w:tc>
      </w:tr>
      <w:tr>
        <w:trPr>
          <w:trHeight w:hRule="exact" w:val="1000"/>
        </w:trPr>
        <w:tc>
          <w:tcPr>
            <w:tcW w:type="dxa" w:w="45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钢笔 </w:t>
            </w:r>
          </w:p>
        </w:tc>
        <w:tc>
          <w:tcPr>
            <w:tcW w:type="dxa" w:w="2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尺子 </w:t>
            </w:r>
          </w:p>
        </w:tc>
      </w:tr>
      <w:tr>
        <w:trPr>
          <w:trHeight w:hRule="exact" w:val="1000"/>
        </w:trPr>
        <w:tc>
          <w:tcPr>
            <w:tcW w:type="dxa" w:w="45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猫 </w:t>
            </w:r>
          </w:p>
        </w:tc>
        <w:tc>
          <w:tcPr>
            <w:tcW w:type="dxa" w:w="2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一（个，件） </w:t>
            </w:r>
          </w:p>
        </w:tc>
      </w:tr>
      <w:tr>
        <w:trPr>
          <w:trHeight w:hRule="exact" w:val="1000"/>
        </w:trPr>
        <w:tc>
          <w:tcPr>
            <w:tcW w:type="dxa" w:w="45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它 </w:t>
            </w:r>
          </w:p>
        </w:tc>
        <w:tc>
          <w:tcPr>
            <w:tcW w:type="dxa" w:w="2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看，瞧 </w:t>
            </w:r>
          </w:p>
        </w:tc>
      </w:tr>
      <w:tr>
        <w:trPr>
          <w:trHeight w:hRule="exact" w:val="1000"/>
        </w:trPr>
        <w:tc>
          <w:tcPr>
            <w:tcW w:type="dxa" w:w="45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是 </w:t>
            </w:r>
          </w:p>
        </w:tc>
        <w:tc>
          <w:tcPr>
            <w:tcW w:type="dxa" w:w="2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车 </w:t>
            </w:r>
          </w:p>
        </w:tc>
      </w:tr>
      <w:tr>
        <w:trPr>
          <w:trHeight w:hRule="exact" w:val="1000"/>
        </w:trPr>
        <w:tc>
          <w:tcPr>
            <w:tcW w:type="dxa" w:w="45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你；你们 </w:t>
            </w:r>
          </w:p>
        </w:tc>
        <w:tc>
          <w:tcPr>
            <w:tcW w:type="dxa" w:w="2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6 </w:t>
            </w:r>
          </w:p>
        </w:tc>
      </w:tr>
      <w:tr>
        <w:trPr>
          <w:trHeight w:hRule="exact" w:val="1000"/>
        </w:trPr>
        <w:tc>
          <w:tcPr>
            <w:tcW w:type="dxa" w:w="45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什么 </w:t>
            </w:r>
          </w:p>
        </w:tc>
        <w:tc>
          <w:tcPr>
            <w:tcW w:type="dxa" w:w="2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请（礼貌用语） </w:t>
            </w:r>
          </w:p>
        </w:tc>
      </w:tr>
      <w:tr>
        <w:trPr>
          <w:trHeight w:hRule="exact" w:val="1000"/>
        </w:trPr>
        <w:tc>
          <w:tcPr>
            <w:tcW w:type="dxa" w:w="45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2 </w:t>
            </w:r>
          </w:p>
        </w:tc>
        <w:tc>
          <w:tcPr>
            <w:tcW w:type="dxa" w:w="2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0 </w:t>
            </w:r>
          </w:p>
        </w:tc>
      </w:tr>
      <w:tr>
        <w:trPr>
          <w:trHeight w:hRule="exact" w:val="1000"/>
        </w:trPr>
        <w:tc>
          <w:tcPr>
            <w:tcW w:type="dxa" w:w="45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号码 </w:t>
            </w:r>
          </w:p>
        </w:tc>
        <w:tc>
          <w:tcPr>
            <w:tcW w:type="dxa" w:w="2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7 </w:t>
            </w:r>
          </w:p>
        </w:tc>
      </w:tr>
      <w:tr>
        <w:trPr>
          <w:trHeight w:hRule="exact" w:val="6646"/>
        </w:trPr>
        <w:tc>
          <w:tcPr>
            <w:tcW w:type="dxa" w:w="45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谢谢 </w:t>
            </w:r>
          </w:p>
        </w:tc>
        <w:tc>
          <w:tcPr>
            <w:tcW w:type="dxa" w:w="27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1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