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2025年电刀笔使用试题及答案</w:t>
      </w:r>
    </w:p>
    <w:p>
      <w:r>
        <w:br/>
        <w:t xml:space="preserve"> 一、单项选择题（共10题，每题2分，共20分）</w:t>
        <w:br/>
        <w:br/>
        <w:t>1. 电刀笔的工作原理是：</w:t>
        <w:br/>
        <w:br/>
        <w:t>A. 机械切割</w:t>
        <w:br/>
        <w:br/>
        <w:t>B. 高频电流切割</w:t>
        <w:br/>
        <w:br/>
        <w:t>C. 激光切割</w:t>
        <w:br/>
        <w:br/>
        <w:t>D. 超声波切割</w:t>
        <w:br/>
        <w:br/>
        <w:t>2. 电刀笔的主要用途不包括：</w:t>
        <w:br/>
        <w:br/>
        <w:t>A. 组织切割</w:t>
        <w:br/>
        <w:br/>
        <w:t>B. 止血</w:t>
        <w:br/>
        <w:br/>
        <w:t>C. 缝合伤口</w:t>
        <w:br/>
        <w:br/>
        <w:t>D. 肿瘤切除</w:t>
        <w:br/>
        <w:br/>
        <w:t>3. 使用电刀笔时，功率设置一般根据：</w:t>
        <w:br/>
        <w:br/>
        <w:t>A. 医生的个人喜好</w:t>
        <w:br/>
        <w:br/>
        <w:t>B. 患者的年龄</w:t>
        <w:br/>
        <w:br/>
        <w:t>C. 组织类型和手术需求</w:t>
        <w:br/>
        <w:br/>
        <w:t>D. 手术室的温度</w:t>
        <w:br/>
        <w:br/>
        <w:t>4. 电刀笔的电极板应放置在：</w:t>
        <w:br/>
        <w:br/>
        <w:t>A. 手术区域附近</w:t>
        <w:br/>
        <w:br/>
        <w:t>B. 患者远离手术部位的位置</w:t>
        <w:br/>
        <w:br/>
        <w:t>C. 医生手边</w:t>
        <w:br/>
        <w:br/>
        <w:t>D. 任意位置</w:t>
        <w:br/>
        <w:br/>
        <w:t>5. 电刀笔使用过程中，如遇火花过大，应首先：</w:t>
        <w:br/>
        <w:br/>
        <w:t>A. 增加功率</w:t>
        <w:br/>
        <w:br/>
        <w:t>B. 减少功率</w:t>
        <w:br/>
        <w:br/>
        <w:t>C. 更换电极</w:t>
        <w:br/>
        <w:br/>
        <w:t>D. 继续使用</w:t>
        <w:br/>
        <w:br/>
        <w:t>6. 电刀笔的清洁消毒应在：</w:t>
        <w:br/>
        <w:br/>
        <w:t>A. 使用前</w:t>
        <w:br/>
        <w:br/>
        <w:t>B. 使用后</w:t>
        <w:br/>
        <w:br/>
        <w:t>C. 使用前和使用后</w:t>
        <w:br/>
        <w:br/>
        <w:t>D. 仅在长期使用后</w:t>
        <w:br/>
        <w:br/>
        <w:t>7. 电刀笔的绝缘部分应：</w:t>
        <w:br/>
        <w:br/>
        <w:t>A. 定期检查</w:t>
        <w:br/>
        <w:br/>
        <w:t>B. 忽略检查</w:t>
        <w:br/>
        <w:br/>
        <w:t>C. 仅在损坏时检查</w:t>
        <w:br/>
        <w:br/>
        <w:t>D. 每次使用前随机检查</w:t>
        <w:br/>
        <w:br/>
        <w:t>8. 电刀笔使用时，正确的握持方式是：</w:t>
        <w:br/>
        <w:br/>
        <w:t>A. 像握笔一样</w:t>
        <w:br/>
        <w:br/>
        <w:t>B. 像握刀一样</w:t>
        <w:br/>
        <w:br/>
        <w:t>C. 像握枪一样</w:t>
        <w:br/>
        <w:br/>
        <w:t>D. 根据手术需求灵活调整</w:t>
        <w:br/>
        <w:br/>
        <w:t>9. 电刀笔的尖端应保持：</w:t>
        <w:br/>
        <w:br/>
        <w:t>A. 湿润状态</w:t>
        <w:br/>
        <w:br/>
        <w:t>B. 干燥状态</w:t>
        <w:br/>
        <w:br/>
        <w:t>C. 涂有导电膏</w:t>
        <w:br/>
        <w:br/>
        <w:t>D. 涂有润滑剂</w:t>
        <w:br/>
        <w:br/>
        <w:t>10. 电刀笔使用时，患者应：</w:t>
        <w:br/>
        <w:br/>
        <w:t>A. 接地良好</w:t>
        <w:br/>
        <w:br/>
        <w:t>B. 绝缘良好</w:t>
        <w:br/>
        <w:br/>
        <w:t>C. 任意状态</w:t>
        <w:br/>
        <w:br/>
        <w:t>D. 根据手术需求调整</w:t>
        <w:br/>
        <w:br/>
        <w:t xml:space="preserve"> 二、填空题（共6题，每题2分，共12分）</w:t>
        <w:br/>
        <w:br/>
        <w:t>1. 电刀笔的工作频率通常在__________范围内。</w:t>
        <w:br/>
        <w:br/>
        <w:t>2. 电刀笔的主要工作模式包括切割模式和__________模式。</w:t>
        <w:br/>
        <w:br/>
        <w:t>3. 使用电刀笔时，应确保患者身体与__________接触良好。</w:t>
        <w:br/>
        <w:br/>
        <w:t>4. 电刀笔的电极板应贴在患者肌肉丰富的部位，如__________或__________。</w:t>
        <w:br/>
        <w:br/>
        <w:t>5. 电刀笔使用后，应先关闭电源，然后__________。</w:t>
        <w:br/>
        <w:br/>
        <w:t>6. 电刀笔的功率设置过高可能导致__________和__________。</w:t>
        <w:br/>
        <w:br/>
        <w:t xml:space="preserve"> 三、判断题（共6题，每题2分，共12分）</w:t>
        <w:br/>
        <w:br/>
        <w:t>1. 电刀笔可以在任何环境下使用，无需特殊考虑。（ ）</w:t>
        <w:br/>
        <w:br/>
        <w:t>2. 电刀笔的电极板可以贴在患者有金属植入物的部位。（ ）</w:t>
        <w:br/>
        <w:br/>
        <w:t>3. 使用电刀笔时，医生应佩戴绝缘手套。（ ）</w:t>
        <w:br/>
        <w:br/>
        <w:t>4. 电刀笔的功率设置应根据手术需求和个人经验进行调整。（ ）</w:t>
        <w:br/>
        <w:br/>
        <w:t>5. 电刀笔使用过程中，可以使用生理盐水冲洗手术区域。（ ）</w:t>
        <w:br/>
        <w:br/>
        <w:t>6. 电刀笔可以用于心脏手术。（ ）</w:t>
        <w:br/>
        <w:br/>
        <w:t xml:space="preserve"> 四、多项选择题（共2题，每题2分，共4分）</w:t>
        <w:br/>
        <w:br/>
        <w:t>1. 电刀笔使用时的安全注意事项包括：</w:t>
        <w:br/>
        <w:br/>
        <w:t>A. 确保接地良好</w:t>
        <w:br/>
        <w:br/>
        <w:t>B. 避免在易燃环境下使用</w:t>
        <w:br/>
        <w:br/>
        <w:t>C. 定期检查设备完整性</w:t>
        <w:br/>
        <w:br/>
        <w:t>D. 可以在氧气浓度高的环境中使用</w:t>
        <w:br/>
        <w:br/>
        <w:t>2. 电刀笔的维护保养包括：</w:t>
        <w:br/>
        <w:br/>
        <w:t>A. 使用前后清洁消毒</w:t>
        <w:br/>
        <w:br/>
        <w:t>B. 定期检查电极和绝缘部分</w:t>
        <w:br/>
        <w:br/>
        <w:t>C. 使用专用润滑剂</w:t>
        <w:br/>
        <w:br/>
        <w:t>D. 长时间不使用时需定期通电检查</w:t>
        <w:br/>
        <w:br/>
        <w:t xml:space="preserve"> 五、简答题（共2题，每题5分，共10分）</w:t>
        <w:br/>
        <w:br/>
        <w:t>1. 简述电刀笔使用的基本步骤。</w:t>
        <w:br/>
        <w:br/>
        <w:t>2. 电刀笔使用过程中可能出现哪些并发症？如何预防？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解析：电刀笔的工作原理是高频电流切割。它通过产生高频电流，使组织细胞内的水分汽化，从而达到切割组织或止血的目的。不是机械切割、激光切割或超声波切割。</w:t>
        <w:br/>
        <w:br/>
        <w:t>2. 答案：C</w:t>
        <w:br/>
        <w:br/>
        <w:t>解析：电刀笔的主要用途包括组织切割、止血和肿瘤切除等，但它不能用于缝合伤口。缝合伤口需要使用缝合针和缝合线等专用工具。</w:t>
        <w:br/>
        <w:br/>
        <w:t>3. 答案：C</w:t>
        <w:br/>
        <w:br/>
        <w:t>解析：电刀笔的功率设置应根据组织类型和手术需求进行调整。不同的组织需要不同的功率设置，过高的功率可能导致组织损伤，过低的功率则可能无法达到理想的切割或止血效果。</w:t>
        <w:br/>
        <w:br/>
        <w:t>4. 答案：B</w:t>
        <w:br/>
        <w:br/>
        <w:t>解析：电刀笔的电极板应放置在患者远离手术部位的位置，通常是肌肉丰富的部位，如大腿或臀部。这样可以确保电流有完整的回路，避免电流通过心脏等重要器官。</w:t>
        <w:br/>
        <w:br/>
        <w:t>5. 答案：B</w:t>
        <w:br/>
        <w:br/>
        <w:t>解析：电刀笔使用过程中如遇火花过大，首先应减少功率。过大的火花可能意味着功率设置过高，可能导致组织损伤或增加火灾风险。增加功率会使情况更糟，更换电极应在降低功率后仍无法解决问题时考虑。</w:t>
        <w:br/>
        <w:br/>
        <w:t>6. 答案：C</w:t>
        <w:br/>
        <w:br/>
        <w:t>解析：电刀笔的清洁消毒应在使用前和使用后都进行。使用前可以确保设备无菌，使用后可以防止交叉感染，确保下次使用时的安全性。</w:t>
        <w:br/>
        <w:br/>
        <w:t>7. 答案：A</w:t>
        <w:br/>
        <w:br/>
        <w:t>解析：电刀笔的绝缘部分应定期检查，因为绝缘性能的好坏直接关系到使用安全。任何绝缘损坏都可能导致电流泄漏，增加患者和医护人员触电的风险。</w:t>
        <w:br/>
        <w:br/>
        <w:t>8. 答案：D</w:t>
        <w:br/>
        <w:br/>
        <w:t>解析：电刀笔的握持方式应根据手术需求灵活调整。不同的手术可能需要不同的握持方式，以确保精确控制和操作安全。没有一种固定的握持方式适用于所有情况。</w:t>
        <w:br/>
        <w:br/>
        <w:t>9. 答案：B</w:t>
        <w:br/>
        <w:br/>
        <w:t>解析：电刀笔的尖端应保持干燥状态。湿润的尖端可能导致电流分散，影响切割效果，并可能增加对周围组织的损伤。导电膏和润滑剂也不应涂在电刀笔的尖端。</w:t>
        <w:br/>
        <w:br/>
        <w:t>10. 答案：A</w:t>
        <w:br/>
        <w:br/>
        <w:t>解析：电刀笔使用时，患者应接地良好。这可以通过在患者身体下方放置导电垫或使用专用的电极板来实现。良好的接地可以确保电流安全地通过患者身体，避免电流通过心脏等重要器官。</w:t>
        <w:br/>
        <w:br/>
        <w:t xml:space="preserve"> 二、填空题</w:t>
        <w:br/>
        <w:br/>
        <w:t>1. 答案：300kHz-5MHz</w:t>
        <w:br/>
        <w:br/>
        <w:t>解析：电刀笔的工作频率通常在300kHz-5MHz范围内。这个频率范围内的电流可以有效地切割组织并止血，同时不会刺激神经或肌肉组织。</w:t>
        <w:br/>
        <w:br/>
        <w:t>2. 答案：凝血</w:t>
        <w:br/>
        <w:br/>
        <w:t>解析：电刀笔的主要工作模式包括切割模式和凝血模式。切割模式用于精确切割组织，凝血模式用于封闭血管达到止血效果。有些高级电刀笔还有混合模式，结合了切割和凝血的特点。</w:t>
        <w:br/>
        <w:br/>
        <w:t>3. 答案：接地电极板</w:t>
        <w:br/>
        <w:br/>
        <w:t>解析：使用电刀笔时，应确保患者身体与接地电极板接触良好。这样可以形成完整的电流回路，确保电流安全地通过患者身体，避免电流通过心脏等重要器官。</w:t>
        <w:br/>
        <w:br/>
        <w:t>4. 答案：大腿；臀部</w:t>
        <w:br/>
        <w:br/>
        <w:t>解析：电刀笔的电极板应贴在患者肌肉丰富的部位，如大腿或臀部。这些部位有足够的肌肉组织，可以确保良好的电流传导，同时远离心脏等重要器官。</w:t>
        <w:br/>
        <w:br/>
        <w:t>5. 答案：断开电极板连接</w:t>
        <w:br/>
        <w:br/>
        <w:t>解析：电刀笔使用后，应先关闭电源，然后断开电极板连接。这样可以确保安全，避免意外启动或电流泄漏。</w:t>
        <w:br/>
        <w:br/>
        <w:t>6. 答案：组织损伤；焦痂形成</w:t>
        <w:br/>
        <w:br/>
        <w:t>解析：电刀笔的功率设置过高可能导致组织损伤和焦痂形成。过高的功率会使周围组织过度受热，造成不必要的损伤，并在组织表面形成焦痂，影响愈合。</w:t>
        <w:br/>
        <w:br/>
        <w:t xml:space="preserve"> 三、判断题</w:t>
        <w:br/>
        <w:br/>
        <w:t>1. 答案：×</w:t>
        <w:br/>
        <w:br/>
        <w:t>解析：电刀笔不能在任何环境下使用，需要在特定的环境下使用。例如，不能在易燃易爆的环境中使用，因为电刀产生的火花可能引发火灾。同时，也需要考虑患者的特殊情况，如是否有金属植入物等。</w:t>
        <w:br/>
        <w:br/>
        <w:t>2. 答案：×</w:t>
        <w:br/>
        <w:br/>
        <w:t>解析：电刀笔的电极板不能贴在患者有金属植入物的部位。金属植入物可能改变电流的路径，导致电流集中在植入物周围，造成热损伤或干扰植入物的功能。</w:t>
        <w:br/>
        <w:br/>
        <w:t>3. 答案：√</w:t>
        <w:br/>
        <w:br/>
        <w:t>解析：使用电刀笔时，医生应佩戴绝缘手套。这可以保护医生免受可能的电击，同时也可以减少电流通过医生身体的风险。绝缘手套应定期检查，确保其绝缘性能良好。</w:t>
        <w:br/>
        <w:br/>
        <w:t>4. 答案：√</w:t>
        <w:br/>
        <w:br/>
        <w:t>解析：电刀笔的功率设置应根据手术需求和个人经验进行调整。不同的组织需要不同的功率设置，医生的经验可以帮助确定最适合的功率设置，以达到最佳的手术效果。</w:t>
        <w:br/>
        <w:br/>
        <w:t>5. 答案：×</w:t>
        <w:br/>
        <w:br/>
        <w:t>解析：电刀笔使用过程中，不应使用生理盐水冲洗手术区域。生理盐水是导电的，可能导致电流分散，增加对周围组织的损伤，并可能引起电火花。如果需要冲洗，应使用非导电的液体。</w:t>
        <w:br/>
        <w:br/>
        <w:t>6. 答案：×</w:t>
        <w:br/>
        <w:br/>
        <w:t>解析：电刀笔不能用于心脏手术。心脏对电流非常敏感，即使是微弱的电流也可能导致心律失常或其他严重并发症。心脏手术需要使用专门的心脏电刀或其他特殊的手术工具。</w:t>
        <w:br/>
        <w:br/>
        <w:t xml:space="preserve"> 四、多项选择题</w:t>
        <w:br/>
        <w:br/>
        <w:t>1. 答案：ABC</w:t>
        <w:br/>
        <w:br/>
        <w:t>解析：电刀笔使用时的安全注意事项包括：确保接地良好（A），避免在易燃环境下使用（B），定期检查设备完整性（C）。不能在氧气浓度高的环境中使用（D），因为氧气是助燃剂，会增加火灾风险。</w:t>
        <w:br/>
        <w:br/>
        <w:t>2. 答案：ABC</w:t>
        <w:br/>
        <w:br/>
        <w:t>解析：电刀笔的维护保养包括：使用前后清洁消毒（A），定期检查电极和绝缘部分（B），使用专用润滑剂（C）。长时间不使用时不需要定期通电检查（D），反而可能增加设备损耗。</w:t>
        <w:br/>
        <w:br/>
        <w:t xml:space="preserve"> 五、简答题</w:t>
        <w:br/>
        <w:br/>
        <w:t>1. 答案：</w:t>
        <w:br/>
        <w:br/>
        <w:t>电刀笔使用的基本步骤如下：</w:t>
        <w:br/>
        <w:br/>
        <w:t>（1）准备工作：检查电刀笔设备是否完好，清洁消毒电刀笔和电极板。</w:t>
        <w:br/>
        <w:br/>
        <w:t>（2）设置参数：根据手术需要选择合适的功率和工作模式（切割或凝血）。</w:t>
        <w:br/>
        <w:br/>
        <w:t>（3）患者准备：确保患者接地良好，电极板贴在远离手术部位的肌肉丰富处。</w:t>
        <w:br/>
        <w:br/>
        <w:t>（4）医生准备：佩戴绝缘手套，确保手部干燥。</w:t>
        <w:br/>
        <w:br/>
        <w:t>（5）操作：正确握持电刀笔，根据手术需要进行切割或凝血操作。</w:t>
        <w:br/>
        <w:br/>
        <w:t>（6）结束：先关闭电源，然后断开电极板连接，清洁消毒设备。</w:t>
        <w:br/>
        <w:br/>
        <w:t>解析：电刀笔的使用是一个系统性的过程，需要严格按照步骤进行，以确保安全和效果。准备工作包括设备检查和消毒，这是防止交叉感染的基础。参数设置需要根据手术需求和个人经验进行调整。患者和医生的准备是确保电流安全通过的基础。操作过程中需要正确的握持方式和技巧。结束时的步骤可以确保安全并延长设备使用寿命。</w:t>
        <w:br/>
        <w:br/>
        <w:t>2. 答案：</w:t>
        <w:br/>
        <w:br/>
        <w:t>电刀笔使用过程中可能出现的并发症包括：</w:t>
        <w:br/>
        <w:br/>
        <w:t>（1）组织热损伤：功率过高或使用时间过长可能导致周围组织过度受热。</w:t>
        <w:br/>
        <w:br/>
        <w:t>（2）出血：凝血效果不佳可能导致术后出血。</w:t>
        <w:br/>
        <w:br/>
        <w:t>（3）感染：设备消毒不彻底可能导致术后感染。</w:t>
        <w:br/>
        <w:br/>
        <w:t>（4）电灼伤：电流泄漏或接地不良可能导致患者或医生电灼伤。</w:t>
        <w:br/>
        <w:br/>
        <w:t>（5）干扰植入物：电流可能干扰心脏起搏器或其他植入物的功能。</w:t>
        <w:br/>
        <w:br/>
        <w:t>预防措施：</w:t>
        <w:br/>
        <w:br/>
        <w:t>（1）适当设置功率，避免过高功率导致组织损伤。</w:t>
        <w:br/>
        <w:br/>
        <w:t>（2）根据血管大小选择合适的凝血模式和时间。</w:t>
        <w:br/>
        <w:br/>
        <w:t>（3）严格进行设备消毒，防止交叉感染。</w:t>
        <w:br/>
        <w:br/>
        <w:t>（4）确保患者接地良好，定期检查设备绝缘性能。</w:t>
        <w:br/>
        <w:br/>
        <w:t>（5）对有植入物的患者，避免电流通过植入物区域，必要时使用特殊设备。</w:t>
        <w:br/>
        <w:br/>
        <w:t>解析：电刀笔虽然是一种高效的手术工具，但如果使用不当，可能会导致多种并发症。了解这些并发症及其预防措施对于提高手术安全性和效果至关重要。适当设置功率可以减少热损伤风险，根据血管情况选择合适的凝血模式可以提高止血效果。严格的消毒程序可以防止感染，良好的接地和绝缘可以防止电灼伤。对于有植入物的患者，需要特别注意电流路径，避免干扰植入物功能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