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6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8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鲁教湘教版（三年级起点）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8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80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学期：六年级下学期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版本：鲁教湘教版（三年级起点）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6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8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鲁教湘教版（三年级起点）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 There are four seasons in a year.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454"/>
        </w:trPr>
        <w:tc>
          <w:tcPr>
            <w:tcW w:type="dxa" w:w="378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autumn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秋，秋季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干燥的，干旱的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hot pot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火锅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New Zealand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新西兰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season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季节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穿(戴)着</w:t>
            </w:r>
          </w:p>
        </w:tc>
        <w:tc>
          <w:tcPr>
            <w:tcW w:type="dxa" w:w="593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152" w:right="11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beach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海滩，沙滩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52" w:right="11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field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田地；运动场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52" w:right="11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its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它的(所有物)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52" w:right="11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52" w:right="11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snowman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雪人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52" w:right="11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湿的，潮的；多雨的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winter </w:t>
      </w:r>
      <w:r>
        <w:rPr>
          <w:rFonts w:ascii="宋体" w:hAnsi="宋体" w:eastAsia="宋体"/>
          <w:b w:val="0"/>
          <w:i w:val="0"/>
          <w:color w:val="555D5D"/>
          <w:sz w:val="24"/>
        </w:rPr>
        <w:t>冬，冬季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2 Is she your mum’s favourite singer?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114"/>
        </w:trPr>
        <w:tc>
          <w:tcPr>
            <w:tcW w:type="dxa" w:w="391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actor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男演员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choice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选择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handbag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（女用)手提包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喂，嘿</w:t>
            </w:r>
          </w:p>
        </w:tc>
        <w:tc>
          <w:tcPr>
            <w:tcW w:type="dxa" w:w="580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028" w:right="10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actress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女演员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28" w:right="10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greatest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最伟大的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28" w:right="10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帽子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28" w:right="10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Mother’s 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母亲节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3 Who was she?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076"/>
        </w:trPr>
        <w:tc>
          <w:tcPr>
            <w:tcW w:type="dxa" w:w="410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brave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勇敢的，无畏的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hero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英雄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lives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(life的复数形式)生命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person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soldier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士兵，军人</w:t>
            </w:r>
          </w:p>
        </w:tc>
        <w:tc>
          <w:tcPr>
            <w:tcW w:type="dxa" w:w="561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32" w:right="8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Germany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德国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32" w:right="8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leader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领袖，领导者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32" w:right="8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(成年)男人；人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32" w:right="8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戏剧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32" w:right="8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(is,am的过去式)是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44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02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鲁教湘教版（三年级起点）</w:t>
            </w:r>
          </w:p>
        </w:tc>
      </w:tr>
      <w:tr>
        <w:trPr>
          <w:trHeight w:hRule="exact" w:val="1350"/>
        </w:trPr>
        <w:tc>
          <w:tcPr>
            <w:tcW w:type="dxa" w:w="444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4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聪明的；明智的</w:t>
            </w:r>
          </w:p>
        </w:tc>
        <w:tc>
          <w:tcPr>
            <w:tcW w:type="dxa" w:w="602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4" w:after="0"/>
              <w:ind w:left="1200" w:right="12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woman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妇女，女人</w:t>
            </w:r>
          </w:p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4 We went on a science field trip.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6914"/>
        </w:trPr>
        <w:tc>
          <w:tcPr>
            <w:tcW w:type="dxa" w:w="410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蚂蚁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butterfly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蝴蝶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excellent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杰出的，优秀的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honey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蜂蜜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千克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产(蛋，卵)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museum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博物馆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science field trip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科学考察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silkworm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蚕</w:t>
            </w:r>
          </w:p>
        </w:tc>
        <w:tc>
          <w:tcPr>
            <w:tcW w:type="dxa" w:w="561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36" w:right="8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蜜蜂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36" w:right="8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come out of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从……出来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36" w:right="8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洞，洞穴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36" w:right="8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inside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在里面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36" w:right="8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最近的，上一个的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36" w:right="8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蛾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36" w:right="8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produce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生产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36" w:right="8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silk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丝；丝织品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36" w:right="8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thread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细丝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5 We are going to learn about Chinese festivals.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972"/>
        </w:trPr>
        <w:tc>
          <w:tcPr>
            <w:tcW w:type="dxa" w:w="426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ask for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索要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body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身体；尸体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Carnival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狂欢节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Dragon Boat Festival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端午节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fifth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jump into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跳进</w:t>
            </w:r>
          </w:p>
        </w:tc>
        <w:tc>
          <w:tcPr>
            <w:tcW w:type="dxa" w:w="545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670" w:right="6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 angry with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对……生气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70" w:right="6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Brazil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巴西(南美洲国家)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70" w:right="6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Day of the Dead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亡灵节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70" w:right="6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dragon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龙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70" w:right="6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dress up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盛装打扮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70" w:right="6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good luck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好运气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70" w:right="6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long ago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很久以前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86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59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鲁教湘教版（三年级起点）</w:t>
            </w:r>
          </w:p>
        </w:tc>
      </w:tr>
      <w:tr>
        <w:trPr>
          <w:trHeight w:hRule="exact" w:val="3992"/>
        </w:trPr>
        <w:tc>
          <w:tcPr>
            <w:tcW w:type="dxa" w:w="486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look like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像；看起来像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Mexico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墨西哥(北美洲国家)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Qingming Festival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清明节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划船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start with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从……开始</w:t>
            </w:r>
          </w:p>
        </w:tc>
        <w:tc>
          <w:tcPr>
            <w:tcW w:type="dxa" w:w="559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76" w:right="77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May 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国际劳动节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76" w:right="77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moon cake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月饼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76" w:right="77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remember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记得，记住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76" w:right="77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start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开始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76" w:right="77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topic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题目，话题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triangle </w:t>
      </w:r>
      <w:r>
        <w:rPr>
          <w:rFonts w:ascii="宋体" w:hAnsi="宋体" w:eastAsia="宋体"/>
          <w:b w:val="0"/>
          <w:i w:val="0"/>
          <w:color w:val="555D5D"/>
          <w:sz w:val="24"/>
        </w:rPr>
        <w:t>三角，三角形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6 I danced on Children’s Day last year.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694"/>
        </w:trPr>
        <w:tc>
          <w:tcPr>
            <w:tcW w:type="dxa" w:w="473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act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表演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fan dance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扇子舞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ladies and gentlemen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女士们，先生们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perform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演出，表演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piano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钢琴</w:t>
            </w:r>
          </w:p>
        </w:tc>
        <w:tc>
          <w:tcPr>
            <w:tcW w:type="dxa" w:w="498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208" w:right="2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drum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鼓，鼓声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08" w:right="2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flower-drum dance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花鼓舞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08" w:right="2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little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08" w:right="2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performance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演出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08" w:right="2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ribbon dance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彩带舞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violin </w:t>
      </w:r>
      <w:r>
        <w:rPr>
          <w:rFonts w:ascii="宋体" w:hAnsi="宋体" w:eastAsia="宋体"/>
          <w:b w:val="0"/>
          <w:i w:val="0"/>
          <w:color w:val="555D5D"/>
          <w:sz w:val="24"/>
        </w:rPr>
        <w:t>小提琴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7 Can you see the lightning?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670"/>
        </w:trPr>
        <w:tc>
          <w:tcPr>
            <w:tcW w:type="dxa" w:w="384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crop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农作物，庄稼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fall down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落下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heavy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沉重的；大的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通过，经过，度过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raincoat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雨衣</w:t>
            </w:r>
          </w:p>
        </w:tc>
        <w:tc>
          <w:tcPr>
            <w:tcW w:type="dxa" w:w="587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098" w:right="10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dangerous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危险的，不安全的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98" w:right="10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flow into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流入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98" w:right="10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lightning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闪电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98" w:right="10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pour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灌，倒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98" w:right="10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rainwater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雨水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96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4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鲁教湘教版（三年级起点）</w:t>
            </w:r>
          </w:p>
        </w:tc>
      </w:tr>
      <w:tr>
        <w:trPr>
          <w:trHeight w:hRule="exact" w:val="3412"/>
        </w:trPr>
        <w:tc>
          <w:tcPr>
            <w:tcW w:type="dxa" w:w="496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ready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准备好的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soil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泥土，土壤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stormy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暴风雨的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76" w:right="67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thunderstorm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雷暴雨，大雷雨</w:t>
            </w:r>
          </w:p>
        </w:tc>
        <w:tc>
          <w:tcPr>
            <w:tcW w:type="dxa" w:w="549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676" w:right="67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roll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摇摆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76" w:right="67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storm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暴风雨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76" w:right="67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thunder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雷声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76" w:right="67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until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直到……时</w:t>
            </w:r>
          </w:p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8 We will be in a junior middle school.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214"/>
        </w:trPr>
        <w:tc>
          <w:tcPr>
            <w:tcW w:type="dxa" w:w="38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around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大约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末尾；尽头；终止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final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最终的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获得；收到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habit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习惯，习性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maybe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大概，也许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不久</w:t>
            </w:r>
          </w:p>
        </w:tc>
        <w:tc>
          <w:tcPr>
            <w:tcW w:type="dxa" w:w="59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326" w:right="32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do one’s best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38" w:right="11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exam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考试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38" w:right="11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finish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完成，结束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38" w:right="11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grade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年级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38" w:right="11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junior middle school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初中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38" w:right="11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result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成绩；结果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38" w:right="11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study tip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学习技巧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worry </w:t>
      </w:r>
      <w:r>
        <w:rPr>
          <w:rFonts w:ascii="宋体" w:hAnsi="宋体" w:eastAsia="宋体"/>
          <w:b w:val="0"/>
          <w:i w:val="0"/>
          <w:color w:val="555D5D"/>
          <w:sz w:val="24"/>
        </w:rPr>
        <w:t>担心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9 China is a great country!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670"/>
        </w:trPr>
        <w:tc>
          <w:tcPr>
            <w:tcW w:type="dxa" w:w="422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capital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首都(府)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colourful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丰富多彩的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forget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忘记，遗忘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province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Terra-cotta Warriors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兵马俑</w:t>
            </w:r>
          </w:p>
        </w:tc>
        <w:tc>
          <w:tcPr>
            <w:tcW w:type="dxa" w:w="549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718" w:right="7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chairman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主席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18" w:right="7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ethnic groups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民族群体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18" w:right="7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handicraft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手工艺品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18" w:right="7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这样的，如此的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18" w:right="7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Urumqi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乌鲁木齐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6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8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鲁教湘教版（三年级起点）</w:t>
            </w:r>
          </w:p>
        </w:tc>
      </w:tr>
    </w:tbl>
    <w:p>
      <w:pPr>
        <w:autoSpaceDN w:val="0"/>
        <w:autoSpaceDE w:val="0"/>
        <w:widowControl/>
        <w:spacing w:line="400" w:lineRule="exact" w:before="332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10 Goodbye to all our friends.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694"/>
        </w:trPr>
        <w:tc>
          <w:tcPr>
            <w:tcW w:type="dxa" w:w="404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bored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无聊的，厌烦的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feel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觉得；给人以……感觉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laugh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see you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再见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snore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打呼噜</w:t>
            </w:r>
          </w:p>
        </w:tc>
        <w:tc>
          <w:tcPr>
            <w:tcW w:type="dxa" w:w="567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90" w:right="8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farewell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告别，欢送会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90" w:right="8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keep in touch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保持联系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90" w:right="8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伤心的，忧愁的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90" w:right="8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sleepy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困的，想睡的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90" w:right="8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 long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再见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654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till </w:t>
      </w:r>
      <w:r>
        <w:rPr>
          <w:rFonts w:ascii="宋体" w:hAnsi="宋体" w:eastAsia="宋体"/>
          <w:b w:val="0"/>
          <w:i w:val="0"/>
          <w:color w:val="555D5D"/>
          <w:sz w:val="24"/>
        </w:rPr>
        <w:t>直到……为止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624"/>
        </w:trPr>
        <w:tc>
          <w:tcPr>
            <w:tcW w:type="dxa" w:w="1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00" w:right="20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dry </w:t>
            </w:r>
          </w:p>
        </w:tc>
        <w:tc>
          <w:tcPr>
            <w:tcW w:type="dxa" w:w="209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8" w:after="0"/>
              <w:ind w:left="30" w:right="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干燥的，干旱的</w:t>
            </w:r>
          </w:p>
        </w:tc>
        <w:tc>
          <w:tcPr>
            <w:tcW w:type="dxa" w:w="290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386" w:right="38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4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4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86" w:right="38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6" w:right="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wear </w:t>
            </w:r>
          </w:p>
        </w:tc>
        <w:tc>
          <w:tcPr>
            <w:tcW w:type="dxa" w:w="209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4" w:right="2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穿(戴)着</w:t>
            </w:r>
          </w:p>
        </w:tc>
        <w:tc>
          <w:tcPr>
            <w:tcW w:type="dxa" w:w="290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86" w:right="38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4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4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86" w:right="38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72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72" w:right="17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beach </w:t>
            </w:r>
          </w:p>
        </w:tc>
        <w:tc>
          <w:tcPr>
            <w:tcW w:type="dxa" w:w="18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58" w:right="5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海滩，沙滩</w:t>
            </w:r>
          </w:p>
        </w:tc>
        <w:tc>
          <w:tcPr>
            <w:tcW w:type="dxa" w:w="290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386" w:right="38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4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4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86" w:right="38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24"/>
        </w:trPr>
        <w:tc>
          <w:tcPr>
            <w:tcW w:type="dxa" w:w="1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16" w:right="2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sea </w:t>
            </w:r>
          </w:p>
        </w:tc>
        <w:tc>
          <w:tcPr>
            <w:tcW w:type="dxa" w:w="209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4" w:right="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海，海洋</w:t>
            </w:r>
          </w:p>
        </w:tc>
        <w:tc>
          <w:tcPr>
            <w:tcW w:type="dxa" w:w="2902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12" w:after="0"/>
              <w:ind w:left="386" w:right="38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1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062"/>
        </w:trPr>
        <w:tc>
          <w:tcPr>
            <w:tcW w:type="dxa" w:w="354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8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80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64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鲁教湘教版（三年级起点）</w:t>
            </w:r>
          </w:p>
        </w:tc>
      </w:tr>
      <w:tr>
        <w:trPr>
          <w:trHeight w:hRule="exact" w:val="1544"/>
        </w:trPr>
        <w:tc>
          <w:tcPr>
            <w:tcW w:type="dxa" w:w="3806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0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4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04" w:after="0"/>
              <w:ind w:left="128" w:right="12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0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4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0" w:right="2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field </w:t>
            </w:r>
          </w:p>
        </w:tc>
        <w:tc>
          <w:tcPr>
            <w:tcW w:type="dxa" w:w="21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田地；运动场</w:t>
            </w:r>
          </w:p>
        </w:tc>
        <w:tc>
          <w:tcPr>
            <w:tcW w:type="dxa" w:w="264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28" w:right="12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0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80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28" w:right="12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4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2" w:after="0"/>
              <w:ind w:left="22" w:right="2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winter </w:t>
            </w:r>
          </w:p>
        </w:tc>
        <w:tc>
          <w:tcPr>
            <w:tcW w:type="dxa" w:w="21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08" w:right="2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冬，冬季</w:t>
            </w:r>
          </w:p>
        </w:tc>
        <w:tc>
          <w:tcPr>
            <w:tcW w:type="dxa" w:w="264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28" w:right="12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80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80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28" w:right="12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99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0" w:right="2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autumn </w:t>
            </w:r>
          </w:p>
        </w:tc>
        <w:tc>
          <w:tcPr>
            <w:tcW w:type="dxa" w:w="18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秋，秋季</w:t>
            </w:r>
          </w:p>
        </w:tc>
        <w:tc>
          <w:tcPr>
            <w:tcW w:type="dxa" w:w="264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128" w:right="12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0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80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28" w:right="12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3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58" w:right="5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wet </w:t>
            </w:r>
          </w:p>
        </w:tc>
        <w:tc>
          <w:tcPr>
            <w:tcW w:type="dxa" w:w="246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湿的，潮的；多雨的</w:t>
            </w:r>
          </w:p>
        </w:tc>
        <w:tc>
          <w:tcPr>
            <w:tcW w:type="dxa" w:w="264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28" w:right="12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80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80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28" w:right="12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99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snowman </w:t>
            </w:r>
          </w:p>
        </w:tc>
        <w:tc>
          <w:tcPr>
            <w:tcW w:type="dxa" w:w="18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0" w:right="2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雪人</w:t>
            </w:r>
          </w:p>
        </w:tc>
        <w:tc>
          <w:tcPr>
            <w:tcW w:type="dxa" w:w="264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28" w:right="12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80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80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44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28" w:right="12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422"/>
        </w:trPr>
        <w:tc>
          <w:tcPr>
            <w:tcW w:type="dxa" w:w="1644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season </w:t>
            </w:r>
          </w:p>
        </w:tc>
        <w:tc>
          <w:tcPr>
            <w:tcW w:type="dxa" w:w="2162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0" w:right="2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季节</w:t>
            </w:r>
          </w:p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798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6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鲁教湘教版（三年级起点）</w:t>
            </w:r>
          </w:p>
        </w:tc>
      </w:tr>
      <w:tr>
        <w:trPr>
          <w:trHeight w:hRule="exact" w:val="1306"/>
        </w:trPr>
        <w:tc>
          <w:tcPr>
            <w:tcW w:type="dxa" w:w="3798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5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136" w:right="1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79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36" w:right="1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90" w:right="1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its </w:t>
            </w:r>
          </w:p>
        </w:tc>
        <w:tc>
          <w:tcPr>
            <w:tcW w:type="dxa" w:w="247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40" w:right="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它的(所有物)</w:t>
            </w:r>
          </w:p>
        </w:tc>
        <w:tc>
          <w:tcPr>
            <w:tcW w:type="dxa" w:w="265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36" w:right="1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9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79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36" w:right="1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40" w:right="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hey </w:t>
            </w:r>
          </w:p>
        </w:tc>
        <w:tc>
          <w:tcPr>
            <w:tcW w:type="dxa" w:w="247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90" w:right="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喂，嘿</w:t>
            </w:r>
          </w:p>
        </w:tc>
        <w:tc>
          <w:tcPr>
            <w:tcW w:type="dxa" w:w="265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36" w:right="1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9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79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36" w:right="1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0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8" w:right="1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actor </w:t>
            </w:r>
          </w:p>
        </w:tc>
        <w:tc>
          <w:tcPr>
            <w:tcW w:type="dxa" w:w="21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82" w:right="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男演员</w:t>
            </w:r>
          </w:p>
        </w:tc>
        <w:tc>
          <w:tcPr>
            <w:tcW w:type="dxa" w:w="265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36" w:right="1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79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79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36" w:right="1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94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72" w:right="7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handbag </w:t>
            </w:r>
          </w:p>
        </w:tc>
        <w:tc>
          <w:tcPr>
            <w:tcW w:type="dxa" w:w="18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（女用)手提包</w:t>
            </w:r>
          </w:p>
        </w:tc>
        <w:tc>
          <w:tcPr>
            <w:tcW w:type="dxa" w:w="265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136" w:right="1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9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79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36" w:right="1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94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56" w:right="1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greatest </w:t>
            </w:r>
          </w:p>
        </w:tc>
        <w:tc>
          <w:tcPr>
            <w:tcW w:type="dxa" w:w="18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74" w:right="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最伟大的</w:t>
            </w:r>
          </w:p>
        </w:tc>
        <w:tc>
          <w:tcPr>
            <w:tcW w:type="dxa" w:w="265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36" w:right="1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9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1660"/>
        </w:trPr>
        <w:tc>
          <w:tcPr>
            <w:tcW w:type="dxa" w:w="3798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36" w:right="13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6450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鲁教湘教版（三年级起点）</w:t>
            </w:r>
          </w:p>
        </w:tc>
      </w:tr>
      <w:tr>
        <w:trPr>
          <w:trHeight w:hRule="exact" w:val="938"/>
        </w:trPr>
        <w:tc>
          <w:tcPr>
            <w:tcW w:type="dxa" w:w="1804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32" w:right="1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actress </w:t>
            </w:r>
          </w:p>
        </w:tc>
        <w:tc>
          <w:tcPr>
            <w:tcW w:type="dxa" w:w="4646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98" w:right="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女演员</w:t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26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6"/>
        </w:trPr>
        <w:tc>
          <w:tcPr>
            <w:tcW w:type="dxa" w:w="180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66" w:right="16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choice </w:t>
            </w:r>
          </w:p>
        </w:tc>
        <w:tc>
          <w:tcPr>
            <w:tcW w:type="dxa" w:w="464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64" w:right="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选择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4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14" w:right="2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hat </w:t>
            </w:r>
          </w:p>
        </w:tc>
        <w:tc>
          <w:tcPr>
            <w:tcW w:type="dxa" w:w="501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6" w:right="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帽子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4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4" w:right="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lives </w:t>
            </w:r>
          </w:p>
        </w:tc>
        <w:tc>
          <w:tcPr>
            <w:tcW w:type="dxa" w:w="501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16" w:right="2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(life的复数形式)生命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80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66" w:right="6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woman </w:t>
            </w:r>
          </w:p>
        </w:tc>
        <w:tc>
          <w:tcPr>
            <w:tcW w:type="dxa" w:w="464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64" w:right="1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妇女，女人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4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64" w:right="6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play </w:t>
            </w:r>
          </w:p>
        </w:tc>
        <w:tc>
          <w:tcPr>
            <w:tcW w:type="dxa" w:w="501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66" w:right="16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戏剧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898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1128"/>
        </w:trPr>
        <w:tc>
          <w:tcPr>
            <w:tcW w:type="dxa" w:w="32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682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76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鲁教湘教版（三年级起点）</w:t>
            </w:r>
          </w:p>
        </w:tc>
      </w:tr>
      <w:tr>
        <w:trPr>
          <w:trHeight w:hRule="exact" w:val="1202"/>
        </w:trPr>
        <w:tc>
          <w:tcPr>
            <w:tcW w:type="dxa" w:w="157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182" w:right="1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hero </w:t>
            </w:r>
          </w:p>
        </w:tc>
        <w:tc>
          <w:tcPr>
            <w:tcW w:type="dxa" w:w="2112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48" w:right="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英雄</w:t>
            </w:r>
          </w:p>
        </w:tc>
        <w:tc>
          <w:tcPr>
            <w:tcW w:type="dxa" w:w="2768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252" w:right="2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8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68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52" w:right="2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66" w:right="16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wise </w:t>
            </w:r>
          </w:p>
        </w:tc>
        <w:tc>
          <w:tcPr>
            <w:tcW w:type="dxa" w:w="211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66" w:right="6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聪明的；明智的</w:t>
            </w:r>
          </w:p>
        </w:tc>
        <w:tc>
          <w:tcPr>
            <w:tcW w:type="dxa" w:w="276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52" w:right="2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8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8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52" w:right="2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8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6" w:right="14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soldier </w:t>
            </w:r>
          </w:p>
        </w:tc>
        <w:tc>
          <w:tcPr>
            <w:tcW w:type="dxa" w:w="186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84" w:right="8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士兵，军人</w:t>
            </w:r>
          </w:p>
        </w:tc>
        <w:tc>
          <w:tcPr>
            <w:tcW w:type="dxa" w:w="276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52" w:right="2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68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8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52" w:right="2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48" w:right="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brave </w:t>
            </w:r>
          </w:p>
        </w:tc>
        <w:tc>
          <w:tcPr>
            <w:tcW w:type="dxa" w:w="211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勇敢的，无畏的</w:t>
            </w:r>
          </w:p>
        </w:tc>
        <w:tc>
          <w:tcPr>
            <w:tcW w:type="dxa" w:w="276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52" w:right="2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8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8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52" w:right="2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08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Germany </w:t>
            </w:r>
          </w:p>
        </w:tc>
        <w:tc>
          <w:tcPr>
            <w:tcW w:type="dxa" w:w="15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德国</w:t>
            </w:r>
          </w:p>
        </w:tc>
        <w:tc>
          <w:tcPr>
            <w:tcW w:type="dxa" w:w="276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52" w:right="2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8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8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52" w:right="2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64" w:right="16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person </w:t>
            </w:r>
          </w:p>
        </w:tc>
        <w:tc>
          <w:tcPr>
            <w:tcW w:type="dxa" w:w="186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66" w:right="6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人</w:t>
            </w:r>
          </w:p>
        </w:tc>
        <w:tc>
          <w:tcPr>
            <w:tcW w:type="dxa" w:w="276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52" w:right="2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764"/>
        </w:trPr>
        <w:tc>
          <w:tcPr>
            <w:tcW w:type="dxa" w:w="3682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3762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鲁教湘教版（三年级起点）</w:t>
            </w:r>
          </w:p>
        </w:tc>
      </w:tr>
      <w:tr>
        <w:trPr>
          <w:trHeight w:hRule="exact" w:val="1240"/>
        </w:trPr>
        <w:tc>
          <w:tcPr>
            <w:tcW w:type="dxa" w:w="3762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8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172" w:right="1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48" w:right="2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was </w:t>
            </w:r>
          </w:p>
        </w:tc>
        <w:tc>
          <w:tcPr>
            <w:tcW w:type="dxa" w:w="21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(is,am的过去式)是</w:t>
            </w:r>
          </w:p>
        </w:tc>
        <w:tc>
          <w:tcPr>
            <w:tcW w:type="dxa" w:w="268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72" w:right="1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7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72" w:right="1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5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leader </w:t>
            </w:r>
          </w:p>
        </w:tc>
        <w:tc>
          <w:tcPr>
            <w:tcW w:type="dxa" w:w="21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领袖，领导者</w:t>
            </w:r>
          </w:p>
        </w:tc>
        <w:tc>
          <w:tcPr>
            <w:tcW w:type="dxa" w:w="268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172" w:right="1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7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72" w:right="1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98" w:right="1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man </w:t>
            </w:r>
          </w:p>
        </w:tc>
        <w:tc>
          <w:tcPr>
            <w:tcW w:type="dxa" w:w="21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(成年)男人；人</w:t>
            </w:r>
          </w:p>
        </w:tc>
        <w:tc>
          <w:tcPr>
            <w:tcW w:type="dxa" w:w="268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72" w:right="1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7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1000"/>
        </w:trPr>
        <w:tc>
          <w:tcPr>
            <w:tcW w:type="dxa" w:w="37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72" w:right="1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8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5834"/>
        </w:trPr>
        <w:tc>
          <w:tcPr>
            <w:tcW w:type="dxa" w:w="402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82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dry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wear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beach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sea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field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winter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autumn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wet</w:t>
            </w:r>
          </w:p>
        </w:tc>
        <w:tc>
          <w:tcPr>
            <w:tcW w:type="dxa" w:w="643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2" w:after="0"/>
              <w:ind w:left="1852" w:right="185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干燥的，干旱的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24" w:right="24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穿(戴)着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32" w:right="233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海滩，沙滩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24" w:right="24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海，海洋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092" w:right="209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田地；运动场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24" w:right="24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冬，冬季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24" w:right="24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秋，秋季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372" w:right="137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湿的，潮的；多雨的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3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鲁教湘教版（三年级起点）</w:t>
            </w:r>
          </w:p>
        </w:tc>
      </w:tr>
      <w:tr>
        <w:trPr>
          <w:trHeight w:hRule="exact" w:val="15952"/>
        </w:trPr>
        <w:tc>
          <w:tcPr>
            <w:tcW w:type="dxa" w:w="414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snowman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season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its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hey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actor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handbag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greatest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actress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choice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hat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lives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woman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play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hero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wise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soldier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brave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Germany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person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was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leader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man</w:t>
            </w:r>
          </w:p>
        </w:tc>
        <w:tc>
          <w:tcPr>
            <w:tcW w:type="dxa" w:w="631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300" w:right="23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雪人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0" w:right="23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季节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972" w:right="197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它的(所有物)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0" w:right="23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喂，嘿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0" w:right="23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男演员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852" w:right="185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（女用)手提包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0" w:right="23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最伟大的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0" w:right="23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女演员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0" w:right="23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选择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0" w:right="23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帽子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012" w:right="101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(life的复数形式)生命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妇女，女人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0" w:right="23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戏剧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0" w:right="23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英雄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732" w:right="173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聪明的；明智的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2" w:right="221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士兵，军人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732" w:right="173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勇敢的，无畏的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0" w:right="23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德国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0" w:right="23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人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372" w:right="137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(is,am的过去式)是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972" w:right="197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领袖，领导者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732" w:right="173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(成年)男人；人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6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8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鲁教湘教版（三年级起点）</w:t>
            </w:r>
          </w:p>
        </w:tc>
      </w:tr>
    </w:tbl>
    <w:p>
      <w:pPr>
        <w:autoSpaceDN w:val="0"/>
        <w:autoSpaceDE w:val="0"/>
        <w:widowControl/>
        <w:spacing w:line="42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ydr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yrd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dry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2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干燥的，干旱的</w:t>
            </w:r>
          </w:p>
        </w:tc>
      </w:tr>
      <w:tr>
        <w:trPr>
          <w:trHeight w:hRule="exact" w:val="51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wear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erwa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awre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穿(戴)着</w:t>
            </w:r>
          </w:p>
        </w:tc>
      </w:tr>
      <w:tr>
        <w:trPr>
          <w:trHeight w:hRule="exact" w:val="51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bhcae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bahec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beach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海滩，沙滩</w:t>
            </w:r>
          </w:p>
        </w:tc>
      </w:tr>
      <w:tr>
        <w:trPr>
          <w:trHeight w:hRule="exact" w:val="51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sea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ase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aes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海，海洋</w:t>
            </w:r>
          </w:p>
        </w:tc>
      </w:tr>
      <w:tr>
        <w:trPr>
          <w:trHeight w:hRule="exact" w:val="51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fdeli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field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ifdel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田地；运动场</w:t>
            </w:r>
          </w:p>
        </w:tc>
      </w:tr>
      <w:tr>
        <w:trPr>
          <w:trHeight w:hRule="exact" w:val="51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winter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niwtre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eiwtrn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冬，冬季</w:t>
            </w:r>
          </w:p>
        </w:tc>
      </w:tr>
      <w:tr>
        <w:trPr>
          <w:trHeight w:hRule="exact" w:val="51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620" w:right="62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autumn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utnmua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utmuna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秋，秋季</w:t>
            </w:r>
          </w:p>
        </w:tc>
      </w:tr>
      <w:tr>
        <w:trPr>
          <w:trHeight w:hRule="exact" w:val="51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wet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wte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twe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湿的，潮的；多雨的</w:t>
            </w:r>
          </w:p>
        </w:tc>
      </w:tr>
      <w:tr>
        <w:trPr>
          <w:trHeight w:hRule="exact" w:val="51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snowman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nawonsm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somnnaw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雪人</w:t>
            </w:r>
          </w:p>
        </w:tc>
      </w:tr>
      <w:tr>
        <w:trPr>
          <w:trHeight w:hRule="exact" w:val="51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nassoe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naoses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season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季节</w:t>
            </w:r>
          </w:p>
        </w:tc>
      </w:tr>
      <w:tr>
        <w:trPr>
          <w:trHeight w:hRule="exact" w:val="51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its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sit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sti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它的(所有物)</w:t>
            </w:r>
          </w:p>
        </w:tc>
      </w:tr>
      <w:tr>
        <w:trPr>
          <w:trHeight w:hRule="exact" w:val="520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yeh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hey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ehy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喂，嘿</w:t>
            </w:r>
          </w:p>
        </w:tc>
      </w:tr>
      <w:tr>
        <w:trPr>
          <w:trHeight w:hRule="exact" w:val="51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actor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rtcoa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aotcr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男演员</w:t>
            </w:r>
          </w:p>
        </w:tc>
      </w:tr>
      <w:tr>
        <w:trPr>
          <w:trHeight w:hRule="exact" w:val="51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04" w:right="50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ghdbaan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gnahbda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handbag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（女用)手提包</w:t>
            </w:r>
          </w:p>
        </w:tc>
      </w:tr>
      <w:tr>
        <w:trPr>
          <w:trHeight w:hRule="exact" w:val="51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86" w:right="58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gsarttee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greatest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esratget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最伟大的</w:t>
            </w:r>
          </w:p>
        </w:tc>
      </w:tr>
      <w:tr>
        <w:trPr>
          <w:trHeight w:hRule="exact" w:val="51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actress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erscsta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rstcsae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女演员</w:t>
            </w:r>
          </w:p>
        </w:tc>
      </w:tr>
      <w:tr>
        <w:trPr>
          <w:trHeight w:hRule="exact" w:val="51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choice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cehcio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oichec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选择</w:t>
            </w:r>
          </w:p>
        </w:tc>
      </w:tr>
      <w:tr>
        <w:trPr>
          <w:trHeight w:hRule="exact" w:val="51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hat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tah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aht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帽子</w:t>
            </w:r>
          </w:p>
        </w:tc>
      </w:tr>
      <w:tr>
        <w:trPr>
          <w:trHeight w:hRule="exact" w:val="520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lives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sviel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seliv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(life的复数形式)生命</w:t>
            </w:r>
          </w:p>
        </w:tc>
      </w:tr>
      <w:tr>
        <w:trPr>
          <w:trHeight w:hRule="exact" w:val="51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36" w:right="63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woman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mnwoa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waonm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妇女，女人</w:t>
            </w:r>
          </w:p>
        </w:tc>
      </w:tr>
      <w:tr>
        <w:trPr>
          <w:trHeight w:hRule="exact" w:val="51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lapy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play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apyl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戏剧</w:t>
            </w:r>
          </w:p>
        </w:tc>
      </w:tr>
      <w:tr>
        <w:trPr>
          <w:trHeight w:hRule="exact" w:val="520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hero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oreh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oerh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英雄</w:t>
            </w:r>
          </w:p>
        </w:tc>
      </w:tr>
      <w:tr>
        <w:trPr>
          <w:trHeight w:hRule="exact" w:val="51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iwes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wies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wise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聪明的；明智的</w:t>
            </w:r>
          </w:p>
        </w:tc>
      </w:tr>
      <w:tr>
        <w:trPr>
          <w:trHeight w:hRule="exact" w:val="51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lodsrie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resiold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soldier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士兵，军人</w:t>
            </w:r>
          </w:p>
        </w:tc>
      </w:tr>
      <w:tr>
        <w:trPr>
          <w:trHeight w:hRule="exact" w:val="51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rvabe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rbeva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brave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勇敢的，无畏的</w:t>
            </w:r>
          </w:p>
        </w:tc>
      </w:tr>
      <w:tr>
        <w:trPr>
          <w:trHeight w:hRule="exact" w:val="51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04" w:right="40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eaymrnG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Germany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ryGamen</w:t>
            </w:r>
          </w:p>
        </w:tc>
        <w:tc>
          <w:tcPr>
            <w:tcW w:type="dxa" w:w="4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德国</w:t>
            </w:r>
          </w:p>
        </w:tc>
      </w:tr>
      <w:tr>
        <w:trPr>
          <w:trHeight w:hRule="exact" w:val="1322"/>
        </w:trPr>
        <w:tc>
          <w:tcPr>
            <w:tcW w:type="dxa" w:w="226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enposr</w:t>
            </w:r>
          </w:p>
        </w:tc>
        <w:tc>
          <w:tcPr>
            <w:tcW w:type="dxa" w:w="18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person</w:t>
            </w:r>
          </w:p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prnose</w:t>
            </w:r>
          </w:p>
        </w:tc>
        <w:tc>
          <w:tcPr>
            <w:tcW w:type="dxa" w:w="442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人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22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70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63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鲁教湘教版（三年级起点）</w:t>
            </w:r>
          </w:p>
        </w:tc>
      </w:tr>
      <w:tr>
        <w:trPr>
          <w:trHeight w:hRule="exact" w:val="790"/>
        </w:trPr>
        <w:tc>
          <w:tcPr>
            <w:tcW w:type="dxa" w:w="22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wsa</w:t>
            </w:r>
          </w:p>
        </w:tc>
        <w:tc>
          <w:tcPr>
            <w:tcW w:type="dxa" w:w="17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was</w:t>
            </w:r>
          </w:p>
        </w:tc>
        <w:tc>
          <w:tcPr>
            <w:tcW w:type="dxa" w:w="189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578" w:right="5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asw</w:t>
            </w:r>
          </w:p>
        </w:tc>
        <w:tc>
          <w:tcPr>
            <w:tcW w:type="dxa" w:w="463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578" w:right="57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(is,am的过去式)是</w:t>
            </w:r>
          </w:p>
        </w:tc>
      </w:tr>
      <w:tr>
        <w:trPr>
          <w:trHeight w:hRule="exact" w:val="520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edlera</w:t>
            </w:r>
          </w:p>
        </w:tc>
        <w:tc>
          <w:tcPr>
            <w:tcW w:type="dxa" w:w="17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leader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deerla</w:t>
            </w:r>
          </w:p>
        </w:tc>
        <w:tc>
          <w:tcPr>
            <w:tcW w:type="dxa" w:w="46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578" w:right="57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领袖，领导者</w:t>
            </w:r>
          </w:p>
        </w:tc>
      </w:tr>
      <w:tr>
        <w:trPr>
          <w:trHeight w:hRule="exact" w:val="602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mna</w:t>
            </w:r>
          </w:p>
        </w:tc>
        <w:tc>
          <w:tcPr>
            <w:tcW w:type="dxa" w:w="17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man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78" w:right="5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nma</w:t>
            </w:r>
          </w:p>
        </w:tc>
        <w:tc>
          <w:tcPr>
            <w:tcW w:type="dxa" w:w="46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578" w:right="57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(成年)男人；人</w:t>
            </w:r>
          </w:p>
        </w:tc>
      </w:tr>
    </w:tbl>
    <w:p>
      <w:pPr>
        <w:autoSpaceDN w:val="0"/>
        <w:autoSpaceDE w:val="0"/>
        <w:widowControl/>
        <w:spacing w:line="14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8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8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2920"/>
        </w:trPr>
        <w:tc>
          <w:tcPr>
            <w:tcW w:type="dxa" w:w="51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干燥的，干旱的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海滩，沙滩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田地；运动场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utu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秋，秋季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wman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雪人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它的(所有物)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tor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男演员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gre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最伟大的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选择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426" w:right="426" w:firstLine="0"/>
              <w:jc w:val="righ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ive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(life的复数形式)生命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戏剧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0" w:right="0" w:firstLine="0"/>
              <w:jc w:val="center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聪明的；明智的</w:t>
            </w:r>
          </w:p>
        </w:tc>
        <w:tc>
          <w:tcPr>
            <w:tcW w:type="dxa" w:w="532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1050" w:right="10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穿(戴)着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50" w:right="10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海，海洋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426" w:right="4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冬，冬季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676" w:right="67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湿的，潮的；多雨的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426" w:right="4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aso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季节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426" w:right="4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喂，嘿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426" w:right="4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dbag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（女用)手提包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426" w:right="4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act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女演员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676" w:right="67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帽子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426" w:right="4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wom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妇女，女人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676" w:right="67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英雄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426" w:right="4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sol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士兵，军人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8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鲁教湘教版（三年级起点）</w:t>
            </w:r>
          </w:p>
        </w:tc>
      </w:tr>
      <w:tr>
        <w:trPr>
          <w:trHeight w:hRule="exact" w:val="3248"/>
        </w:trPr>
        <w:tc>
          <w:tcPr>
            <w:tcW w:type="dxa" w:w="478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776" w:right="776" w:firstLine="0"/>
              <w:jc w:val="righ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勇敢的，无畏的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erso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人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ade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领袖，领导者</w:t>
            </w:r>
          </w:p>
        </w:tc>
        <w:tc>
          <w:tcPr>
            <w:tcW w:type="dxa" w:w="56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778" w:right="7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rma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德国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78" w:right="7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(is,am的过去式)是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402" w:right="140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(成年)男人；人</w:t>
            </w:r>
          </w:p>
        </w:tc>
      </w:tr>
    </w:tbl>
    <w:p>
      <w:pPr>
        <w:autoSpaceDN w:val="0"/>
        <w:autoSpaceDE w:val="0"/>
        <w:widowControl/>
        <w:spacing w:line="25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924"/>
        </w:trPr>
        <w:tc>
          <w:tcPr>
            <w:tcW w:type="dxa" w:w="5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干燥的，干旱的 </w:t>
            </w:r>
          </w:p>
        </w:tc>
        <w:tc>
          <w:tcPr>
            <w:tcW w:type="dxa" w:w="20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2" w:right="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穿(戴)着 </w:t>
            </w:r>
          </w:p>
        </w:tc>
      </w:tr>
      <w:tr>
        <w:trPr>
          <w:trHeight w:hRule="exact" w:val="1000"/>
        </w:trPr>
        <w:tc>
          <w:tcPr>
            <w:tcW w:type="dxa" w:w="5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海滩，沙滩 </w:t>
            </w:r>
          </w:p>
        </w:tc>
        <w:tc>
          <w:tcPr>
            <w:tcW w:type="dxa" w:w="20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2" w:right="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海，海洋 </w:t>
            </w:r>
          </w:p>
        </w:tc>
      </w:tr>
      <w:tr>
        <w:trPr>
          <w:trHeight w:hRule="exact" w:val="1000"/>
        </w:trPr>
        <w:tc>
          <w:tcPr>
            <w:tcW w:type="dxa" w:w="5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田地；运动场 </w:t>
            </w:r>
          </w:p>
        </w:tc>
        <w:tc>
          <w:tcPr>
            <w:tcW w:type="dxa" w:w="20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2" w:right="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冬，冬季 </w:t>
            </w:r>
          </w:p>
        </w:tc>
      </w:tr>
      <w:tr>
        <w:trPr>
          <w:trHeight w:hRule="exact" w:val="1000"/>
        </w:trPr>
        <w:tc>
          <w:tcPr>
            <w:tcW w:type="dxa" w:w="5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秋，秋季 </w:t>
            </w:r>
          </w:p>
        </w:tc>
        <w:tc>
          <w:tcPr>
            <w:tcW w:type="dxa" w:w="20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2" w:right="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湿的，潮的；多雨的 </w:t>
            </w:r>
          </w:p>
        </w:tc>
      </w:tr>
      <w:tr>
        <w:trPr>
          <w:trHeight w:hRule="exact" w:val="1000"/>
        </w:trPr>
        <w:tc>
          <w:tcPr>
            <w:tcW w:type="dxa" w:w="5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雪人 </w:t>
            </w:r>
          </w:p>
        </w:tc>
        <w:tc>
          <w:tcPr>
            <w:tcW w:type="dxa" w:w="20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2" w:right="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季节 </w:t>
            </w:r>
          </w:p>
        </w:tc>
      </w:tr>
      <w:tr>
        <w:trPr>
          <w:trHeight w:hRule="exact" w:val="1000"/>
        </w:trPr>
        <w:tc>
          <w:tcPr>
            <w:tcW w:type="dxa" w:w="5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它的(所有物) </w:t>
            </w:r>
          </w:p>
        </w:tc>
        <w:tc>
          <w:tcPr>
            <w:tcW w:type="dxa" w:w="20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2" w:right="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喂，嘿 </w:t>
            </w:r>
          </w:p>
        </w:tc>
      </w:tr>
      <w:tr>
        <w:trPr>
          <w:trHeight w:hRule="exact" w:val="1000"/>
        </w:trPr>
        <w:tc>
          <w:tcPr>
            <w:tcW w:type="dxa" w:w="5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男演员 </w:t>
            </w:r>
          </w:p>
        </w:tc>
        <w:tc>
          <w:tcPr>
            <w:tcW w:type="dxa" w:w="20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2" w:right="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（女用)手提包 </w:t>
            </w:r>
          </w:p>
        </w:tc>
      </w:tr>
      <w:tr>
        <w:trPr>
          <w:trHeight w:hRule="exact" w:val="1000"/>
        </w:trPr>
        <w:tc>
          <w:tcPr>
            <w:tcW w:type="dxa" w:w="5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最伟大的 </w:t>
            </w:r>
          </w:p>
        </w:tc>
        <w:tc>
          <w:tcPr>
            <w:tcW w:type="dxa" w:w="20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2" w:right="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女演员 </w:t>
            </w:r>
          </w:p>
        </w:tc>
      </w:tr>
      <w:tr>
        <w:trPr>
          <w:trHeight w:hRule="exact" w:val="1000"/>
        </w:trPr>
        <w:tc>
          <w:tcPr>
            <w:tcW w:type="dxa" w:w="5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选择 </w:t>
            </w:r>
          </w:p>
        </w:tc>
        <w:tc>
          <w:tcPr>
            <w:tcW w:type="dxa" w:w="20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2" w:right="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帽子 </w:t>
            </w:r>
          </w:p>
        </w:tc>
      </w:tr>
      <w:tr>
        <w:trPr>
          <w:trHeight w:hRule="exact" w:val="1000"/>
        </w:trPr>
        <w:tc>
          <w:tcPr>
            <w:tcW w:type="dxa" w:w="5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48" w:right="24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(life的复数形式)生命 </w:t>
            </w:r>
          </w:p>
        </w:tc>
        <w:tc>
          <w:tcPr>
            <w:tcW w:type="dxa" w:w="20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2" w:right="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妇女，女人 </w:t>
            </w:r>
          </w:p>
        </w:tc>
      </w:tr>
      <w:tr>
        <w:trPr>
          <w:trHeight w:hRule="exact" w:val="1662"/>
        </w:trPr>
        <w:tc>
          <w:tcPr>
            <w:tcW w:type="dxa" w:w="530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戏剧 </w:t>
            </w:r>
          </w:p>
        </w:tc>
        <w:tc>
          <w:tcPr>
            <w:tcW w:type="dxa" w:w="20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2" w:right="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英雄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9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42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0" w:right="0" w:firstLine="0"/>
              <w:jc w:val="center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鲁教湘教版（三年级起点）</w:t>
            </w:r>
          </w:p>
        </w:tc>
      </w:tr>
      <w:tr>
        <w:trPr>
          <w:trHeight w:hRule="exact" w:val="1306"/>
        </w:trPr>
        <w:tc>
          <w:tcPr>
            <w:tcW w:type="dxa" w:w="494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608" w:right="60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聪明的；明智的 </w:t>
            </w:r>
          </w:p>
        </w:tc>
        <w:tc>
          <w:tcPr>
            <w:tcW w:type="dxa" w:w="242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10" w:right="1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士兵，军人 </w:t>
            </w:r>
          </w:p>
        </w:tc>
      </w:tr>
      <w:tr>
        <w:trPr>
          <w:trHeight w:hRule="exact" w:val="1000"/>
        </w:trPr>
        <w:tc>
          <w:tcPr>
            <w:tcW w:type="dxa" w:w="4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08" w:right="60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勇敢的，无畏的 </w:t>
            </w:r>
          </w:p>
        </w:tc>
        <w:tc>
          <w:tcPr>
            <w:tcW w:type="dxa" w:w="24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" w:right="1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德国 </w:t>
            </w:r>
          </w:p>
        </w:tc>
      </w:tr>
      <w:tr>
        <w:trPr>
          <w:trHeight w:hRule="exact" w:val="1000"/>
        </w:trPr>
        <w:tc>
          <w:tcPr>
            <w:tcW w:type="dxa" w:w="4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人 </w:t>
            </w:r>
          </w:p>
        </w:tc>
        <w:tc>
          <w:tcPr>
            <w:tcW w:type="dxa" w:w="24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" w:right="1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(is,am的过去式)是 </w:t>
            </w:r>
          </w:p>
        </w:tc>
      </w:tr>
      <w:tr>
        <w:trPr>
          <w:trHeight w:hRule="exact" w:val="12646"/>
        </w:trPr>
        <w:tc>
          <w:tcPr>
            <w:tcW w:type="dxa" w:w="49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领袖，领导者 </w:t>
            </w:r>
          </w:p>
        </w:tc>
        <w:tc>
          <w:tcPr>
            <w:tcW w:type="dxa" w:w="242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" w:right="1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(成年)男人；人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16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