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接力版（三年级起点）</w:t>
            </w:r>
          </w:p>
        </w:tc>
      </w:tr>
    </w:tbl>
    <w:p>
      <w:pPr>
        <w:autoSpaceDN w:val="0"/>
        <w:autoSpaceDE w:val="0"/>
        <w:widowControl/>
        <w:spacing w:line="250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348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218" w:right="218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单词表总结和背单词练习</w:t>
            </w:r>
          </w:p>
        </w:tc>
      </w:tr>
      <w:tr>
        <w:trPr>
          <w:trHeight w:hRule="exact" w:val="1468"/>
        </w:trPr>
        <w:tc>
          <w:tcPr>
            <w:tcW w:type="dxa" w:w="3480"/>
            <w:tcBorders>
              <w:top w:sz="5.599999904632568" w:val="single" w:color="#324C4C"/>
              <w:end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96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学期：六年级上学期</w:t>
            </w:r>
          </w:p>
          <w:p>
            <w:pPr>
              <w:autoSpaceDN w:val="0"/>
              <w:autoSpaceDE w:val="0"/>
              <w:widowControl/>
              <w:spacing w:line="422" w:lineRule="exact" w:before="228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版本：接力版（三年级起点）</w:t>
            </w:r>
          </w:p>
        </w:tc>
      </w:tr>
    </w:tbl>
    <w:p>
      <w:pPr>
        <w:autoSpaceDN w:val="0"/>
        <w:autoSpaceDE w:val="0"/>
        <w:widowControl/>
        <w:spacing w:line="212" w:lineRule="exact" w:before="11326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接力版（三年级起点）</w:t>
            </w:r>
          </w:p>
        </w:tc>
      </w:tr>
    </w:tbl>
    <w:p>
      <w:pPr>
        <w:autoSpaceDN w:val="0"/>
        <w:autoSpaceDE w:val="0"/>
        <w:widowControl/>
        <w:spacing w:line="26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01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30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单词表</w:t>
                  </w:r>
                </w:p>
              </w:tc>
              <w:tc>
                <w:tcPr>
                  <w:tcW w:type="dxa" w:w="37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按课文顺序</w:t>
                  </w:r>
                </w:p>
              </w:tc>
              <w:tc>
                <w:tcPr>
                  <w:tcW w:type="dxa" w:w="35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" name="Picture 1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400" w:lineRule="exact" w:before="154" w:after="0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Lesson 1 How many candles are there? </w:t>
      </w:r>
    </w:p>
    <w:p>
      <w:pPr>
        <w:autoSpaceDN w:val="0"/>
        <w:autoSpaceDE w:val="0"/>
        <w:widowControl/>
        <w:spacing w:line="400" w:lineRule="exact" w:before="172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candle </w:t>
      </w:r>
      <w:r>
        <w:rPr>
          <w:rFonts w:ascii="宋体" w:hAnsi="宋体" w:eastAsia="宋体"/>
          <w:b w:val="0"/>
          <w:i w:val="0"/>
          <w:color w:val="555D5D"/>
          <w:sz w:val="24"/>
        </w:rPr>
        <w:t>蜡烛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Lesson 2 The Mid-Autumn Festival is coming.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654"/>
        </w:trPr>
        <w:tc>
          <w:tcPr>
            <w:tcW w:type="dxa" w:w="330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festival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节日</w:t>
            </w:r>
          </w:p>
        </w:tc>
        <w:tc>
          <w:tcPr>
            <w:tcW w:type="dxa" w:w="641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634" w:right="163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lantern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灯笼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mooncake </w:t>
      </w:r>
      <w:r>
        <w:rPr>
          <w:rFonts w:ascii="宋体" w:hAnsi="宋体" w:eastAsia="宋体"/>
          <w:b w:val="0"/>
          <w:i w:val="0"/>
          <w:color w:val="555D5D"/>
          <w:sz w:val="24"/>
        </w:rPr>
        <w:t>月饼</w:t>
      </w:r>
    </w:p>
    <w:p>
      <w:pPr>
        <w:autoSpaceDN w:val="0"/>
        <w:autoSpaceDE w:val="0"/>
        <w:widowControl/>
        <w:spacing w:line="400" w:lineRule="exact" w:before="720" w:after="90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Lesson 3 We are having a sports meet.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654"/>
        </w:trPr>
        <w:tc>
          <w:tcPr>
            <w:tcW w:type="dxa" w:w="356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快的，迅速的</w:t>
            </w:r>
          </w:p>
        </w:tc>
        <w:tc>
          <w:tcPr>
            <w:tcW w:type="dxa" w:w="615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378" w:right="137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她（宾格）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high </w:t>
      </w:r>
      <w:r>
        <w:rPr>
          <w:rFonts w:ascii="宋体" w:hAnsi="宋体" w:eastAsia="宋体"/>
          <w:b w:val="0"/>
          <w:i w:val="0"/>
          <w:color w:val="555D5D"/>
          <w:sz w:val="24"/>
        </w:rPr>
        <w:t>高的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Lesson 4 I was late for school.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1594"/>
        </w:trPr>
        <w:tc>
          <w:tcPr>
            <w:tcW w:type="dxa" w:w="311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lesson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课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stop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车站</w:t>
            </w:r>
          </w:p>
        </w:tc>
        <w:tc>
          <w:tcPr>
            <w:tcW w:type="dxa" w:w="660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820" w:right="182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luck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运气，幸运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820" w:right="182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with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和……在一起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Lesson 5 I have a headache.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2174"/>
        </w:trPr>
        <w:tc>
          <w:tcPr>
            <w:tcW w:type="dxa" w:w="353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cold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感冒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fever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发烧，发热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medicine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药</w:t>
            </w:r>
          </w:p>
        </w:tc>
        <w:tc>
          <w:tcPr>
            <w:tcW w:type="dxa" w:w="618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406" w:right="14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evening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傍晚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94" w:right="79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headache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06" w:right="14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runny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流鼻涕的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well </w:t>
      </w:r>
      <w:r>
        <w:rPr>
          <w:rFonts w:ascii="宋体" w:hAnsi="宋体" w:eastAsia="宋体"/>
          <w:b w:val="0"/>
          <w:i w:val="0"/>
          <w:color w:val="555D5D"/>
          <w:sz w:val="24"/>
        </w:rPr>
        <w:t>好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Lesson 6 I like pandas!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1280"/>
        </w:trPr>
        <w:tc>
          <w:tcPr>
            <w:tcW w:type="dxa" w:w="3224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China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中国</w:t>
            </w:r>
          </w:p>
        </w:tc>
        <w:tc>
          <w:tcPr>
            <w:tcW w:type="dxa" w:w="6496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1410" w:right="141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cute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可爱的，聪明的，伶俐的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374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56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15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接力版（三年级起点）</w:t>
            </w:r>
          </w:p>
        </w:tc>
      </w:tr>
      <w:tr>
        <w:trPr>
          <w:trHeight w:hRule="exact" w:val="1132"/>
        </w:trPr>
        <w:tc>
          <w:tcPr>
            <w:tcW w:type="dxa" w:w="374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meat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肉</w:t>
            </w:r>
          </w:p>
        </w:tc>
        <w:tc>
          <w:tcPr>
            <w:tcW w:type="dxa" w:w="356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392" w:right="39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slow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慢的</w:t>
            </w:r>
          </w:p>
        </w:tc>
        <w:tc>
          <w:tcPr>
            <w:tcW w:type="dxa" w:w="315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</w:tr>
    </w:tbl>
    <w:p>
      <w:pPr>
        <w:autoSpaceDN w:val="0"/>
        <w:autoSpaceDE w:val="0"/>
        <w:widowControl/>
        <w:spacing w:line="400" w:lineRule="exact" w:before="36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Lesson 7 Why not go to the farm?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834"/>
        </w:trPr>
        <w:tc>
          <w:tcPr>
            <w:tcW w:type="dxa" w:w="372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problem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问题，难题</w:t>
            </w:r>
          </w:p>
        </w:tc>
        <w:tc>
          <w:tcPr>
            <w:tcW w:type="dxa" w:w="599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216" w:right="121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yet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还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Lesson 8 Lingling went to the US.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1594"/>
        </w:trPr>
        <w:tc>
          <w:tcPr>
            <w:tcW w:type="dxa" w:w="362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garden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花园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interesting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有趣的</w:t>
            </w:r>
          </w:p>
        </w:tc>
        <w:tc>
          <w:tcPr>
            <w:tcW w:type="dxa" w:w="610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22" w:right="13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month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月，月份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Revision 1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2354"/>
        </w:trPr>
        <w:tc>
          <w:tcPr>
            <w:tcW w:type="dxa" w:w="349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begin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开始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hometown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家乡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love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爱，热爱</w:t>
            </w:r>
          </w:p>
        </w:tc>
        <w:tc>
          <w:tcPr>
            <w:tcW w:type="dxa" w:w="622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1442" w:right="144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exercise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锻炼，练习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1442" w:right="144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letter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信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1292" w:right="129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other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</w:tc>
      </w:tr>
    </w:tbl>
    <w:p>
      <w:pPr>
        <w:autoSpaceDN w:val="0"/>
        <w:autoSpaceDE w:val="0"/>
        <w:widowControl/>
        <w:spacing w:line="402" w:lineRule="exact" w:before="352" w:after="90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Revision 2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654"/>
        </w:trPr>
        <w:tc>
          <w:tcPr>
            <w:tcW w:type="dxa" w:w="305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cut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伤口</w:t>
            </w:r>
          </w:p>
        </w:tc>
        <w:tc>
          <w:tcPr>
            <w:tcW w:type="dxa" w:w="667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894" w:right="18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plant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种植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654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toothache </w:t>
      </w:r>
      <w:r>
        <w:rPr>
          <w:rFonts w:ascii="宋体" w:hAnsi="宋体" w:eastAsia="宋体"/>
          <w:b w:val="0"/>
          <w:i w:val="0"/>
          <w:color w:val="555D5D"/>
          <w:sz w:val="24"/>
        </w:rPr>
        <w:t>牙疼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02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单词抄写</w:t>
                  </w:r>
                </w:p>
              </w:tc>
              <w:tc>
                <w:tcPr>
                  <w:tcW w:type="dxa" w:w="376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将单词抄写6遍</w:t>
                  </w:r>
                </w:p>
              </w:tc>
              <w:tc>
                <w:tcPr>
                  <w:tcW w:type="dxa" w:w="32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2" name="Picture 2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620"/>
        </w:trPr>
        <w:tc>
          <w:tcPr>
            <w:tcW w:type="dxa" w:w="17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6" w:after="0"/>
              <w:ind w:left="140" w:right="1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candle </w:t>
            </w:r>
          </w:p>
        </w:tc>
        <w:tc>
          <w:tcPr>
            <w:tcW w:type="dxa" w:w="14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86" w:after="0"/>
              <w:ind w:left="90" w:right="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蜡烛</w:t>
            </w:r>
          </w:p>
        </w:tc>
        <w:tc>
          <w:tcPr>
            <w:tcW w:type="dxa" w:w="32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" name="Picture 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" name="Picture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2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" name="Picture 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" name="Picture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" name="Picture 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406"/>
        </w:trPr>
        <w:tc>
          <w:tcPr>
            <w:tcW w:type="dxa" w:w="177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90" w:right="9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lantern </w:t>
            </w:r>
          </w:p>
        </w:tc>
        <w:tc>
          <w:tcPr>
            <w:tcW w:type="dxa" w:w="143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40" w:right="1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灯笼</w:t>
            </w:r>
          </w:p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623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338"/>
        </w:trPr>
        <w:tc>
          <w:tcPr>
            <w:tcW w:type="dxa" w:w="3446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00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接力版（三年级起点）</w:t>
            </w:r>
          </w:p>
        </w:tc>
      </w:tr>
      <w:tr>
        <w:trPr>
          <w:trHeight w:hRule="exact" w:val="1306"/>
        </w:trPr>
        <w:tc>
          <w:tcPr>
            <w:tcW w:type="dxa" w:w="3446"/>
            <w:gridSpan w:val="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" name="Picture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0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488" w:right="48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" name="Picture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" name="Picture 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34"/>
        </w:trPr>
        <w:tc>
          <w:tcPr>
            <w:tcW w:type="dxa" w:w="344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" name="Picture 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88" w:right="48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" name="Picture 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" name="Picture 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85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festival </w:t>
            </w:r>
          </w:p>
        </w:tc>
        <w:tc>
          <w:tcPr>
            <w:tcW w:type="dxa" w:w="159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节日</w:t>
            </w:r>
          </w:p>
        </w:tc>
        <w:tc>
          <w:tcPr>
            <w:tcW w:type="dxa" w:w="300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88" w:right="48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" name="Picture 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" name="Picture 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4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" name="Picture 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4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" name="Picture 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88" w:right="48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9" name="Picture 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0" name="Picture 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20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mooncake </w:t>
            </w:r>
          </w:p>
        </w:tc>
        <w:tc>
          <w:tcPr>
            <w:tcW w:type="dxa" w:w="124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月饼</w:t>
            </w:r>
          </w:p>
        </w:tc>
        <w:tc>
          <w:tcPr>
            <w:tcW w:type="dxa" w:w="300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88" w:right="48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1" name="Picture 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2" name="Picture 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4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3" name="Picture 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4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4" name="Picture 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88" w:right="48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5" name="Picture 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6" name="Picture 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90" w:right="19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her </w:t>
            </w:r>
          </w:p>
        </w:tc>
        <w:tc>
          <w:tcPr>
            <w:tcW w:type="dxa" w:w="201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40" w:right="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她（宾格）</w:t>
            </w:r>
          </w:p>
        </w:tc>
        <w:tc>
          <w:tcPr>
            <w:tcW w:type="dxa" w:w="300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88" w:right="48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7" name="Picture 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8" name="Picture 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44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9" name="Picture 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4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0" name="Picture 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88" w:right="48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1" name="Picture 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2" name="Picture 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40" w:right="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high </w:t>
            </w:r>
          </w:p>
        </w:tc>
        <w:tc>
          <w:tcPr>
            <w:tcW w:type="dxa" w:w="201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90" w:right="1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高的</w:t>
            </w:r>
          </w:p>
        </w:tc>
        <w:tc>
          <w:tcPr>
            <w:tcW w:type="dxa" w:w="300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488" w:right="48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3" name="Picture 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4" name="Picture 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4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5" name="Picture 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4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6" name="Picture 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88" w:right="48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7" name="Picture 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8" name="Picture 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40" w:right="1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fast </w:t>
            </w:r>
          </w:p>
        </w:tc>
        <w:tc>
          <w:tcPr>
            <w:tcW w:type="dxa" w:w="201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90" w:right="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快的，迅速的</w:t>
            </w:r>
          </w:p>
        </w:tc>
        <w:tc>
          <w:tcPr>
            <w:tcW w:type="dxa" w:w="300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88" w:right="48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9" name="Picture 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0" name="Picture 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4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1" name="Picture 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1660"/>
        </w:trPr>
        <w:tc>
          <w:tcPr>
            <w:tcW w:type="dxa" w:w="3446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2" name="Picture 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0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88" w:right="48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3" name="Picture 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4" name="Picture 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338"/>
        </w:trPr>
        <w:tc>
          <w:tcPr>
            <w:tcW w:type="dxa" w:w="3496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95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接力版（三年级起点）</w:t>
            </w:r>
          </w:p>
        </w:tc>
      </w:tr>
      <w:tr>
        <w:trPr>
          <w:trHeight w:hRule="exact" w:val="938"/>
        </w:trPr>
        <w:tc>
          <w:tcPr>
            <w:tcW w:type="dxa" w:w="159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238" w:right="23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stop </w:t>
            </w:r>
          </w:p>
        </w:tc>
        <w:tc>
          <w:tcPr>
            <w:tcW w:type="dxa" w:w="190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96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车站</w:t>
            </w:r>
          </w:p>
        </w:tc>
        <w:tc>
          <w:tcPr>
            <w:tcW w:type="dxa" w:w="2954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438" w:right="4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5" name="Picture 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6" name="Picture 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7" name="Picture 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2623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4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8" name="Picture 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38" w:right="4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9" name="Picture 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0" name="Picture 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5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06" w:right="20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with </w:t>
            </w:r>
          </w:p>
        </w:tc>
        <w:tc>
          <w:tcPr>
            <w:tcW w:type="dxa" w:w="19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4" w:right="2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和……在一起</w:t>
            </w:r>
          </w:p>
        </w:tc>
        <w:tc>
          <w:tcPr>
            <w:tcW w:type="dxa" w:w="295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438" w:right="4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1" name="Picture 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2" name="Picture 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3" name="Picture 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4" name="Picture 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38" w:right="4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5" name="Picture 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6" name="Picture 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lesson </w:t>
            </w:r>
          </w:p>
        </w:tc>
        <w:tc>
          <w:tcPr>
            <w:tcW w:type="dxa" w:w="19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42" w:right="24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课</w:t>
            </w:r>
          </w:p>
        </w:tc>
        <w:tc>
          <w:tcPr>
            <w:tcW w:type="dxa" w:w="295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38" w:right="4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7" name="Picture 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8" name="Picture 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4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9" name="Picture 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0" name="Picture 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38" w:right="4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1" name="Picture 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2" name="Picture 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222" w:right="22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luck </w:t>
            </w:r>
          </w:p>
        </w:tc>
        <w:tc>
          <w:tcPr>
            <w:tcW w:type="dxa" w:w="19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8" w:right="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运气，幸运</w:t>
            </w:r>
          </w:p>
        </w:tc>
        <w:tc>
          <w:tcPr>
            <w:tcW w:type="dxa" w:w="295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438" w:right="4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3" name="Picture 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4" name="Picture 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5" name="Picture 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6" name="Picture 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38" w:right="4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7" name="Picture 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8" name="Picture 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22" w:right="22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well </w:t>
            </w:r>
          </w:p>
        </w:tc>
        <w:tc>
          <w:tcPr>
            <w:tcW w:type="dxa" w:w="19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8" w:right="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好</w:t>
            </w:r>
          </w:p>
        </w:tc>
        <w:tc>
          <w:tcPr>
            <w:tcW w:type="dxa" w:w="295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38" w:right="4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9" name="Picture 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0" name="Picture 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1" name="Picture 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2" name="Picture 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38" w:right="4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3" name="Picture 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4" name="Picture 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40" w:right="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runny </w:t>
            </w:r>
          </w:p>
        </w:tc>
        <w:tc>
          <w:tcPr>
            <w:tcW w:type="dxa" w:w="19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90" w:right="19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流鼻涕的</w:t>
            </w:r>
          </w:p>
        </w:tc>
        <w:tc>
          <w:tcPr>
            <w:tcW w:type="dxa" w:w="295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38" w:right="4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5" name="Picture 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6" name="Picture 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898"/>
        </w:trPr>
        <w:tc>
          <w:tcPr>
            <w:tcW w:type="dxa" w:w="34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7" name="Picture 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1128"/>
        </w:trPr>
        <w:tc>
          <w:tcPr>
            <w:tcW w:type="dxa" w:w="3496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8" name="Picture 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5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438" w:right="4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9" name="Picture 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0" name="Picture 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5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6450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接力版（三年级起点）</w:t>
            </w:r>
          </w:p>
        </w:tc>
      </w:tr>
      <w:tr>
        <w:trPr>
          <w:trHeight w:hRule="exact" w:val="1202"/>
        </w:trPr>
        <w:tc>
          <w:tcPr>
            <w:tcW w:type="dxa" w:w="1962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32" w:after="0"/>
              <w:ind w:left="8" w:right="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medicine </w:t>
            </w:r>
          </w:p>
        </w:tc>
        <w:tc>
          <w:tcPr>
            <w:tcW w:type="dxa" w:w="4488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760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药</w:t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1" name="Picture 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2" name="Picture 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3" name="Picture 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4" name="Picture 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5" name="Picture 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6" name="Picture 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7" name="Picture 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8" name="Picture 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9" name="Picture 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0" name="Picture 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1" name="Picture 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2" name="Picture 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3" name="Picture 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4" name="Picture 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5" name="Picture 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98"/>
        </w:trPr>
        <w:tc>
          <w:tcPr>
            <w:tcW w:type="dxa" w:w="15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56" w:right="15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cold </w:t>
            </w:r>
          </w:p>
        </w:tc>
        <w:tc>
          <w:tcPr>
            <w:tcW w:type="dxa" w:w="49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74" w:right="7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感冒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6" name="Picture 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7" name="Picture 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2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8" name="Picture 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9" name="Picture 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700"/>
        </w:trPr>
        <w:tc>
          <w:tcPr>
            <w:tcW w:type="dxa" w:w="15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56" w:right="5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fever </w:t>
            </w:r>
          </w:p>
        </w:tc>
        <w:tc>
          <w:tcPr>
            <w:tcW w:type="dxa" w:w="49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74" w:right="17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发烧，发热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0" name="Picture 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1" name="Picture 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2" name="Picture 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3" name="Picture 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98"/>
        </w:trPr>
        <w:tc>
          <w:tcPr>
            <w:tcW w:type="dxa" w:w="196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58" w:right="15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evening </w:t>
            </w:r>
          </w:p>
        </w:tc>
        <w:tc>
          <w:tcPr>
            <w:tcW w:type="dxa" w:w="448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74" w:right="7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傍晚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4" name="Picture 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5" name="Picture 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6" name="Picture 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7" name="Picture 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98"/>
        </w:trPr>
        <w:tc>
          <w:tcPr>
            <w:tcW w:type="dxa" w:w="196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headache </w:t>
            </w:r>
          </w:p>
        </w:tc>
        <w:tc>
          <w:tcPr>
            <w:tcW w:type="dxa" w:w="448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40" w:right="2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头痛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8" name="Picture 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9" name="Picture 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2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0" name="Picture 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1" name="Picture 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98"/>
        </w:trPr>
        <w:tc>
          <w:tcPr>
            <w:tcW w:type="dxa" w:w="15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74" w:right="17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cute </w:t>
            </w:r>
          </w:p>
        </w:tc>
        <w:tc>
          <w:tcPr>
            <w:tcW w:type="dxa" w:w="49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56" w:right="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可爱的，聪明的，伶俐的</w:t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1764"/>
        </w:trPr>
        <w:tc>
          <w:tcPr>
            <w:tcW w:type="dxa" w:w="321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2" name="Picture 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3" name="Picture 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6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338"/>
        </w:trPr>
        <w:tc>
          <w:tcPr>
            <w:tcW w:type="dxa" w:w="3610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84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接力版（三年级起点）</w:t>
            </w:r>
          </w:p>
        </w:tc>
      </w:tr>
      <w:tr>
        <w:trPr>
          <w:trHeight w:hRule="exact" w:val="1240"/>
        </w:trPr>
        <w:tc>
          <w:tcPr>
            <w:tcW w:type="dxa" w:w="3610"/>
            <w:gridSpan w:val="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4" name="Picture 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4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324" w:right="32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5" name="Picture 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6" name="Picture 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meat </w:t>
            </w:r>
          </w:p>
        </w:tc>
        <w:tc>
          <w:tcPr>
            <w:tcW w:type="dxa" w:w="218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38" w:right="2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肉</w:t>
            </w:r>
          </w:p>
        </w:tc>
        <w:tc>
          <w:tcPr>
            <w:tcW w:type="dxa" w:w="284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24" w:right="32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7" name="Picture 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8" name="Picture 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10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9" name="Picture 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610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0" name="Picture 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24" w:right="32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1" name="Picture 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2" name="Picture 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73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64" w:right="16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China </w:t>
            </w:r>
          </w:p>
        </w:tc>
        <w:tc>
          <w:tcPr>
            <w:tcW w:type="dxa" w:w="187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66" w:right="6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中国</w:t>
            </w:r>
          </w:p>
        </w:tc>
        <w:tc>
          <w:tcPr>
            <w:tcW w:type="dxa" w:w="284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324" w:right="32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3" name="Picture 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4" name="Picture 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10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5" name="Picture 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610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6" name="Picture 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24" w:right="32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7" name="Picture 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8" name="Picture 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8" w:right="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slow </w:t>
            </w:r>
          </w:p>
        </w:tc>
        <w:tc>
          <w:tcPr>
            <w:tcW w:type="dxa" w:w="218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慢的</w:t>
            </w:r>
          </w:p>
        </w:tc>
        <w:tc>
          <w:tcPr>
            <w:tcW w:type="dxa" w:w="284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24" w:right="32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9" name="Picture 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0" name="Picture 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610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1" name="Picture 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610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2" name="Picture 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24" w:right="32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3" name="Picture 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4" name="Picture 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208" w:right="20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yet </w:t>
            </w:r>
          </w:p>
        </w:tc>
        <w:tc>
          <w:tcPr>
            <w:tcW w:type="dxa" w:w="218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2" w:right="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还</w:t>
            </w:r>
          </w:p>
        </w:tc>
        <w:tc>
          <w:tcPr>
            <w:tcW w:type="dxa" w:w="284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324" w:right="32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5" name="Picture 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6" name="Picture 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10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7" name="Picture 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610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8" name="Picture 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24" w:right="32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9" name="Picture 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0" name="Picture 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97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problem </w:t>
            </w:r>
          </w:p>
        </w:tc>
        <w:tc>
          <w:tcPr>
            <w:tcW w:type="dxa" w:w="16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问题，难题</w:t>
            </w:r>
          </w:p>
        </w:tc>
        <w:tc>
          <w:tcPr>
            <w:tcW w:type="dxa" w:w="284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24" w:right="32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1" name="Picture 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2" name="Picture 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10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3" name="Picture 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610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4" name="Picture 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24" w:right="32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5" name="Picture 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6" name="Picture 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34"/>
        </w:trPr>
        <w:tc>
          <w:tcPr>
            <w:tcW w:type="dxa" w:w="1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58" w:right="5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hear </w:t>
            </w:r>
          </w:p>
        </w:tc>
        <w:tc>
          <w:tcPr>
            <w:tcW w:type="dxa" w:w="218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72" w:right="17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听到</w:t>
            </w:r>
          </w:p>
        </w:tc>
        <w:tc>
          <w:tcPr>
            <w:tcW w:type="dxa" w:w="284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32" w:after="0"/>
              <w:ind w:left="324" w:right="324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7" name="Picture 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3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8" name="Picture 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092"/>
        </w:trPr>
        <w:tc>
          <w:tcPr>
            <w:tcW w:type="dxa" w:w="3610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98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9" name="Picture 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7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502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9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接力版（三年级起点）</w:t>
            </w:r>
          </w:p>
        </w:tc>
      </w:tr>
      <w:tr>
        <w:trPr>
          <w:trHeight w:hRule="exact" w:val="1504"/>
        </w:trPr>
        <w:tc>
          <w:tcPr>
            <w:tcW w:type="dxa" w:w="3502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0" name="Picture 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4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432" w:right="4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1" name="Picture 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2" name="Picture 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4" w:right="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garden </w:t>
            </w:r>
          </w:p>
        </w:tc>
        <w:tc>
          <w:tcPr>
            <w:tcW w:type="dxa" w:w="18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16" w:right="2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花园</w:t>
            </w:r>
          </w:p>
        </w:tc>
        <w:tc>
          <w:tcPr>
            <w:tcW w:type="dxa" w:w="294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32" w:right="4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3" name="Picture 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4" name="Picture 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5" name="Picture 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6" name="Picture 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32" w:right="4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7" name="Picture 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8" name="Picture 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23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interesting </w:t>
            </w:r>
          </w:p>
        </w:tc>
        <w:tc>
          <w:tcPr>
            <w:tcW w:type="dxa" w:w="12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有趣的</w:t>
            </w:r>
          </w:p>
        </w:tc>
        <w:tc>
          <w:tcPr>
            <w:tcW w:type="dxa" w:w="294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32" w:right="4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9" name="Picture 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0" name="Picture 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1" name="Picture 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2" name="Picture 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32" w:right="4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3" name="Picture 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4" name="Picture 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64" w:right="6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month </w:t>
            </w:r>
          </w:p>
        </w:tc>
        <w:tc>
          <w:tcPr>
            <w:tcW w:type="dxa" w:w="18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66" w:right="16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月，月份</w:t>
            </w:r>
          </w:p>
        </w:tc>
        <w:tc>
          <w:tcPr>
            <w:tcW w:type="dxa" w:w="294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32" w:right="4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5" name="Picture 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6" name="Picture 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5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7" name="Picture 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8" name="Picture 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32" w:right="4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9" name="Picture 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0" name="Picture 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14" w:right="2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letter </w:t>
            </w:r>
          </w:p>
        </w:tc>
        <w:tc>
          <w:tcPr>
            <w:tcW w:type="dxa" w:w="18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6" w:right="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信</w:t>
            </w:r>
          </w:p>
        </w:tc>
        <w:tc>
          <w:tcPr>
            <w:tcW w:type="dxa" w:w="294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32" w:right="4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1" name="Picture 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2" name="Picture 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5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3" name="Picture 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4" name="Picture 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32" w:right="4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5" name="Picture 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6" name="Picture 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14" w:right="2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other </w:t>
            </w:r>
          </w:p>
        </w:tc>
        <w:tc>
          <w:tcPr>
            <w:tcW w:type="dxa" w:w="181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6" w:right="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其他的</w:t>
            </w:r>
          </w:p>
        </w:tc>
        <w:tc>
          <w:tcPr>
            <w:tcW w:type="dxa" w:w="294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32" w:right="4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7" name="Picture 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8" name="Picture 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9" name="Picture 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1000"/>
        </w:trPr>
        <w:tc>
          <w:tcPr>
            <w:tcW w:type="dxa" w:w="35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0" name="Picture 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32" w:right="4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1" name="Picture 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2" name="Picture 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0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03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94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中英文连线</w:t>
                  </w:r>
                </w:p>
              </w:tc>
              <w:tc>
                <w:tcPr>
                  <w:tcW w:type="dxa" w:w="46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用直线或序号将单词的中英文相连</w:t>
                  </w:r>
                </w:p>
              </w:tc>
              <w:tc>
                <w:tcPr>
                  <w:tcW w:type="dxa" w:w="20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6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3" name="Picture 183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12" w:lineRule="exact" w:before="542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8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20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25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接力版（三年级起点）</w:t>
            </w:r>
          </w:p>
        </w:tc>
      </w:tr>
      <w:tr>
        <w:trPr>
          <w:trHeight w:hRule="exact" w:val="15952"/>
        </w:trPr>
        <w:tc>
          <w:tcPr>
            <w:tcW w:type="dxa" w:w="4204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41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candle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lantern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festival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mooncake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high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fast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stop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with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lesson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luck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well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runny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medicine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cold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fever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evening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headache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cute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meat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China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slow</w:t>
            </w:r>
          </w:p>
        </w:tc>
        <w:tc>
          <w:tcPr>
            <w:tcW w:type="dxa" w:w="6256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48" w:after="0"/>
              <w:ind w:left="2268" w:right="226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(1) 蜡烛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8" w:right="226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(2) 灯笼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8" w:right="226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(3) 节日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8" w:right="226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(4) 月饼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(5) 她（宾格）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8" w:right="226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(6) 高的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068" w:right="2068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(7) 快的，迅速的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8" w:right="226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(8) 车站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068" w:right="2068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(9) 和……在一起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8" w:right="226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(10) 课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88" w:right="2188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(11) 运气，幸运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8" w:right="226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(12) 好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8" w:right="226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(13) 流鼻涕的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8" w:right="226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(14) 药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8" w:right="226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(15) 感冒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88" w:right="2188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(16) 发烧，发热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8" w:right="226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(17) 傍晚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8" w:right="226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(18) 头痛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748" w:right="748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(19) 可爱的，聪明的，伶俐的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8" w:right="226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(20) 肉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8" w:right="226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(21) 中国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8" w:right="226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(22) 慢的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9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22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24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接力版（三年级起点）</w:t>
            </w:r>
          </w:p>
        </w:tc>
      </w:tr>
      <w:tr>
        <w:trPr>
          <w:trHeight w:hRule="exact" w:val="5914"/>
        </w:trPr>
        <w:tc>
          <w:tcPr>
            <w:tcW w:type="dxa" w:w="422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41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yet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problem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hear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garden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interesting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month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letter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other</w:t>
            </w:r>
          </w:p>
        </w:tc>
        <w:tc>
          <w:tcPr>
            <w:tcW w:type="dxa" w:w="624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48" w:after="0"/>
              <w:ind w:left="2252" w:right="225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(23) 还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(24) 问题，难题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52" w:right="225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(25) 听到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52" w:right="225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(26) 花园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52" w:right="225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(27) 有趣的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52" w:right="225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(28) 月，月份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52" w:right="225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(29) 信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52" w:right="225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(30) 其他的</w:t>
            </w:r>
          </w:p>
        </w:tc>
      </w:tr>
    </w:tbl>
    <w:p>
      <w:pPr>
        <w:autoSpaceDN w:val="0"/>
        <w:autoSpaceDE w:val="0"/>
        <w:widowControl/>
        <w:spacing w:line="19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04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字母顺序打乱</w:t>
                  </w:r>
                </w:p>
              </w:tc>
              <w:tc>
                <w:tcPr>
                  <w:tcW w:type="dxa" w:w="398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选出正确字母顺序的单词</w:t>
                  </w:r>
                </w:p>
              </w:tc>
              <w:tc>
                <w:tcPr>
                  <w:tcW w:type="dxa" w:w="23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4" name="Picture 184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496"/>
        </w:trPr>
        <w:tc>
          <w:tcPr>
            <w:tcW w:type="dxa" w:w="23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cleadn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330" w:right="3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candle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nedcla</w:t>
            </w:r>
          </w:p>
        </w:tc>
        <w:tc>
          <w:tcPr>
            <w:tcW w:type="dxa" w:w="43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44" w:after="0"/>
              <w:ind w:left="330" w:right="3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蜡烛</w:t>
            </w:r>
          </w:p>
        </w:tc>
      </w:tr>
      <w:tr>
        <w:trPr>
          <w:trHeight w:hRule="exact" w:val="520"/>
        </w:trPr>
        <w:tc>
          <w:tcPr>
            <w:tcW w:type="dxa" w:w="23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tnenral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30" w:right="3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lantern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ntraeln</w:t>
            </w:r>
          </w:p>
        </w:tc>
        <w:tc>
          <w:tcPr>
            <w:tcW w:type="dxa" w:w="43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0" w:right="3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灯笼</w:t>
            </w:r>
          </w:p>
        </w:tc>
      </w:tr>
      <w:tr>
        <w:trPr>
          <w:trHeight w:hRule="exact" w:val="516"/>
        </w:trPr>
        <w:tc>
          <w:tcPr>
            <w:tcW w:type="dxa" w:w="23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etiafvsl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0" w:right="3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ftviasle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festival</w:t>
            </w:r>
          </w:p>
        </w:tc>
        <w:tc>
          <w:tcPr>
            <w:tcW w:type="dxa" w:w="43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30" w:right="3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节日</w:t>
            </w:r>
          </w:p>
        </w:tc>
      </w:tr>
      <w:tr>
        <w:trPr>
          <w:trHeight w:hRule="exact" w:val="518"/>
        </w:trPr>
        <w:tc>
          <w:tcPr>
            <w:tcW w:type="dxa" w:w="23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28" w:right="32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mooncake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ocoaknem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kmaocneo</w:t>
            </w:r>
          </w:p>
        </w:tc>
        <w:tc>
          <w:tcPr>
            <w:tcW w:type="dxa" w:w="43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0" w:right="3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月饼</w:t>
            </w:r>
          </w:p>
        </w:tc>
      </w:tr>
      <w:tr>
        <w:trPr>
          <w:trHeight w:hRule="exact" w:val="516"/>
        </w:trPr>
        <w:tc>
          <w:tcPr>
            <w:tcW w:type="dxa" w:w="23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rhe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0" w:right="3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hre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her</w:t>
            </w:r>
          </w:p>
        </w:tc>
        <w:tc>
          <w:tcPr>
            <w:tcW w:type="dxa" w:w="43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30" w:right="3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她（宾格）</w:t>
            </w:r>
          </w:p>
        </w:tc>
      </w:tr>
      <w:tr>
        <w:trPr>
          <w:trHeight w:hRule="exact" w:val="518"/>
        </w:trPr>
        <w:tc>
          <w:tcPr>
            <w:tcW w:type="dxa" w:w="23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high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30" w:right="3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hhgi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hihg</w:t>
            </w:r>
          </w:p>
        </w:tc>
        <w:tc>
          <w:tcPr>
            <w:tcW w:type="dxa" w:w="43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0" w:right="3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高的</w:t>
            </w:r>
          </w:p>
        </w:tc>
      </w:tr>
      <w:tr>
        <w:trPr>
          <w:trHeight w:hRule="exact" w:val="518"/>
        </w:trPr>
        <w:tc>
          <w:tcPr>
            <w:tcW w:type="dxa" w:w="23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tfsa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30" w:right="3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fast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tasf</w:t>
            </w:r>
          </w:p>
        </w:tc>
        <w:tc>
          <w:tcPr>
            <w:tcW w:type="dxa" w:w="43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0" w:right="3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快的，迅速的</w:t>
            </w:r>
          </w:p>
        </w:tc>
      </w:tr>
      <w:tr>
        <w:trPr>
          <w:trHeight w:hRule="exact" w:val="516"/>
        </w:trPr>
        <w:tc>
          <w:tcPr>
            <w:tcW w:type="dxa" w:w="23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tosp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0" w:right="3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tpso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stop</w:t>
            </w:r>
          </w:p>
        </w:tc>
        <w:tc>
          <w:tcPr>
            <w:tcW w:type="dxa" w:w="43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0" w:right="3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车站</w:t>
            </w:r>
          </w:p>
        </w:tc>
      </w:tr>
      <w:tr>
        <w:trPr>
          <w:trHeight w:hRule="exact" w:val="520"/>
        </w:trPr>
        <w:tc>
          <w:tcPr>
            <w:tcW w:type="dxa" w:w="23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with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30" w:right="3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hitw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iwht</w:t>
            </w:r>
          </w:p>
        </w:tc>
        <w:tc>
          <w:tcPr>
            <w:tcW w:type="dxa" w:w="43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0" w:right="3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和……在一起</w:t>
            </w:r>
          </w:p>
        </w:tc>
      </w:tr>
      <w:tr>
        <w:trPr>
          <w:trHeight w:hRule="exact" w:val="516"/>
        </w:trPr>
        <w:tc>
          <w:tcPr>
            <w:tcW w:type="dxa" w:w="23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lesson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0" w:right="3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oslnes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selsno</w:t>
            </w:r>
          </w:p>
        </w:tc>
        <w:tc>
          <w:tcPr>
            <w:tcW w:type="dxa" w:w="43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30" w:right="3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课</w:t>
            </w:r>
          </w:p>
        </w:tc>
      </w:tr>
      <w:tr>
        <w:trPr>
          <w:trHeight w:hRule="exact" w:val="518"/>
        </w:trPr>
        <w:tc>
          <w:tcPr>
            <w:tcW w:type="dxa" w:w="23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uclk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0" w:right="3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luck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ulkc</w:t>
            </w:r>
          </w:p>
        </w:tc>
        <w:tc>
          <w:tcPr>
            <w:tcW w:type="dxa" w:w="43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0" w:right="3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运气，幸运</w:t>
            </w:r>
          </w:p>
        </w:tc>
      </w:tr>
      <w:tr>
        <w:trPr>
          <w:trHeight w:hRule="exact" w:val="516"/>
        </w:trPr>
        <w:tc>
          <w:tcPr>
            <w:tcW w:type="dxa" w:w="23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well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0" w:right="3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ewll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llwe</w:t>
            </w:r>
          </w:p>
        </w:tc>
        <w:tc>
          <w:tcPr>
            <w:tcW w:type="dxa" w:w="43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30" w:right="3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好</w:t>
            </w:r>
          </w:p>
        </w:tc>
      </w:tr>
      <w:tr>
        <w:trPr>
          <w:trHeight w:hRule="exact" w:val="518"/>
        </w:trPr>
        <w:tc>
          <w:tcPr>
            <w:tcW w:type="dxa" w:w="23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nnuyr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30" w:right="3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runny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urnny</w:t>
            </w:r>
          </w:p>
        </w:tc>
        <w:tc>
          <w:tcPr>
            <w:tcW w:type="dxa" w:w="43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0" w:right="3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流鼻涕的</w:t>
            </w:r>
          </w:p>
        </w:tc>
      </w:tr>
      <w:tr>
        <w:trPr>
          <w:trHeight w:hRule="exact" w:val="518"/>
        </w:trPr>
        <w:tc>
          <w:tcPr>
            <w:tcW w:type="dxa" w:w="23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62" w:right="46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medicine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0" w:right="3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cmdiiene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encdieim</w:t>
            </w:r>
          </w:p>
        </w:tc>
        <w:tc>
          <w:tcPr>
            <w:tcW w:type="dxa" w:w="43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30" w:right="3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药</w:t>
            </w:r>
          </w:p>
        </w:tc>
      </w:tr>
      <w:tr>
        <w:trPr>
          <w:trHeight w:hRule="exact" w:val="518"/>
        </w:trPr>
        <w:tc>
          <w:tcPr>
            <w:tcW w:type="dxa" w:w="23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cold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0" w:right="3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locd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dclo</w:t>
            </w:r>
          </w:p>
        </w:tc>
        <w:tc>
          <w:tcPr>
            <w:tcW w:type="dxa" w:w="437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30" w:right="3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感冒</w:t>
            </w:r>
          </w:p>
        </w:tc>
      </w:tr>
      <w:tr>
        <w:trPr>
          <w:trHeight w:hRule="exact" w:val="1332"/>
        </w:trPr>
        <w:tc>
          <w:tcPr>
            <w:tcW w:type="dxa" w:w="230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fvere</w:t>
            </w:r>
          </w:p>
        </w:tc>
        <w:tc>
          <w:tcPr>
            <w:tcW w:type="dxa" w:w="18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30" w:right="3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fever</w:t>
            </w:r>
          </w:p>
        </w:tc>
        <w:tc>
          <w:tcPr>
            <w:tcW w:type="dxa" w:w="18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28" w:right="32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eerfv</w:t>
            </w:r>
          </w:p>
        </w:tc>
        <w:tc>
          <w:tcPr>
            <w:tcW w:type="dxa" w:w="437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30" w:right="33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发烧，发热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10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338"/>
        </w:trPr>
        <w:tc>
          <w:tcPr>
            <w:tcW w:type="dxa" w:w="231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18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8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36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接力版（三年级起点）</w:t>
            </w:r>
          </w:p>
        </w:tc>
      </w:tr>
      <w:tr>
        <w:trPr>
          <w:trHeight w:hRule="exact" w:val="790"/>
        </w:trPr>
        <w:tc>
          <w:tcPr>
            <w:tcW w:type="dxa" w:w="231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628" w:right="62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eigenvn</w:t>
            </w:r>
          </w:p>
        </w:tc>
        <w:tc>
          <w:tcPr>
            <w:tcW w:type="dxa" w:w="189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iengevn</w:t>
            </w:r>
          </w:p>
        </w:tc>
        <w:tc>
          <w:tcPr>
            <w:tcW w:type="dxa" w:w="189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evening</w:t>
            </w:r>
          </w:p>
        </w:tc>
        <w:tc>
          <w:tcPr>
            <w:tcW w:type="dxa" w:w="436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32" w:after="0"/>
              <w:ind w:left="314" w:right="3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傍晚</w:t>
            </w:r>
          </w:p>
        </w:tc>
      </w:tr>
      <w:tr>
        <w:trPr>
          <w:trHeight w:hRule="exact" w:val="520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462" w:right="46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aahhedce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daachehe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headache</w:t>
            </w:r>
          </w:p>
        </w:tc>
        <w:tc>
          <w:tcPr>
            <w:tcW w:type="dxa" w:w="4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4" w:right="3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头痛</w:t>
            </w:r>
          </w:p>
        </w:tc>
      </w:tr>
      <w:tr>
        <w:trPr>
          <w:trHeight w:hRule="exact" w:val="516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cute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utec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uetc</w:t>
            </w:r>
          </w:p>
        </w:tc>
        <w:tc>
          <w:tcPr>
            <w:tcW w:type="dxa" w:w="4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14" w:right="3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可爱的，聪明的，伶俐的</w:t>
            </w:r>
          </w:p>
        </w:tc>
      </w:tr>
      <w:tr>
        <w:trPr>
          <w:trHeight w:hRule="exact" w:val="518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tmea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meta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meat</w:t>
            </w:r>
          </w:p>
        </w:tc>
        <w:tc>
          <w:tcPr>
            <w:tcW w:type="dxa" w:w="4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4" w:right="3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肉</w:t>
            </w:r>
          </w:p>
        </w:tc>
      </w:tr>
      <w:tr>
        <w:trPr>
          <w:trHeight w:hRule="exact" w:val="518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naiCh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iaCnh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China</w:t>
            </w:r>
          </w:p>
        </w:tc>
        <w:tc>
          <w:tcPr>
            <w:tcW w:type="dxa" w:w="4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4" w:right="3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中国</w:t>
            </w:r>
          </w:p>
        </w:tc>
      </w:tr>
      <w:tr>
        <w:trPr>
          <w:trHeight w:hRule="exact" w:val="516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slow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olsw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lsow</w:t>
            </w:r>
          </w:p>
        </w:tc>
        <w:tc>
          <w:tcPr>
            <w:tcW w:type="dxa" w:w="4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14" w:right="3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慢的</w:t>
            </w:r>
          </w:p>
        </w:tc>
      </w:tr>
      <w:tr>
        <w:trPr>
          <w:trHeight w:hRule="exact" w:val="518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tey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eyt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yet</w:t>
            </w:r>
          </w:p>
        </w:tc>
        <w:tc>
          <w:tcPr>
            <w:tcW w:type="dxa" w:w="4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4" w:right="3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还</w:t>
            </w:r>
          </w:p>
        </w:tc>
      </w:tr>
      <w:tr>
        <w:trPr>
          <w:trHeight w:hRule="exact" w:val="518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78" w:right="57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rlmepbo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problem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lbmpoer</w:t>
            </w:r>
          </w:p>
        </w:tc>
        <w:tc>
          <w:tcPr>
            <w:tcW w:type="dxa" w:w="4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4" w:right="3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问题，难题</w:t>
            </w:r>
          </w:p>
        </w:tc>
      </w:tr>
      <w:tr>
        <w:trPr>
          <w:trHeight w:hRule="exact" w:val="516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arhe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hear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eahr</w:t>
            </w:r>
          </w:p>
        </w:tc>
        <w:tc>
          <w:tcPr>
            <w:tcW w:type="dxa" w:w="4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14" w:right="3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听到</w:t>
            </w:r>
          </w:p>
        </w:tc>
      </w:tr>
      <w:tr>
        <w:trPr>
          <w:trHeight w:hRule="exact" w:val="518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dgnare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garden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ndager</w:t>
            </w:r>
          </w:p>
        </w:tc>
        <w:tc>
          <w:tcPr>
            <w:tcW w:type="dxa" w:w="4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4" w:right="3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花园</w:t>
            </w:r>
          </w:p>
        </w:tc>
      </w:tr>
      <w:tr>
        <w:trPr>
          <w:trHeight w:hRule="exact" w:val="516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interesting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etregtninis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ettinsnrgie</w:t>
            </w:r>
          </w:p>
        </w:tc>
        <w:tc>
          <w:tcPr>
            <w:tcW w:type="dxa" w:w="4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4" w:right="3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有趣的</w:t>
            </w:r>
          </w:p>
        </w:tc>
      </w:tr>
      <w:tr>
        <w:trPr>
          <w:trHeight w:hRule="exact" w:val="520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month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htmon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othnm</w:t>
            </w:r>
          </w:p>
        </w:tc>
        <w:tc>
          <w:tcPr>
            <w:tcW w:type="dxa" w:w="4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4" w:right="3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月，月份</w:t>
            </w:r>
          </w:p>
        </w:tc>
      </w:tr>
      <w:tr>
        <w:trPr>
          <w:trHeight w:hRule="exact" w:val="516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letter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erettl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rttele</w:t>
            </w:r>
          </w:p>
        </w:tc>
        <w:tc>
          <w:tcPr>
            <w:tcW w:type="dxa" w:w="4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14" w:right="3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信</w:t>
            </w:r>
          </w:p>
        </w:tc>
      </w:tr>
      <w:tr>
        <w:trPr>
          <w:trHeight w:hRule="exact" w:val="604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rehto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other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rothe</w:t>
            </w:r>
          </w:p>
        </w:tc>
        <w:tc>
          <w:tcPr>
            <w:tcW w:type="dxa" w:w="43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4" w:right="3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其他的</w:t>
            </w:r>
          </w:p>
        </w:tc>
      </w:tr>
    </w:tbl>
    <w:p>
      <w:pPr>
        <w:autoSpaceDN w:val="0"/>
        <w:autoSpaceDE w:val="0"/>
        <w:widowControl/>
        <w:spacing w:line="14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05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单词填空</w:t>
                  </w:r>
                </w:p>
              </w:tc>
              <w:tc>
                <w:tcPr>
                  <w:tcW w:type="dxa" w:w="42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填写单词所缺的2个字母</w:t>
                  </w:r>
                </w:p>
              </w:tc>
              <w:tc>
                <w:tcPr>
                  <w:tcW w:type="dxa" w:w="27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5" name="Picture 185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228"/>
        </w:trPr>
        <w:tc>
          <w:tcPr>
            <w:tcW w:type="dxa" w:w="463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ndle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蜡烛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ival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节日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她（宾格）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快的，迅速的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和……在一起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运气，幸运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流鼻涕的</w:t>
            </w:r>
          </w:p>
        </w:tc>
        <w:tc>
          <w:tcPr>
            <w:tcW w:type="dxa" w:w="582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926" w:right="92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lan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灯笼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26" w:right="92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cake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月饼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26" w:right="92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高的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26" w:right="92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车站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26" w:right="92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课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176" w:right="1176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好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176" w:right="1176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edici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药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51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26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接力版（三年级起点）</w:t>
            </w:r>
          </w:p>
        </w:tc>
      </w:tr>
      <w:tr>
        <w:trPr>
          <w:trHeight w:hRule="exact" w:val="8248"/>
        </w:trPr>
        <w:tc>
          <w:tcPr>
            <w:tcW w:type="dxa" w:w="519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感冒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eveni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傍晚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368" w:right="36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可爱的，聪明的，伶俐的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中国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还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听到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nterestin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有趣的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let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信</w:t>
            </w:r>
          </w:p>
        </w:tc>
        <w:tc>
          <w:tcPr>
            <w:tcW w:type="dxa" w:w="526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ve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发烧，发热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heada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头痛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肉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94" w:right="99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ow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慢的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probl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问题，难题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gar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花园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月，月份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370" w:right="3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oth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其他的</w:t>
            </w:r>
          </w:p>
        </w:tc>
      </w:tr>
    </w:tbl>
    <w:p>
      <w:pPr>
        <w:autoSpaceDN w:val="0"/>
        <w:autoSpaceDE w:val="0"/>
        <w:widowControl/>
        <w:spacing w:line="2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06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看中文写英文</w:t>
                  </w:r>
                </w:p>
              </w:tc>
              <w:tc>
                <w:tcPr>
                  <w:tcW w:type="dxa" w:w="42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在空白处写出对应的英文单词</w:t>
                  </w:r>
                </w:p>
              </w:tc>
              <w:tc>
                <w:tcPr>
                  <w:tcW w:type="dxa" w:w="21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6" name="Picture 186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2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924"/>
        </w:trPr>
        <w:tc>
          <w:tcPr>
            <w:tcW w:type="dxa" w:w="48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7" name="Picture 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蜡烛 </w:t>
            </w:r>
          </w:p>
        </w:tc>
        <w:tc>
          <w:tcPr>
            <w:tcW w:type="dxa" w:w="25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8" name="Picture 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22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灯笼 </w:t>
            </w:r>
          </w:p>
        </w:tc>
      </w:tr>
      <w:tr>
        <w:trPr>
          <w:trHeight w:hRule="exact" w:val="1000"/>
        </w:trPr>
        <w:tc>
          <w:tcPr>
            <w:tcW w:type="dxa" w:w="48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9" name="Picture 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节日 </w:t>
            </w:r>
          </w:p>
        </w:tc>
        <w:tc>
          <w:tcPr>
            <w:tcW w:type="dxa" w:w="25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0" name="Picture 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月饼 </w:t>
            </w:r>
          </w:p>
        </w:tc>
      </w:tr>
      <w:tr>
        <w:trPr>
          <w:trHeight w:hRule="exact" w:val="1000"/>
        </w:trPr>
        <w:tc>
          <w:tcPr>
            <w:tcW w:type="dxa" w:w="48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1" name="Picture 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她（宾格） </w:t>
            </w:r>
          </w:p>
        </w:tc>
        <w:tc>
          <w:tcPr>
            <w:tcW w:type="dxa" w:w="25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2" name="Picture 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高的 </w:t>
            </w:r>
          </w:p>
        </w:tc>
      </w:tr>
      <w:tr>
        <w:trPr>
          <w:trHeight w:hRule="exact" w:val="1000"/>
        </w:trPr>
        <w:tc>
          <w:tcPr>
            <w:tcW w:type="dxa" w:w="48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3" name="Picture 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快的，迅速的 </w:t>
            </w:r>
          </w:p>
        </w:tc>
        <w:tc>
          <w:tcPr>
            <w:tcW w:type="dxa" w:w="25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4" name="Picture 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车站 </w:t>
            </w:r>
          </w:p>
        </w:tc>
      </w:tr>
      <w:tr>
        <w:trPr>
          <w:trHeight w:hRule="exact" w:val="1000"/>
        </w:trPr>
        <w:tc>
          <w:tcPr>
            <w:tcW w:type="dxa" w:w="48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5" name="Picture 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和……在一起 </w:t>
            </w:r>
          </w:p>
        </w:tc>
        <w:tc>
          <w:tcPr>
            <w:tcW w:type="dxa" w:w="25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6" name="Picture 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课 </w:t>
            </w:r>
          </w:p>
        </w:tc>
      </w:tr>
      <w:tr>
        <w:trPr>
          <w:trHeight w:hRule="exact" w:val="1662"/>
        </w:trPr>
        <w:tc>
          <w:tcPr>
            <w:tcW w:type="dxa" w:w="483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7" name="Picture 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运气，幸运 </w:t>
            </w:r>
          </w:p>
        </w:tc>
        <w:tc>
          <w:tcPr>
            <w:tcW w:type="dxa" w:w="255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8" name="Picture 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好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543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195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07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接力版（三年级起点）</w:t>
            </w:r>
          </w:p>
        </w:tc>
      </w:tr>
      <w:tr>
        <w:trPr>
          <w:trHeight w:hRule="exact" w:val="1306"/>
        </w:trPr>
        <w:tc>
          <w:tcPr>
            <w:tcW w:type="dxa" w:w="543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9" name="Picture 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流鼻涕的 </w:t>
            </w:r>
          </w:p>
        </w:tc>
        <w:tc>
          <w:tcPr>
            <w:tcW w:type="dxa" w:w="195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0" name="Picture 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药 </w:t>
            </w:r>
          </w:p>
        </w:tc>
      </w:tr>
      <w:tr>
        <w:trPr>
          <w:trHeight w:hRule="exact" w:val="1000"/>
        </w:trPr>
        <w:tc>
          <w:tcPr>
            <w:tcW w:type="dxa" w:w="54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1" name="Picture 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感冒 </w:t>
            </w:r>
          </w:p>
        </w:tc>
        <w:tc>
          <w:tcPr>
            <w:tcW w:type="dxa" w:w="1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2" name="Picture 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发烧，发热 </w:t>
            </w:r>
          </w:p>
        </w:tc>
      </w:tr>
      <w:tr>
        <w:trPr>
          <w:trHeight w:hRule="exact" w:val="1000"/>
        </w:trPr>
        <w:tc>
          <w:tcPr>
            <w:tcW w:type="dxa" w:w="54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3" name="Picture 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傍晚 </w:t>
            </w:r>
          </w:p>
        </w:tc>
        <w:tc>
          <w:tcPr>
            <w:tcW w:type="dxa" w:w="1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4" name="Picture 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头痛 </w:t>
            </w:r>
          </w:p>
        </w:tc>
      </w:tr>
      <w:tr>
        <w:trPr>
          <w:trHeight w:hRule="exact" w:val="1000"/>
        </w:trPr>
        <w:tc>
          <w:tcPr>
            <w:tcW w:type="dxa" w:w="54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132" w:right="132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5" name="Picture 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可爱的，聪明的，伶俐的 </w:t>
            </w:r>
          </w:p>
        </w:tc>
        <w:tc>
          <w:tcPr>
            <w:tcW w:type="dxa" w:w="1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6" name="Picture 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肉 </w:t>
            </w:r>
          </w:p>
        </w:tc>
      </w:tr>
      <w:tr>
        <w:trPr>
          <w:trHeight w:hRule="exact" w:val="1000"/>
        </w:trPr>
        <w:tc>
          <w:tcPr>
            <w:tcW w:type="dxa" w:w="54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7" name="Picture 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中国 </w:t>
            </w:r>
          </w:p>
        </w:tc>
        <w:tc>
          <w:tcPr>
            <w:tcW w:type="dxa" w:w="1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8" name="Picture 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慢的 </w:t>
            </w:r>
          </w:p>
        </w:tc>
      </w:tr>
      <w:tr>
        <w:trPr>
          <w:trHeight w:hRule="exact" w:val="1000"/>
        </w:trPr>
        <w:tc>
          <w:tcPr>
            <w:tcW w:type="dxa" w:w="54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9" name="Picture 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还 </w:t>
            </w:r>
          </w:p>
        </w:tc>
        <w:tc>
          <w:tcPr>
            <w:tcW w:type="dxa" w:w="1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0" name="Picture 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问题，难题 </w:t>
            </w:r>
          </w:p>
        </w:tc>
      </w:tr>
      <w:tr>
        <w:trPr>
          <w:trHeight w:hRule="exact" w:val="1000"/>
        </w:trPr>
        <w:tc>
          <w:tcPr>
            <w:tcW w:type="dxa" w:w="54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1" name="Picture 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听到 </w:t>
            </w:r>
          </w:p>
        </w:tc>
        <w:tc>
          <w:tcPr>
            <w:tcW w:type="dxa" w:w="1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2" name="Picture 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花园 </w:t>
            </w:r>
          </w:p>
        </w:tc>
      </w:tr>
      <w:tr>
        <w:trPr>
          <w:trHeight w:hRule="exact" w:val="1000"/>
        </w:trPr>
        <w:tc>
          <w:tcPr>
            <w:tcW w:type="dxa" w:w="543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3" name="Picture 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有趣的 </w:t>
            </w:r>
          </w:p>
        </w:tc>
        <w:tc>
          <w:tcPr>
            <w:tcW w:type="dxa" w:w="1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4" name="Picture 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月，月份 </w:t>
            </w:r>
          </w:p>
        </w:tc>
      </w:tr>
      <w:tr>
        <w:trPr>
          <w:trHeight w:hRule="exact" w:val="7646"/>
        </w:trPr>
        <w:tc>
          <w:tcPr>
            <w:tcW w:type="dxa" w:w="543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5" name="Picture 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信 </w:t>
            </w:r>
          </w:p>
        </w:tc>
        <w:tc>
          <w:tcPr>
            <w:tcW w:type="dxa" w:w="195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6" name="Picture 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7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其他的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13</w:t>
      </w:r>
    </w:p>
    <w:sectPr w:rsidR="00FC693F" w:rsidRPr="0006063C" w:rsidSect="00034616">
      <w:pgSz w:w="11900" w:h="16840"/>
      <w:pgMar w:top="76" w:right="694" w:bottom="70" w:left="71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