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山地城市平面交叉口左转待行区建模及应用</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随着城市交通拥堵加剧,平面交叉口是城市路网的重要节点,需着重强化,左转交通流是影响交叉口运行效率的重要因素,持续优化左转待行区设置是提升效率的主要手段之一。山地城市平面交叉口条件有限,左转待行区设置更需精细化考虑。为了准确、科学地构建山地城市左转待行区样本,</w:t>
        <w:br/>
        <w:t>本文利用无人机高空视频采集优势,选取了多个典型山地城市平面交叉口开展左转车辆轨迹行为研究,主要从基于交叉口几何特性的待行区模型构建、基于无人机高空视频的左转微观轨迹资料的待行区模型构建、基于遗传算法的左转待行区交叉口信号配时优化等几方面进行探讨,具体如下:(1)归纳总结了左转待行区设置的方法与条件,并考量了左转车流的运行特性。(2)基于交叉口几何特性的理论待行区样本构建。</w:t>
      </w:r>
    </w:p>
    <w:p>
      <w:pPr>
        <w:spacing w:line="360" w:lineRule="auto"/>
        <w:ind w:firstLine="480"/>
        <w:jc w:val="left"/>
      </w:pPr>
      <w:r>
        <w:rPr>
          <w:rFonts w:ascii="宋体" w:hAnsi="宋体" w:eastAsia="宋体"/>
          <w:sz w:val="24"/>
        </w:rPr>
        <w:br/>
        <w:t>本文针对目前左转待行区相关探讨未考虑山地城市车道窄、坡度大、部分交叉口畸形等几何特点的局限,为了明晰在实际应用中待行区“是否设置”、“如何设置”的问题,</w:t>
        <w:br/>
        <w:t>本文利用左转排队长度分析探讨了待行区是否设置的边界条件及待行区需要设置时的最短设置长度;基于冲突分析法明确了待行区设置安全间距,构建了左转待行区长度设置区间模型;结合仿真提炼出不同坡度下左转车辆利用冲突点时间变化特征,提出了当道路纵坡坡度超过-5%时对样本的修正方法;探讨了畸形交叉口、中央隔离带及车道属性对待行区设置影响。进一步地，(3)基于车辆实际运行轨迹的待行区模型构建。</w:t>
      </w:r>
    </w:p>
    <w:p>
      <w:pPr>
        <w:spacing w:line="360" w:lineRule="auto"/>
        <w:ind w:firstLine="480"/>
        <w:jc w:val="left"/>
      </w:pPr>
      <w:r>
        <w:rPr>
          <w:rFonts w:ascii="宋体" w:hAnsi="宋体" w:eastAsia="宋体"/>
          <w:sz w:val="24"/>
        </w:rPr>
        <w:br/>
        <w:t>本文首先通过无人机高空视频拍摄及数据处理工作,获取了一批具有山地城市特色的交叉口左转车流轨迹数据,利用轨迹特性分析与相关函数拟合考量,确定了单相指数衰减函数为车辆左转轨迹基本函数原型;然后通过交叉口几何特性,确定了起点、讫点、冲突限制点三个约束条件,对左转轨迹函数原型进行了标定,构建了以交叉口几何参数为自变量的车辆左转轨迹的函数样本;基于曲线线形识别法,确定了交叉口车辆左转轨迹由两段缓和曲线组成,根据缓和曲线公式,构建了关于左转待行区长度与半径的分段函数模型。(4)基于遗传算法的左转待行区交叉口信号配时途径研究。</w:t>
        <w:br/>
        <w:t>本文针对前面章节构建的左转待行区样本,修正了HCM手册中的通行能力计算公式,并构建了以通行能力最大、平均延误最小、平均停车次数最少为目标,相位绿灯时间、信号周期为寻优参数的多目标求最优解模型,利用遗传算法求得最优解,并结合实际案例开展了验证。</w:t>
      </w:r>
    </w:p>
    <w:p>
      <w:pPr>
        <w:spacing w:line="360" w:lineRule="auto"/>
        <w:ind w:firstLine="480"/>
        <w:jc w:val="left"/>
      </w:pPr>
      <w:r>
        <w:rPr>
          <w:rFonts w:ascii="宋体" w:hAnsi="宋体" w:eastAsia="宋体"/>
          <w:sz w:val="24"/>
        </w:rPr>
        <w:t>为实现城市精细化管控、大幅提高城市交叉口运行效率和安全水平提供支撑。基于此，最后,结合实例计算出了理论待行区样本和实际待行区样本的待行区长度,建立了VISSIM仿真模型,仿真运行结果显示理论待行区样本计算的待行区长度相较于现状待行区长度,平均每车延误下降了29.5%;实际待行区模型计算的待行区长度相较于理论待行区模型计算的待行区长度,平均每车延误下降了11.2%。</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2766940"/>
            <wp:docPr id="1" name="Picture 1"/>
            <wp:cNvGraphicFramePr>
              <a:graphicFrameLocks noChangeAspect="1"/>
            </wp:cNvGraphicFramePr>
            <a:graphic>
              <a:graphicData uri="http://schemas.openxmlformats.org/drawingml/2006/picture">
                <pic:pic>
                  <pic:nvPicPr>
                    <pic:cNvPr id="0" name="Snipaste_2025-10-17_11-32-32.png"/>
                    <pic:cNvPicPr/>
                  </pic:nvPicPr>
                  <pic:blipFill>
                    <a:blip r:embed="rId9"/>
                    <a:stretch>
                      <a:fillRect/>
                    </a:stretch>
                  </pic:blipFill>
                  <pic:spPr>
                    <a:xfrm>
                      <a:off x="0" y="0"/>
                      <a:ext cx="4572000" cy="27669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212563"/>
            <wp:docPr id="2" name="Picture 2"/>
            <wp:cNvGraphicFramePr>
              <a:graphicFrameLocks noChangeAspect="1"/>
            </wp:cNvGraphicFramePr>
            <a:graphic>
              <a:graphicData uri="http://schemas.openxmlformats.org/drawingml/2006/picture">
                <pic:pic>
                  <pic:nvPicPr>
                    <pic:cNvPr id="0" name="Snipaste_2025-10-17_11-21-38.png"/>
                    <pic:cNvPicPr/>
                  </pic:nvPicPr>
                  <pic:blipFill>
                    <a:blip r:embed="rId10"/>
                    <a:stretch>
                      <a:fillRect/>
                    </a:stretch>
                  </pic:blipFill>
                  <pic:spPr>
                    <a:xfrm>
                      <a:off x="0" y="0"/>
                      <a:ext cx="4572000" cy="3212563"/>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87645"/>
            <wp:docPr id="3" name="Picture 3"/>
            <wp:cNvGraphicFramePr>
              <a:graphicFrameLocks noChangeAspect="1"/>
            </wp:cNvGraphicFramePr>
            <a:graphic>
              <a:graphicData uri="http://schemas.openxmlformats.org/drawingml/2006/picture">
                <pic:pic>
                  <pic:nvPicPr>
                    <pic:cNvPr id="0" name="Snipaste_2025-10-17_11-22-17.png"/>
                    <pic:cNvPicPr/>
                  </pic:nvPicPr>
                  <pic:blipFill>
                    <a:blip r:embed="rId11"/>
                    <a:stretch>
                      <a:fillRect/>
                    </a:stretch>
                  </pic:blipFill>
                  <pic:spPr>
                    <a:xfrm>
                      <a:off x="0" y="0"/>
                      <a:ext cx="4572000" cy="2187645"/>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799090"/>
            <wp:docPr id="4" name="Picture 4"/>
            <wp:cNvGraphicFramePr>
              <a:graphicFrameLocks noChangeAspect="1"/>
            </wp:cNvGraphicFramePr>
            <a:graphic>
              <a:graphicData uri="http://schemas.openxmlformats.org/drawingml/2006/picture">
                <pic:pic>
                  <pic:nvPicPr>
                    <pic:cNvPr id="0" name="Snipaste_2025-10-17_11-25-19.png"/>
                    <pic:cNvPicPr/>
                  </pic:nvPicPr>
                  <pic:blipFill>
                    <a:blip r:embed="rId12"/>
                    <a:stretch>
                      <a:fillRect/>
                    </a:stretch>
                  </pic:blipFill>
                  <pic:spPr>
                    <a:xfrm>
                      <a:off x="0" y="0"/>
                      <a:ext cx="4572000" cy="179909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531240"/>
            <wp:docPr id="5" name="Picture 5"/>
            <wp:cNvGraphicFramePr>
              <a:graphicFrameLocks noChangeAspect="1"/>
            </wp:cNvGraphicFramePr>
            <a:graphic>
              <a:graphicData uri="http://schemas.openxmlformats.org/drawingml/2006/picture">
                <pic:pic>
                  <pic:nvPicPr>
                    <pic:cNvPr id="0" name="Snipaste_2025-10-17_11-22-22.png"/>
                    <pic:cNvPicPr/>
                  </pic:nvPicPr>
                  <pic:blipFill>
                    <a:blip r:embed="rId13"/>
                    <a:stretch>
                      <a:fillRect/>
                    </a:stretch>
                  </pic:blipFill>
                  <pic:spPr>
                    <a:xfrm>
                      <a:off x="0" y="0"/>
                      <a:ext cx="4572000" cy="15312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708400"/>
            <wp:docPr id="6" name="Picture 6"/>
            <wp:cNvGraphicFramePr>
              <a:graphicFrameLocks noChangeAspect="1"/>
            </wp:cNvGraphicFramePr>
            <a:graphic>
              <a:graphicData uri="http://schemas.openxmlformats.org/drawingml/2006/picture">
                <pic:pic>
                  <pic:nvPicPr>
                    <pic:cNvPr id="0" name="Snipaste_2025-10-17_11-31-29.png"/>
                    <pic:cNvPicPr/>
                  </pic:nvPicPr>
                  <pic:blipFill>
                    <a:blip r:embed="rId14"/>
                    <a:stretch>
                      <a:fillRect/>
                    </a:stretch>
                  </pic:blipFill>
                  <pic:spPr>
                    <a:xfrm>
                      <a:off x="0" y="0"/>
                      <a:ext cx="4572000" cy="3708400"/>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import heapq</w:t>
        <w:br/>
        <w:t>from collections import defaultdict</w:t>
        <w:br/>
        <w:br/>
        <w:t>class RoadNetwork:</w:t>
        <w:br/>
        <w:t xml:space="preserve">    def __init__(self):</w:t>
        <w:br/>
        <w:t xml:space="preserve">        self.nodes = {}</w:t>
        <w:br/>
        <w:t xml:space="preserve">        self.edges = defaultdict(list)</w:t>
        <w:br/>
        <w:t xml:space="preserve">        self.traffic_conditions = {}</w:t>
        <w:br/>
        <w:t xml:space="preserve">        </w:t>
        <w:br/>
        <w:t xml:space="preserve">    def add_node(self, node_id, x, y):</w:t>
        <w:br/>
        <w:t xml:space="preserve">        self.nodes[node_id] = {'x': x, 'y': y}</w:t>
        <w:br/>
        <w:t xml:space="preserve">        </w:t>
        <w:br/>
        <w:t xml:space="preserve">    def add_edge(self, from_node, to_node, distance, capacity, free_flow_time):</w:t>
        <w:br/>
        <w:t xml:space="preserve">        self.edges[from_node].append({</w:t>
        <w:br/>
        <w:t xml:space="preserve">            'to': to_node,</w:t>
        <w:br/>
        <w:t xml:space="preserve">            'distance': distance,</w:t>
        <w:br/>
        <w:t xml:space="preserve">            'capacity': capacity,</w:t>
        <w:br/>
        <w:t xml:space="preserve">            'free_flow_time': free_flow_time</w:t>
        <w:br/>
        <w:t xml:space="preserve">        })</w:t>
        <w:br/>
        <w:t xml:space="preserve">        </w:t>
        <w:br/>
        <w:t xml:space="preserve">    def update_travel_time(self, from_node, to_node, current_volume):</w:t>
        <w:br/>
        <w:t xml:space="preserve">        for edge in self.edges[from_node]:</w:t>
        <w:br/>
        <w:t xml:space="preserve">            if edge['to'] == to_node:</w:t>
        <w:br/>
        <w:t xml:space="preserve">                t0 = edge['free_flow_time']</w:t>
        <w:br/>
        <w:t xml:space="preserve">                capacity = edge['capacity']</w:t>
        <w:br/>
        <w:t xml:space="preserve">                alpha = 0.15</w:t>
        <w:br/>
        <w:t xml:space="preserve">                beta = 4</w:t>
        <w:br/>
        <w:t xml:space="preserve">                </w:t>
        <w:br/>
        <w:t xml:space="preserve">                if current_volume &lt; capacity:</w:t>
        <w:br/>
        <w:t xml:space="preserve">                    travel_time = t0 * (1 + alpha * (current_volume / capacity) ** beta)</w:t>
        <w:br/>
        <w:t xml:space="preserve">                else:</w:t>
        <w:br/>
        <w:t xml:space="preserve">                    travel_time = t0 * 10</w:t>
        <w:br/>
        <w:t xml:space="preserve">                </w:t>
        <w:br/>
        <w:t xml:space="preserve">                self.traffic_conditions[(from_node, to_node)] = travel_time</w:t>
        <w:br/>
        <w:t xml:space="preserve">                return travel_time</w:t>
        <w:br/>
        <w:t xml:space="preserve">        return float('inf')</w:t>
        <w:br/>
        <w:t xml:space="preserve">    </w:t>
        <w:br/>
        <w:t xml:space="preserve">    def dijkstra(self, start, end):</w:t>
        <w:br/>
        <w:t xml:space="preserve">        distances = {node: float('inf') for node in self.nodes}</w:t>
        <w:br/>
        <w:t xml:space="preserve">        distances[start] = 0</w:t>
        <w:br/>
        <w:t xml:space="preserve">        previous = {}</w:t>
        <w:br/>
        <w:t xml:space="preserve">        pq = [(0, start)]</w:t>
        <w:br/>
        <w:t xml:space="preserve">        visited = set()</w:t>
        <w:br/>
        <w:t xml:space="preserve">        </w:t>
        <w:br/>
        <w:t xml:space="preserve">        while pq:</w:t>
        <w:br/>
        <w:t xml:space="preserve">            current_dist, current = heapq.heappop(pq)</w:t>
        <w:br/>
        <w:t xml:space="preserve">            </w:t>
        <w:br/>
        <w:t xml:space="preserve">            if current in visited:</w:t>
        <w:br/>
        <w:t xml:space="preserve">                continue</w:t>
        <w:br/>
        <w:t xml:space="preserve">            visited.add(current)</w:t>
        <w:br/>
        <w:t xml:space="preserve">            </w:t>
        <w:br/>
        <w:t xml:space="preserve">            if current == end:</w:t>
        <w:br/>
        <w:t xml:space="preserve">                break</w:t>
        <w:br/>
        <w:t xml:space="preserve">            </w:t>
        <w:br/>
        <w:t xml:space="preserve">            for edge in self.edges[current]:</w:t>
        <w:br/>
        <w:t xml:space="preserve">                neighbor = edge['to']</w:t>
        <w:br/>
        <w:t xml:space="preserve">                weight = self.traffic_conditions.get((current, neighbor), edge['free_flow_time'])</w:t>
        <w:br/>
        <w:t xml:space="preserve">                distance = current_dist + weight</w:t>
        <w:br/>
        <w:t xml:space="preserve">                </w:t>
        <w:br/>
        <w:t xml:space="preserve">                if distance &lt; distances[neighbor]:</w:t>
        <w:br/>
        <w:t xml:space="preserve">                    distances[neighbor] = distance</w:t>
        <w:br/>
        <w:t xml:space="preserve">                    previous[neighbor] = current</w:t>
        <w:br/>
        <w:t xml:space="preserve">                    heapq.heappush(pq, (distance, neighbor))</w:t>
        <w:br/>
        <w:t xml:space="preserve">        </w:t>
        <w:br/>
        <w:t xml:space="preserve">        path = []</w:t>
        <w:br/>
        <w:t xml:space="preserve">        current = end</w:t>
        <w:br/>
        <w:t xml:space="preserve">        while current in previous:</w:t>
        <w:br/>
        <w:t xml:space="preserve">            path.append(current)</w:t>
        <w:br/>
        <w:t xml:space="preserve">            current = previous[current]</w:t>
        <w:br/>
        <w:t xml:space="preserve">        path.append(start)</w:t>
        <w:br/>
        <w:t xml:space="preserve">        path.reverse()</w:t>
        <w:br/>
        <w:t xml:space="preserve">        </w:t>
        <w:br/>
        <w:t xml:space="preserve">        return path, distances[end]</w:t>
        <w:br/>
        <w:t xml:space="preserve">    </w:t>
        <w:br/>
        <w:t xml:space="preserve">    def astar(self, start, end):</w:t>
        <w:br/>
        <w:t xml:space="preserve">        def heuristic(node1, node2):</w:t>
        <w:br/>
        <w:t xml:space="preserve">            x1, y1 = self.nodes[node1]['x'], self.nodes[node1]['y']</w:t>
        <w:br/>
        <w:t xml:space="preserve">            x2, y2 = self.nodes[node2]['x'], self.nodes[node2]['y']</w:t>
        <w:br/>
        <w:t xml:space="preserve">            return np.sqrt((x2 - x1)**2 + (y2 - y1)**2)</w:t>
        <w:br/>
        <w:t xml:space="preserve">        </w:t>
        <w:br/>
        <w:t xml:space="preserve">        open_set = [(0, start)]</w:t>
        <w:br/>
        <w:t xml:space="preserve">        came_from = {}</w:t>
        <w:br/>
        <w:t xml:space="preserve">        g_score = {node: float('inf') for node in self.nodes}</w:t>
        <w:br/>
        <w:t xml:space="preserve">        g_score[start] = 0</w:t>
        <w:br/>
        <w:t xml:space="preserve">        f_score = {node: float('inf') for node in self.nodes}</w:t>
        <w:br/>
        <w:t xml:space="preserve">        f_score[start] = heuristic(start, end)</w:t>
        <w:br/>
        <w:t xml:space="preserve">        </w:t>
        <w:br/>
        <w:t xml:space="preserve">        while open_set:</w:t>
        <w:br/>
        <w:t xml:space="preserve">            current_f, current = heapq.heappop(open_set)</w:t>
        <w:br/>
        <w:t xml:space="preserve">            </w:t>
        <w:br/>
        <w:t xml:space="preserve">            if current == end:</w:t>
        <w:br/>
        <w:t xml:space="preserve">                path = []</w:t>
        <w:br/>
        <w:t xml:space="preserve">                while current in came_from:</w:t>
        <w:br/>
        <w:t xml:space="preserve">                    path.append(current)</w:t>
        <w:br/>
        <w:t xml:space="preserve">                    current = came_from[current]</w:t>
        <w:br/>
        <w:t xml:space="preserve">                path.append(start)</w:t>
        <w:br/>
        <w:t xml:space="preserve">                path.reverse()</w:t>
        <w:br/>
        <w:t xml:space="preserve">                return path, g_score[end]</w:t>
        <w:br/>
        <w:t xml:space="preserve">            </w:t>
        <w:br/>
        <w:t xml:space="preserve">            for edge in self.edges[current]:</w:t>
        <w:br/>
        <w:t xml:space="preserve">                neighbor = edge['to']</w:t>
        <w:br/>
        <w:t xml:space="preserve">                tentative_g = g_score[current] + self.traffic_conditions.get(</w:t>
        <w:br/>
        <w:t xml:space="preserve">                    (current, neighbor), edge['free_flow_time'])</w:t>
        <w:br/>
        <w:t xml:space="preserve">                </w:t>
        <w:br/>
        <w:t xml:space="preserve">                if tentative_g &lt; g_score[neighbor]:</w:t>
        <w:br/>
        <w:t xml:space="preserve">                    came_from[neighbor] = current</w:t>
        <w:br/>
        <w:t xml:space="preserve">                    g_score[neighbor] = tentative_g</w:t>
        <w:br/>
        <w:t xml:space="preserve">                    f_score[neighbor] = g_score[neighbor] + heuristic(neighbor, end)</w:t>
        <w:br/>
        <w:t xml:space="preserve">                    heapq.heappush(open_set, (f_score[neighbor], neighbor))</w:t>
        <w:br/>
        <w:t xml:space="preserve">        </w:t>
        <w:br/>
        <w:t xml:space="preserve">        return [], float('inf')</w:t>
        <w:br/>
        <w:br/>
        <w:t>def k_shortest_paths(network, start, end, k=3):</w:t>
        <w:br/>
        <w:t xml:space="preserve">    paths = []</w:t>
        <w:br/>
        <w:t xml:space="preserve">    </w:t>
        <w:br/>
        <w:t xml:space="preserve">    path, cost = network.dijkstra(start, end)</w:t>
        <w:br/>
        <w:t xml:space="preserve">    if path:</w:t>
        <w:br/>
        <w:t xml:space="preserve">        paths.append((path, cost))</w:t>
        <w:br/>
        <w:t xml:space="preserve">    </w:t>
        <w:br/>
        <w:t xml:space="preserve">    for i in range(k - 1):</w:t>
        <w:br/>
        <w:t xml:space="preserve">        if not paths:</w:t>
        <w:br/>
        <w:t xml:space="preserve">            break</w:t>
        <w:br/>
        <w:t xml:space="preserve">        </w:t>
        <w:br/>
        <w:t xml:space="preserve">        last_path, _ = paths[-1]</w:t>
        <w:br/>
        <w:t xml:space="preserve">        </w:t>
        <w:br/>
        <w:t xml:space="preserve">        temp_network = RoadNetwork()</w:t>
        <w:br/>
        <w:t xml:space="preserve">        temp_network.nodes = network.nodes.copy()</w:t>
        <w:br/>
        <w:t xml:space="preserve">        temp_network.edges = defaultdict(list)</w:t>
        <w:br/>
        <w:t xml:space="preserve">        </w:t>
        <w:br/>
        <w:t xml:space="preserve">        for node, edges in network.edges.items():</w:t>
        <w:br/>
        <w:t xml:space="preserve">            if node not in last_path[:-1]:</w:t>
        <w:br/>
        <w:t xml:space="preserve">                temp_network.edges[node] = edges.copy()</w:t>
        <w:br/>
        <w:t xml:space="preserve">        </w:t>
        <w:br/>
        <w:t xml:space="preserve">        path, cost = temp_network.dijkstra(start, end)</w:t>
        <w:br/>
        <w:t xml:space="preserve">        if path and path not in [p for p, c in paths]:</w:t>
        <w:br/>
        <w:t xml:space="preserve">            paths.append((path, cost))</w:t>
        <w:br/>
        <w:t xml:space="preserve">    </w:t>
        <w:br/>
        <w:t xml:space="preserve">    return paths</w:t>
        <w:br/>
        <w:br/>
        <w:t>def dynamic_routing(network, start, end, departure_time, time_steps=60):</w:t>
        <w:br/>
        <w:t xml:space="preserve">    current_time = departure_time</w:t>
        <w:br/>
        <w:t xml:space="preserve">    current_position = start</w:t>
        <w:br/>
        <w:t xml:space="preserve">    path = [start]</w:t>
        <w:br/>
        <w:t xml:space="preserve">    total_time = 0</w:t>
        <w:br/>
        <w:t xml:space="preserve">    </w:t>
        <w:br/>
        <w:t xml:space="preserve">    for step in range(time_steps):</w:t>
        <w:br/>
        <w:t xml:space="preserve">        if current_position == end:</w:t>
        <w:br/>
        <w:t xml:space="preserve">            break</w:t>
        <w:br/>
        <w:t xml:space="preserve">        </w:t>
        <w:br/>
        <w:t xml:space="preserve">        for edge in network.edges[current_position]:</w:t>
        <w:br/>
        <w:t xml:space="preserve">            volume = np.random.randint(200, 800)</w:t>
        <w:br/>
        <w:t xml:space="preserve">            network.update_travel_time(current_position, edge['to'], volume)</w:t>
        <w:br/>
        <w:t xml:space="preserve">        </w:t>
        <w:br/>
        <w:t xml:space="preserve">        remaining_path, cost = network.dijkstra(current_position, end)</w:t>
        <w:br/>
        <w:t xml:space="preserve">        </w:t>
        <w:br/>
        <w:t xml:space="preserve">        if len(remaining_path) &gt; 1:</w:t>
        <w:br/>
        <w:t xml:space="preserve">            next_node = remaining_path[1]</w:t>
        <w:br/>
        <w:t xml:space="preserve">            travel_time = network.traffic_conditions.get(</w:t>
        <w:br/>
        <w:t xml:space="preserve">                (current_position, next_node), </w:t>
        <w:br/>
        <w:t xml:space="preserve">                [e['free_flow_time'] for e in network.edges[current_position] </w:t>
        <w:br/>
        <w:t xml:space="preserve">                 if e['to'] == next_node][0]</w:t>
        <w:br/>
        <w:t xml:space="preserve">            )</w:t>
        <w:br/>
        <w:t xml:space="preserve">            </w:t>
        <w:br/>
        <w:t xml:space="preserve">            path.append(next_node)</w:t>
        <w:br/>
        <w:t xml:space="preserve">            total_time += travel_time</w:t>
        <w:br/>
        <w:t xml:space="preserve">            current_position = next_node</w:t>
        <w:br/>
        <w:t xml:space="preserve">            current_time += travel_time</w:t>
        <w:br/>
        <w:t xml:space="preserve">    </w:t>
        <w:br/>
        <w:t xml:space="preserve">    return path, total_time</w:t>
        <w:br/>
        <w:br/>
        <w:t>def multimodal_routing(origin, destination, modes=['car', 'bus', 'metro']):</w:t>
        <w:br/>
        <w:t xml:space="preserve">    routes = {}</w:t>
        <w:br/>
        <w:t xml:space="preserve">    </w:t>
        <w:br/>
        <w:t xml:space="preserve">    for mode in modes:</w:t>
        <w:br/>
        <w:t xml:space="preserve">        if mode == 'car':</w:t>
        <w:br/>
        <w:t xml:space="preserve">            time = np.random.uniform(20, 40)</w:t>
        <w:br/>
        <w:t xml:space="preserve">            cost = np.random.uniform(10, 20)</w:t>
        <w:br/>
        <w:t xml:space="preserve">            comfort = 8</w:t>
        <w:br/>
        <w:t xml:space="preserve">        elif mode == 'bus':</w:t>
        <w:br/>
        <w:t xml:space="preserve">            time = np.random.uniform(30, 60)</w:t>
        <w:br/>
        <w:t xml:space="preserve">            cost = np.random.uniform(2, 5)</w:t>
        <w:br/>
        <w:t xml:space="preserve">            comfort = 6</w:t>
        <w:br/>
        <w:t xml:space="preserve">        else:</w:t>
        <w:br/>
        <w:t xml:space="preserve">            time = np.random.uniform(15, 30)</w:t>
        <w:br/>
        <w:t xml:space="preserve">            cost = np.random.uniform(3, 8)</w:t>
        <w:br/>
        <w:t xml:space="preserve">            comfort = 7</w:t>
        <w:br/>
        <w:t xml:space="preserve">        </w:t>
        <w:br/>
        <w:t xml:space="preserve">        routes[mode] = {</w:t>
        <w:br/>
        <w:t xml:space="preserve">            'time': time,</w:t>
        <w:br/>
        <w:t xml:space="preserve">            'cost': cost,</w:t>
        <w:br/>
        <w:t xml:space="preserve">            'comfort': comfort,</w:t>
        <w:br/>
        <w:t xml:space="preserve">            'score': 0.4 * (60 - time) + 0.3 * (20 - cost) + 0.3 * comfort</w:t>
        <w:br/>
        <w:t xml:space="preserve">        }</w:t>
        <w:br/>
        <w:t xml:space="preserve">    </w:t>
        <w:br/>
        <w:t xml:space="preserve">    best_mode = max(routes, key=lambda m: routes[m]['score'])</w:t>
        <w:br/>
        <w:t xml:space="preserve">    return best_mode, routes</w:t>
        <w:br/>
        <w:br/>
        <w:t>def real_time_rerouting(current_path, incident_location, network):</w:t>
        <w:br/>
        <w:t xml:space="preserve">    if incident_location not in current_path:</w:t>
        <w:br/>
        <w:t xml:space="preserve">        return current_path, False</w:t>
        <w:br/>
        <w:t xml:space="preserve">    </w:t>
        <w:br/>
        <w:t xml:space="preserve">    incident_index = current_path.index(incident_location)</w:t>
        <w:br/>
        <w:t xml:space="preserve">    </w:t>
        <w:br/>
        <w:t xml:space="preserve">    if incident_index == 0:</w:t>
        <w:br/>
        <w:t xml:space="preserve">        return current_path, False</w:t>
        <w:br/>
        <w:t xml:space="preserve">    </w:t>
        <w:br/>
        <w:t xml:space="preserve">    reroute_start = current_path[incident_index - 1]</w:t>
        <w:br/>
        <w:t xml:space="preserve">    destination = current_path[-1]</w:t>
        <w:br/>
        <w:t xml:space="preserve">    </w:t>
        <w:br/>
        <w:t xml:space="preserve">    for edge in network.edges[reroute_start]:</w:t>
        <w:br/>
        <w:t xml:space="preserve">        if edge['to'] == incident_location:</w:t>
        <w:br/>
        <w:t xml:space="preserve">            network.traffic_conditions[(reroute_start, incident_location)] = float('inf')</w:t>
        <w:br/>
        <w:t xml:space="preserve">    </w:t>
        <w:br/>
        <w:t xml:space="preserve">    new_segment, cost = network.dijkstra(reroute_start, destination)</w:t>
        <w:br/>
        <w:t xml:space="preserve">    </w:t>
        <w:br/>
        <w:t xml:space="preserve">    if new_segment:</w:t>
        <w:br/>
        <w:t xml:space="preserve">        new_path = current_path[:incident_index] + new_segment[1:]</w:t>
        <w:br/>
        <w:t xml:space="preserve">        return new_path, True</w:t>
        <w:br/>
        <w:t xml:space="preserve">    </w:t>
        <w:br/>
        <w:t xml:space="preserve">    return current_path, False</w:t>
        <w:br/>
        <w:br/>
        <w:t>def main():</w:t>
        <w:br/>
        <w:t xml:space="preserve">    network = RoadNetwork()</w:t>
        <w:br/>
        <w:t xml:space="preserve">    </w:t>
        <w:br/>
        <w:t xml:space="preserve">    for i in range(10):</w:t>
        <w:br/>
        <w:t xml:space="preserve">        x = np.random.randint(0, 100)</w:t>
        <w:br/>
        <w:t xml:space="preserve">        y = np.random.randint(0, 100)</w:t>
        <w:br/>
        <w:t xml:space="preserve">        network.add_node(i, x, y)</w:t>
        <w:br/>
        <w:t xml:space="preserve">    </w:t>
        <w:br/>
        <w:t xml:space="preserve">    for i in range(9):</w:t>
        <w:br/>
        <w:t xml:space="preserve">        network.add_edge(i, i+1, 10, 2000, 5)</w:t>
        <w:br/>
        <w:t xml:space="preserve">        if i &lt; 8:</w:t>
        <w:br/>
        <w:t xml:space="preserve">            network.add_edge(i, i+2, 15, 1500, 8)</w:t>
        <w:br/>
        <w:t xml:space="preserve">    </w:t>
        <w:br/>
        <w:t xml:space="preserve">    for i in range(8):</w:t>
        <w:br/>
        <w:t xml:space="preserve">        volume = np.random.randint(500, 1500)</w:t>
        <w:br/>
        <w:t xml:space="preserve">        network.update_travel_time(i, i+1, volume)</w:t>
        <w:br/>
        <w:t xml:space="preserve">    </w:t>
        <w:br/>
        <w:t xml:space="preserve">    start_node = 0</w:t>
        <w:br/>
        <w:t xml:space="preserve">    end_node = 9</w:t>
        <w:br/>
        <w:t xml:space="preserve">    </w:t>
        <w:br/>
        <w:t xml:space="preserve">    path_dijkstra, time_dijkstra = network.dijkstra(start_node, end_node)</w:t>
        <w:br/>
        <w:t xml:space="preserve">    print("Dijkstra Path:", path_dijkstra)</w:t>
        <w:br/>
        <w:t xml:space="preserve">    print(f"Travel Time: {time_dijkstra:.2f} minutes")</w:t>
        <w:br/>
        <w:t xml:space="preserve">    </w:t>
        <w:br/>
        <w:t xml:space="preserve">    path_astar, time_astar = network.astar(start_node, end_node)</w:t>
        <w:br/>
        <w:t xml:space="preserve">    print("\nA* Path:", path_astar)</w:t>
        <w:br/>
        <w:t xml:space="preserve">    print(f"Travel Time: {time_astar:.2f} minutes")</w:t>
        <w:br/>
        <w:t xml:space="preserve">    </w:t>
        <w:br/>
        <w:t xml:space="preserve">    k_paths = k_shortest_paths(network, start_node, end_node, k=3)</w:t>
        <w:br/>
        <w:t xml:space="preserve">    print(f"\nTop 3 Shortest Paths:")</w:t>
        <w:br/>
        <w:t xml:space="preserve">    for i, (path, cost) in enumerate(k_paths, 1):</w:t>
        <w:br/>
        <w:t xml:space="preserve">        print(f"Path {i}: {path}, Cost: {cost:.2f}")</w:t>
        <w:br/>
        <w:t xml:space="preserve">    </w:t>
        <w:br/>
        <w:t xml:space="preserve">    dynamic_path, dynamic_time = dynamic_routing(network, start_node, end_node, 0)</w:t>
        <w:br/>
        <w:t xml:space="preserve">    print(f"\nDynamic Routing Path: {dynamic_path}")</w:t>
        <w:br/>
        <w:t xml:space="preserve">    print(f"Total Time: {dynamic_time:.2f} minutes")</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