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冀教版（一年级起点）</w:t>
            </w:r>
          </w:p>
        </w:tc>
      </w:tr>
    </w:tbl>
    <w:p>
      <w:pPr>
        <w:autoSpaceDN w:val="0"/>
        <w:autoSpaceDE w:val="0"/>
        <w:widowControl/>
        <w:spacing w:line="25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348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218" w:right="218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单词表总结和背单词练习</w:t>
            </w:r>
          </w:p>
        </w:tc>
      </w:tr>
      <w:tr>
        <w:trPr>
          <w:trHeight w:hRule="exact" w:val="1468"/>
        </w:trPr>
        <w:tc>
          <w:tcPr>
            <w:tcW w:type="dxa" w:w="3480"/>
            <w:tcBorders>
              <w:top w:sz="5.599999904632568" w:val="single" w:color="#324C4C"/>
              <w:end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96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学期：二年级上学期</w:t>
            </w:r>
          </w:p>
          <w:p>
            <w:pPr>
              <w:autoSpaceDN w:val="0"/>
              <w:autoSpaceDE w:val="0"/>
              <w:widowControl/>
              <w:spacing w:line="422" w:lineRule="exact" w:before="22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版本：冀教版（一年级起点）</w:t>
            </w:r>
          </w:p>
        </w:tc>
      </w:tr>
    </w:tbl>
    <w:p>
      <w:pPr>
        <w:autoSpaceDN w:val="0"/>
        <w:autoSpaceDE w:val="0"/>
        <w:widowControl/>
        <w:spacing w:line="212" w:lineRule="exact" w:before="1132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冀教版（一年级起点）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01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3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单词表</w:t>
                  </w:r>
                </w:p>
              </w:tc>
              <w:tc>
                <w:tcPr>
                  <w:tcW w:type="dxa" w:w="37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按课文顺序</w:t>
                  </w:r>
                </w:p>
              </w:tc>
              <w:tc>
                <w:tcPr>
                  <w:tcW w:type="dxa" w:w="35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00" w:lineRule="exact" w:before="1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1 Welcome to School!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174"/>
        </w:trPr>
        <w:tc>
          <w:tcPr>
            <w:tcW w:type="dxa" w:w="329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door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门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new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新的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student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学生</w:t>
            </w:r>
          </w:p>
        </w:tc>
        <w:tc>
          <w:tcPr>
            <w:tcW w:type="dxa" w:w="642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640" w:right="16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可以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640" w:right="16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schoolbag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书包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640" w:right="16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under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在……下边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window </w:t>
      </w:r>
      <w:r>
        <w:rPr>
          <w:rFonts w:ascii="宋体" w:hAnsi="宋体" w:eastAsia="宋体"/>
          <w:b w:val="0"/>
          <w:i w:val="0"/>
          <w:color w:val="555D5D"/>
          <w:sz w:val="24"/>
        </w:rPr>
        <w:t>窗户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2 My Body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214"/>
        </w:trPr>
        <w:tc>
          <w:tcPr>
            <w:tcW w:type="dxa" w:w="336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arm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胳膊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drink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喝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脸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听，听见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mouth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嘴巴</w:t>
            </w:r>
          </w:p>
        </w:tc>
        <w:tc>
          <w:tcPr>
            <w:tcW w:type="dxa" w:w="635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576" w:right="157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body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身体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76" w:right="157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eye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眼睛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76" w:right="157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foot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脚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76" w:right="157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head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头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76" w:right="157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leg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腿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76" w:right="157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鼻子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smell </w:t>
      </w:r>
      <w:r>
        <w:rPr>
          <w:rFonts w:ascii="宋体" w:hAnsi="宋体" w:eastAsia="宋体"/>
          <w:b w:val="0"/>
          <w:i w:val="0"/>
          <w:color w:val="555D5D"/>
          <w:sz w:val="24"/>
        </w:rPr>
        <w:t>闻</w:t>
      </w:r>
    </w:p>
    <w:p>
      <w:pPr>
        <w:autoSpaceDN w:val="0"/>
        <w:autoSpaceDE w:val="0"/>
        <w:widowControl/>
        <w:spacing w:line="400" w:lineRule="exact" w:before="720" w:after="9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3 Fun with Numbers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316"/>
        </w:trPr>
        <w:tc>
          <w:tcPr>
            <w:tcW w:type="dxa" w:w="3374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banana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香蕉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eleven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fourteen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nineteen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十九</w:t>
            </w:r>
          </w:p>
        </w:tc>
        <w:tc>
          <w:tcPr>
            <w:tcW w:type="dxa" w:w="634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568" w:right="156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eighteen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68" w:right="156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fifteen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68" w:right="156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grape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葡萄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68" w:right="156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pear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梨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20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27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29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冀教版（一年级起点）</w:t>
            </w:r>
          </w:p>
        </w:tc>
      </w:tr>
      <w:tr>
        <w:trPr>
          <w:trHeight w:hRule="exact" w:val="1170"/>
        </w:trPr>
        <w:tc>
          <w:tcPr>
            <w:tcW w:type="dxa" w:w="420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4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seventeen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十七</w:t>
            </w:r>
          </w:p>
        </w:tc>
        <w:tc>
          <w:tcPr>
            <w:tcW w:type="dxa" w:w="327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4" w:after="0"/>
              <w:ind w:left="280" w:right="28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sixteen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十六</w:t>
            </w:r>
          </w:p>
        </w:tc>
        <w:tc>
          <w:tcPr>
            <w:tcW w:type="dxa" w:w="2978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760"/>
        </w:trPr>
        <w:tc>
          <w:tcPr>
            <w:tcW w:type="dxa" w:w="42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strawberry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草莓</w:t>
            </w:r>
          </w:p>
        </w:tc>
        <w:tc>
          <w:tcPr>
            <w:tcW w:type="dxa" w:w="327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214" w:right="2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thirteen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十三</w:t>
            </w:r>
          </w:p>
        </w:tc>
        <w:tc>
          <w:tcPr>
            <w:tcW w:type="dxa" w:w="3497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40"/>
        </w:trPr>
        <w:tc>
          <w:tcPr>
            <w:tcW w:type="dxa" w:w="42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twelve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十二</w:t>
            </w:r>
          </w:p>
        </w:tc>
        <w:tc>
          <w:tcPr>
            <w:tcW w:type="dxa" w:w="327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314" w:right="3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twenty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二十</w:t>
            </w:r>
          </w:p>
        </w:tc>
        <w:tc>
          <w:tcPr>
            <w:tcW w:type="dxa" w:w="3497"/>
            <w:vMerge/>
            <w:tcBorders>
              <w:top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400" w:lineRule="exact" w:before="36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4 My Clothes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694"/>
        </w:trPr>
        <w:tc>
          <w:tcPr>
            <w:tcW w:type="dxa" w:w="427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dress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pants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裤子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shoes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skirt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短裙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T-shirt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T恤衫</w:t>
            </w:r>
          </w:p>
        </w:tc>
        <w:tc>
          <w:tcPr>
            <w:tcW w:type="dxa" w:w="544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662" w:right="6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old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旧的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62" w:right="6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shirt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衬衫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62" w:right="6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shorts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短裤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62" w:right="6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socks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袜子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62" w:right="6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wash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洗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654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wear </w:t>
      </w:r>
      <w:r>
        <w:rPr>
          <w:rFonts w:ascii="宋体" w:hAnsi="宋体" w:eastAsia="宋体"/>
          <w:b w:val="0"/>
          <w:i w:val="0"/>
          <w:color w:val="555D5D"/>
          <w:sz w:val="24"/>
        </w:rPr>
        <w:t>穿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02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单词抄写</w:t>
                  </w:r>
                </w:p>
              </w:tc>
              <w:tc>
                <w:tcPr>
                  <w:tcW w:type="dxa" w:w="376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将单词抄写6遍</w:t>
                  </w:r>
                </w:p>
              </w:tc>
              <w:tc>
                <w:tcPr>
                  <w:tcW w:type="dxa" w:w="3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6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622"/>
        </w:trPr>
        <w:tc>
          <w:tcPr>
            <w:tcW w:type="dxa" w:w="15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2" w:right="1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May </w:t>
            </w:r>
          </w:p>
        </w:tc>
        <w:tc>
          <w:tcPr>
            <w:tcW w:type="dxa" w:w="18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8" w:after="0"/>
              <w:ind w:left="50" w:right="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可以</w:t>
            </w:r>
          </w:p>
        </w:tc>
        <w:tc>
          <w:tcPr>
            <w:tcW w:type="dxa" w:w="299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5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5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9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82" w:right="1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door </w:t>
            </w:r>
          </w:p>
        </w:tc>
        <w:tc>
          <w:tcPr>
            <w:tcW w:type="dxa" w:w="18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50" w:right="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门</w:t>
            </w:r>
          </w:p>
        </w:tc>
        <w:tc>
          <w:tcPr>
            <w:tcW w:type="dxa" w:w="299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5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5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" name="Picture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98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" name="Picture 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" name="Picture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386"/>
        </w:trPr>
        <w:tc>
          <w:tcPr>
            <w:tcW w:type="dxa" w:w="158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48" w:right="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under </w:t>
            </w:r>
          </w:p>
        </w:tc>
        <w:tc>
          <w:tcPr>
            <w:tcW w:type="dxa" w:w="186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在……下边</w:t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358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0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冀教版（一年级起点）</w:t>
            </w:r>
          </w:p>
        </w:tc>
      </w:tr>
      <w:tr>
        <w:trPr>
          <w:trHeight w:hRule="exact" w:val="1306"/>
        </w:trPr>
        <w:tc>
          <w:tcPr>
            <w:tcW w:type="dxa" w:w="3358"/>
            <w:gridSpan w:val="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" name="Picture 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576" w:right="57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" name="Picture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" name="Picture 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34"/>
        </w:trPr>
        <w:tc>
          <w:tcPr>
            <w:tcW w:type="dxa" w:w="335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" name="Picture 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76" w:right="57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9" name="Picture 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0" name="Picture 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64" w:right="6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window </w:t>
            </w:r>
          </w:p>
        </w:tc>
        <w:tc>
          <w:tcPr>
            <w:tcW w:type="dxa" w:w="147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66" w:right="16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窗户</w:t>
            </w:r>
          </w:p>
        </w:tc>
        <w:tc>
          <w:tcPr>
            <w:tcW w:type="dxa" w:w="309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76" w:right="57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1" name="Picture 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2" name="Picture 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5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3" name="Picture 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5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4" name="Picture 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76" w:right="57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5" name="Picture 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6" name="Picture 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74" w:right="7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new </w:t>
            </w:r>
          </w:p>
        </w:tc>
        <w:tc>
          <w:tcPr>
            <w:tcW w:type="dxa" w:w="193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56" w:right="1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新的</w:t>
            </w:r>
          </w:p>
        </w:tc>
        <w:tc>
          <w:tcPr>
            <w:tcW w:type="dxa" w:w="309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76" w:right="57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7" name="Picture 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8" name="Picture 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5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9" name="Picture 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5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0" name="Picture 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76" w:right="57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1" name="Picture 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2" name="Picture 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8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64" w:right="16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student </w:t>
            </w:r>
          </w:p>
        </w:tc>
        <w:tc>
          <w:tcPr>
            <w:tcW w:type="dxa" w:w="147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66" w:right="6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学生</w:t>
            </w:r>
          </w:p>
        </w:tc>
        <w:tc>
          <w:tcPr>
            <w:tcW w:type="dxa" w:w="309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76" w:right="57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3" name="Picture 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4" name="Picture 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35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5" name="Picture 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5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6" name="Picture 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76" w:right="57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7" name="Picture 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8" name="Picture 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218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schoolbag </w:t>
            </w:r>
          </w:p>
        </w:tc>
        <w:tc>
          <w:tcPr>
            <w:tcW w:type="dxa" w:w="11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书包</w:t>
            </w:r>
          </w:p>
        </w:tc>
        <w:tc>
          <w:tcPr>
            <w:tcW w:type="dxa" w:w="309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576" w:right="57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9" name="Picture 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0" name="Picture 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5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1" name="Picture 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5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2" name="Picture 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76" w:right="57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3" name="Picture 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4" name="Picture 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56" w:right="15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eye </w:t>
            </w:r>
          </w:p>
        </w:tc>
        <w:tc>
          <w:tcPr>
            <w:tcW w:type="dxa" w:w="193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74" w:right="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眼睛</w:t>
            </w:r>
          </w:p>
        </w:tc>
        <w:tc>
          <w:tcPr>
            <w:tcW w:type="dxa" w:w="309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76" w:right="57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5" name="Picture 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6" name="Picture 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5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7" name="Picture 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1660"/>
        </w:trPr>
        <w:tc>
          <w:tcPr>
            <w:tcW w:type="dxa" w:w="3358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8" name="Picture 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76" w:right="57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9" name="Picture 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0" name="Picture 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3248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20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冀教版（一年级起点）</w:t>
            </w:r>
          </w:p>
        </w:tc>
      </w:tr>
      <w:tr>
        <w:trPr>
          <w:trHeight w:hRule="exact" w:val="938"/>
        </w:trPr>
        <w:tc>
          <w:tcPr>
            <w:tcW w:type="dxa" w:w="147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132" w:right="1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foot </w:t>
            </w:r>
          </w:p>
        </w:tc>
        <w:tc>
          <w:tcPr>
            <w:tcW w:type="dxa" w:w="177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96" w:after="0"/>
              <w:ind w:left="98" w:right="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脚</w:t>
            </w:r>
          </w:p>
        </w:tc>
        <w:tc>
          <w:tcPr>
            <w:tcW w:type="dxa" w:w="3202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1" name="Picture 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2" name="Picture 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4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3" name="Picture 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623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4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4" name="Picture 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5" name="Picture 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6" name="Picture 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4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66" w:right="6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nose </w:t>
            </w:r>
          </w:p>
        </w:tc>
        <w:tc>
          <w:tcPr>
            <w:tcW w:type="dxa" w:w="17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66" w:right="16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鼻子</w:t>
            </w:r>
          </w:p>
        </w:tc>
        <w:tc>
          <w:tcPr>
            <w:tcW w:type="dxa" w:w="320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7" name="Picture 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8" name="Picture 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4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9" name="Picture 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4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0" name="Picture 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1" name="Picture 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2" name="Picture 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98" w:right="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hear </w:t>
            </w:r>
          </w:p>
        </w:tc>
        <w:tc>
          <w:tcPr>
            <w:tcW w:type="dxa" w:w="17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32" w:right="1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听，听见</w:t>
            </w:r>
          </w:p>
        </w:tc>
        <w:tc>
          <w:tcPr>
            <w:tcW w:type="dxa" w:w="320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3" name="Picture 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4" name="Picture 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24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5" name="Picture 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4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6" name="Picture 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7" name="Picture 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8" name="Picture 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drink </w:t>
            </w:r>
          </w:p>
        </w:tc>
        <w:tc>
          <w:tcPr>
            <w:tcW w:type="dxa" w:w="17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喝</w:t>
            </w:r>
          </w:p>
        </w:tc>
        <w:tc>
          <w:tcPr>
            <w:tcW w:type="dxa" w:w="320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9" name="Picture 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0" name="Picture 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4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1" name="Picture 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4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2" name="Picture 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3" name="Picture 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4" name="Picture 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48" w:right="2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ear </w:t>
            </w:r>
          </w:p>
        </w:tc>
        <w:tc>
          <w:tcPr>
            <w:tcW w:type="dxa" w:w="17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耳朵</w:t>
            </w:r>
          </w:p>
        </w:tc>
        <w:tc>
          <w:tcPr>
            <w:tcW w:type="dxa" w:w="320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5" name="Picture 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6" name="Picture 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4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7" name="Picture 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4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8" name="Picture 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9" name="Picture 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0" name="Picture 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32" w:right="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hand </w:t>
            </w:r>
          </w:p>
        </w:tc>
        <w:tc>
          <w:tcPr>
            <w:tcW w:type="dxa" w:w="17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98" w:right="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手</w:t>
            </w:r>
          </w:p>
        </w:tc>
        <w:tc>
          <w:tcPr>
            <w:tcW w:type="dxa" w:w="320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1" name="Picture 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2" name="Picture 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898"/>
        </w:trPr>
        <w:tc>
          <w:tcPr>
            <w:tcW w:type="dxa" w:w="324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3" name="Picture 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1128"/>
        </w:trPr>
        <w:tc>
          <w:tcPr>
            <w:tcW w:type="dxa" w:w="3248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4" name="Picture 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0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5" name="Picture 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6" name="Picture 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21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2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冀教版（一年级起点）</w:t>
            </w:r>
          </w:p>
        </w:tc>
      </w:tr>
      <w:tr>
        <w:trPr>
          <w:trHeight w:hRule="exact" w:val="1202"/>
        </w:trPr>
        <w:tc>
          <w:tcPr>
            <w:tcW w:type="dxa" w:w="1710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32" w:after="0"/>
              <w:ind w:left="88" w:right="8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mouth </w:t>
            </w:r>
          </w:p>
        </w:tc>
        <w:tc>
          <w:tcPr>
            <w:tcW w:type="dxa" w:w="150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60" w:after="0"/>
              <w:ind w:left="142" w:right="14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嘴巴</w:t>
            </w:r>
          </w:p>
        </w:tc>
        <w:tc>
          <w:tcPr>
            <w:tcW w:type="dxa" w:w="3234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7" name="Picture 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8" name="Picture 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9" name="Picture 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0" name="Picture 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1" name="Picture 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2" name="Picture 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24" w:right="12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arm </w:t>
            </w:r>
          </w:p>
        </w:tc>
        <w:tc>
          <w:tcPr>
            <w:tcW w:type="dxa" w:w="177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06" w:right="1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胳膊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3" name="Picture 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4" name="Picture 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5" name="Picture 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6" name="Picture 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7" name="Picture 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8" name="Picture 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71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04" w:right="20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smell </w:t>
            </w:r>
          </w:p>
        </w:tc>
        <w:tc>
          <w:tcPr>
            <w:tcW w:type="dxa" w:w="15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6" w:right="2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闻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9" name="Picture 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0" name="Picture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1" name="Picture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2" name="Picture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3" name="Picture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4" name="Picture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4" w:right="2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head </w:t>
            </w:r>
          </w:p>
        </w:tc>
        <w:tc>
          <w:tcPr>
            <w:tcW w:type="dxa" w:w="177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06" w:right="2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头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5" name="Picture 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6" name="Picture 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7" name="Picture 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8" name="Picture 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9" name="Picture 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0" name="Picture 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42" w:right="24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eat </w:t>
            </w:r>
          </w:p>
        </w:tc>
        <w:tc>
          <w:tcPr>
            <w:tcW w:type="dxa" w:w="177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吃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1" name="Picture 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2" name="Picture 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3" name="Picture 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4" name="Picture 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5" name="Picture 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6" name="Picture 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body </w:t>
            </w:r>
          </w:p>
        </w:tc>
        <w:tc>
          <w:tcPr>
            <w:tcW w:type="dxa" w:w="177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40" w:right="2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身体</w:t>
            </w:r>
          </w:p>
        </w:tc>
        <w:tc>
          <w:tcPr>
            <w:tcW w:type="dxa" w:w="3234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7" name="Picture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8" name="Picture 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764"/>
        </w:trPr>
        <w:tc>
          <w:tcPr>
            <w:tcW w:type="dxa" w:w="321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9" name="Picture 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6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392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05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冀教版（一年级起点）</w:t>
            </w:r>
          </w:p>
        </w:tc>
      </w:tr>
      <w:tr>
        <w:trPr>
          <w:trHeight w:hRule="exact" w:val="1240"/>
        </w:trPr>
        <w:tc>
          <w:tcPr>
            <w:tcW w:type="dxa" w:w="3392"/>
            <w:gridSpan w:val="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0" name="Picture 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5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542" w:right="5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1" name="Picture 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2" name="Picture 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82" w:right="1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leg </w:t>
            </w:r>
          </w:p>
        </w:tc>
        <w:tc>
          <w:tcPr>
            <w:tcW w:type="dxa" w:w="198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48" w:right="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腿</w:t>
            </w:r>
          </w:p>
        </w:tc>
        <w:tc>
          <w:tcPr>
            <w:tcW w:type="dxa" w:w="305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42" w:right="5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3" name="Picture 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4" name="Picture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5" name="Picture 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6" name="Picture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42" w:right="5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7" name="Picture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8" name="Picture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4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50" w:right="5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face </w:t>
            </w:r>
          </w:p>
        </w:tc>
        <w:tc>
          <w:tcPr>
            <w:tcW w:type="dxa" w:w="198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80" w:right="18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脸</w:t>
            </w:r>
          </w:p>
        </w:tc>
        <w:tc>
          <w:tcPr>
            <w:tcW w:type="dxa" w:w="305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542" w:right="5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9" name="Picture 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0" name="Picture 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1" name="Picture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2" name="Picture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42" w:right="5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3" name="Picture 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4" name="Picture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212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strawberry </w:t>
            </w:r>
          </w:p>
        </w:tc>
        <w:tc>
          <w:tcPr>
            <w:tcW w:type="dxa" w:w="12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草莓</w:t>
            </w:r>
          </w:p>
        </w:tc>
        <w:tc>
          <w:tcPr>
            <w:tcW w:type="dxa" w:w="305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42" w:right="5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5" name="Picture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6" name="Picture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3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7" name="Picture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8" name="Picture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42" w:right="5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9" name="Picture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0" name="Picture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212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248" w:right="2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nineteen </w:t>
            </w:r>
          </w:p>
        </w:tc>
        <w:tc>
          <w:tcPr>
            <w:tcW w:type="dxa" w:w="12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十九</w:t>
            </w:r>
          </w:p>
        </w:tc>
        <w:tc>
          <w:tcPr>
            <w:tcW w:type="dxa" w:w="305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542" w:right="5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1" name="Picture 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2" name="Picture 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3" name="Picture 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4" name="Picture 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42" w:right="5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5" name="Picture 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6" name="Picture 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74" w:right="17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grape </w:t>
            </w:r>
          </w:p>
        </w:tc>
        <w:tc>
          <w:tcPr>
            <w:tcW w:type="dxa" w:w="16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56" w:right="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葡萄</w:t>
            </w:r>
          </w:p>
        </w:tc>
        <w:tc>
          <w:tcPr>
            <w:tcW w:type="dxa" w:w="305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42" w:right="5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7" name="Picture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8" name="Picture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9" name="Picture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0" name="Picture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42" w:right="5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1" name="Picture 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2" name="Picture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34"/>
        </w:trPr>
        <w:tc>
          <w:tcPr>
            <w:tcW w:type="dxa" w:w="16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58" w:right="5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eleven </w:t>
            </w:r>
          </w:p>
        </w:tc>
        <w:tc>
          <w:tcPr>
            <w:tcW w:type="dxa" w:w="16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72" w:right="17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十一</w:t>
            </w:r>
          </w:p>
        </w:tc>
        <w:tc>
          <w:tcPr>
            <w:tcW w:type="dxa" w:w="3058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542" w:right="5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3" name="Picture 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4" name="Picture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092"/>
        </w:trPr>
        <w:tc>
          <w:tcPr>
            <w:tcW w:type="dxa" w:w="3392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98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5" name="Picture 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7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34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10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冀教版（一年级起点）</w:t>
            </w:r>
          </w:p>
        </w:tc>
      </w:tr>
      <w:tr>
        <w:trPr>
          <w:trHeight w:hRule="exact" w:val="1504"/>
        </w:trPr>
        <w:tc>
          <w:tcPr>
            <w:tcW w:type="dxa" w:w="3342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6" name="Picture 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0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592" w:right="5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7" name="Picture 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8" name="Picture 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15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seventeen </w:t>
            </w:r>
          </w:p>
        </w:tc>
        <w:tc>
          <w:tcPr>
            <w:tcW w:type="dxa" w:w="11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十七</w:t>
            </w:r>
          </w:p>
        </w:tc>
        <w:tc>
          <w:tcPr>
            <w:tcW w:type="dxa" w:w="310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92" w:right="5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9" name="Picture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0" name="Picture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4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1" name="Picture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4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2" name="Picture 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92" w:right="5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3" name="Picture 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4" name="Picture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82" w:right="1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fifteen </w:t>
            </w:r>
          </w:p>
        </w:tc>
        <w:tc>
          <w:tcPr>
            <w:tcW w:type="dxa" w:w="152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48" w:right="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十五</w:t>
            </w:r>
          </w:p>
        </w:tc>
        <w:tc>
          <w:tcPr>
            <w:tcW w:type="dxa" w:w="310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92" w:right="5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5" name="Picture 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6" name="Picture 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4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7" name="Picture 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4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8" name="Picture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92" w:right="5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9" name="Picture 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0" name="Picture 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8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66" w:right="16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twelve </w:t>
            </w:r>
          </w:p>
        </w:tc>
        <w:tc>
          <w:tcPr>
            <w:tcW w:type="dxa" w:w="152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64" w:right="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十二</w:t>
            </w:r>
          </w:p>
        </w:tc>
        <w:tc>
          <w:tcPr>
            <w:tcW w:type="dxa" w:w="310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92" w:right="5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1" name="Picture 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2" name="Picture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34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3" name="Picture 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4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4" name="Picture 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92" w:right="5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5" name="Picture 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6" name="Picture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8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48" w:right="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thirteen </w:t>
            </w:r>
          </w:p>
        </w:tc>
        <w:tc>
          <w:tcPr>
            <w:tcW w:type="dxa" w:w="152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十三</w:t>
            </w:r>
          </w:p>
        </w:tc>
        <w:tc>
          <w:tcPr>
            <w:tcW w:type="dxa" w:w="310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92" w:right="5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7" name="Picture 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8" name="Picture 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34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9" name="Picture 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000"/>
        </w:trPr>
        <w:tc>
          <w:tcPr>
            <w:tcW w:type="dxa" w:w="334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0" name="Picture 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92" w:right="5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1" name="Picture 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2" name="Picture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0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03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9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中英文连线</w:t>
                  </w:r>
                </w:p>
              </w:tc>
              <w:tc>
                <w:tcPr>
                  <w:tcW w:type="dxa" w:w="46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用直线或序号将单词的中英文相连</w:t>
                  </w:r>
                </w:p>
              </w:tc>
              <w:tc>
                <w:tcPr>
                  <w:tcW w:type="dxa" w:w="20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3" name="Picture 18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8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2974"/>
        </w:trPr>
        <w:tc>
          <w:tcPr>
            <w:tcW w:type="dxa" w:w="40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84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May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door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under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window</w:t>
            </w:r>
          </w:p>
        </w:tc>
        <w:tc>
          <w:tcPr>
            <w:tcW w:type="dxa" w:w="63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4" w:after="0"/>
              <w:ind w:left="2402" w:right="240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(1) 可以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402" w:right="240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(2) 门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(3) 在……下边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402" w:right="240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(4) 窗户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8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2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23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冀教版（一年级起点）</w:t>
            </w:r>
          </w:p>
        </w:tc>
      </w:tr>
      <w:tr>
        <w:trPr>
          <w:trHeight w:hRule="exact" w:val="15952"/>
        </w:trPr>
        <w:tc>
          <w:tcPr>
            <w:tcW w:type="dxa" w:w="422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new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student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schoolbag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eye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foot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nose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hear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drink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ear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hand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mouth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arm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smell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head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eat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body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leg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face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strawberry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nineteen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grape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eleven</w:t>
            </w:r>
          </w:p>
        </w:tc>
        <w:tc>
          <w:tcPr>
            <w:tcW w:type="dxa" w:w="623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244" w:right="224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(5) 新的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4" w:right="224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(6) 学生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4" w:right="224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(7) 书包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4" w:right="224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(8) 眼睛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4" w:right="224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(9) 脚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4" w:right="224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(10) 鼻子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4" w:right="224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(11) 听，听见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4" w:right="224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(12) 喝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4" w:right="224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(13) 耳朵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4" w:right="224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(14) 手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4" w:right="224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(15) 嘴巴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4" w:right="224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(16) 胳膊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4" w:right="224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(17) 闻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4" w:right="224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(18) 头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4" w:right="224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(19) 吃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4" w:right="224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(20) 身体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4" w:right="224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(21) 腿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4" w:right="224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(22) 脸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4" w:right="224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(23) 草莓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4" w:right="224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(24) 十九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4" w:right="224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(25) 葡萄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4" w:right="224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(26) 十一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9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1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44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283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0" w:right="0" w:firstLine="0"/>
              <w:jc w:val="center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冀教版（一年级起点）</w:t>
            </w:r>
          </w:p>
        </w:tc>
      </w:tr>
      <w:tr>
        <w:trPr>
          <w:trHeight w:hRule="exact" w:val="808"/>
        </w:trPr>
        <w:tc>
          <w:tcPr>
            <w:tcW w:type="dxa" w:w="417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seventeen</w:t>
            </w:r>
          </w:p>
        </w:tc>
        <w:tc>
          <w:tcPr>
            <w:tcW w:type="dxa" w:w="344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72" w:right="7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(27) 十七</w:t>
            </w:r>
          </w:p>
        </w:tc>
        <w:tc>
          <w:tcPr>
            <w:tcW w:type="dxa" w:w="2836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702"/>
        </w:trPr>
        <w:tc>
          <w:tcPr>
            <w:tcW w:type="dxa" w:w="41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1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fifteen</w:t>
            </w:r>
          </w:p>
        </w:tc>
        <w:tc>
          <w:tcPr>
            <w:tcW w:type="dxa" w:w="34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46" w:after="0"/>
              <w:ind w:left="72" w:right="7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(28) 十五</w:t>
            </w:r>
          </w:p>
        </w:tc>
        <w:tc>
          <w:tcPr>
            <w:tcW w:type="dxa" w:w="3497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41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14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twelve</w:t>
            </w:r>
          </w:p>
        </w:tc>
        <w:tc>
          <w:tcPr>
            <w:tcW w:type="dxa" w:w="34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44" w:after="0"/>
              <w:ind w:left="72" w:right="7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(29) 十二</w:t>
            </w:r>
          </w:p>
        </w:tc>
        <w:tc>
          <w:tcPr>
            <w:tcW w:type="dxa" w:w="3497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04"/>
        </w:trPr>
        <w:tc>
          <w:tcPr>
            <w:tcW w:type="dxa" w:w="41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14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thirteen</w:t>
            </w:r>
          </w:p>
        </w:tc>
        <w:tc>
          <w:tcPr>
            <w:tcW w:type="dxa" w:w="34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44" w:after="0"/>
              <w:ind w:left="72" w:right="7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(30) 十三</w:t>
            </w:r>
          </w:p>
        </w:tc>
        <w:tc>
          <w:tcPr>
            <w:tcW w:type="dxa" w:w="3497"/>
            <w:vMerge/>
            <w:tcBorders>
              <w:top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19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04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字母顺序打乱</w:t>
                  </w:r>
                </w:p>
              </w:tc>
              <w:tc>
                <w:tcPr>
                  <w:tcW w:type="dxa" w:w="398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选出正确字母顺序的单词</w:t>
                  </w:r>
                </w:p>
              </w:tc>
              <w:tc>
                <w:tcPr>
                  <w:tcW w:type="dxa" w:w="23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4" name="Picture 18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494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Mya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aMy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May</w:t>
            </w:r>
          </w:p>
        </w:tc>
        <w:tc>
          <w:tcPr>
            <w:tcW w:type="dxa" w:w="43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2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可以</w:t>
            </w:r>
          </w:p>
        </w:tc>
      </w:tr>
      <w:tr>
        <w:trPr>
          <w:trHeight w:hRule="exact" w:val="520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odor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doro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door</w:t>
            </w:r>
          </w:p>
        </w:tc>
        <w:tc>
          <w:tcPr>
            <w:tcW w:type="dxa" w:w="43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门</w:t>
            </w:r>
          </w:p>
        </w:tc>
      </w:tr>
      <w:tr>
        <w:trPr>
          <w:trHeight w:hRule="exact" w:val="516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under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erudn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enurd</w:t>
            </w:r>
          </w:p>
        </w:tc>
        <w:tc>
          <w:tcPr>
            <w:tcW w:type="dxa" w:w="43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在……下边</w:t>
            </w:r>
          </w:p>
        </w:tc>
      </w:tr>
      <w:tr>
        <w:trPr>
          <w:trHeight w:hRule="exact" w:val="518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88" w:right="58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dwniwo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dwoinw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window</w:t>
            </w:r>
          </w:p>
        </w:tc>
        <w:tc>
          <w:tcPr>
            <w:tcW w:type="dxa" w:w="43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窗户</w:t>
            </w:r>
          </w:p>
        </w:tc>
      </w:tr>
      <w:tr>
        <w:trPr>
          <w:trHeight w:hRule="exact" w:val="516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new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nwe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ewn</w:t>
            </w:r>
          </w:p>
        </w:tc>
        <w:tc>
          <w:tcPr>
            <w:tcW w:type="dxa" w:w="43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新的</w:t>
            </w:r>
          </w:p>
        </w:tc>
      </w:tr>
      <w:tr>
        <w:trPr>
          <w:trHeight w:hRule="exact" w:val="518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student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dutsnet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dtteuns</w:t>
            </w:r>
          </w:p>
        </w:tc>
        <w:tc>
          <w:tcPr>
            <w:tcW w:type="dxa" w:w="43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学生</w:t>
            </w:r>
          </w:p>
        </w:tc>
      </w:tr>
      <w:tr>
        <w:trPr>
          <w:trHeight w:hRule="exact" w:val="518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38" w:right="33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schoolbag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sbooglhac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gochoblas</w:t>
            </w:r>
          </w:p>
        </w:tc>
        <w:tc>
          <w:tcPr>
            <w:tcW w:type="dxa" w:w="43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书包</w:t>
            </w:r>
          </w:p>
        </w:tc>
      </w:tr>
      <w:tr>
        <w:trPr>
          <w:trHeight w:hRule="exact" w:val="518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eey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eye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yee</w:t>
            </w:r>
          </w:p>
        </w:tc>
        <w:tc>
          <w:tcPr>
            <w:tcW w:type="dxa" w:w="43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眼睛</w:t>
            </w:r>
          </w:p>
        </w:tc>
      </w:tr>
      <w:tr>
        <w:trPr>
          <w:trHeight w:hRule="exact" w:val="516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ooft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foot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ofot</w:t>
            </w:r>
          </w:p>
        </w:tc>
        <w:tc>
          <w:tcPr>
            <w:tcW w:type="dxa" w:w="43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脚</w:t>
            </w:r>
          </w:p>
        </w:tc>
      </w:tr>
      <w:tr>
        <w:trPr>
          <w:trHeight w:hRule="exact" w:val="518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esno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enos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nose</w:t>
            </w:r>
          </w:p>
        </w:tc>
        <w:tc>
          <w:tcPr>
            <w:tcW w:type="dxa" w:w="43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鼻子</w:t>
            </w:r>
          </w:p>
        </w:tc>
      </w:tr>
      <w:tr>
        <w:trPr>
          <w:trHeight w:hRule="exact" w:val="516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hear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ahre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raeh</w:t>
            </w:r>
          </w:p>
        </w:tc>
        <w:tc>
          <w:tcPr>
            <w:tcW w:type="dxa" w:w="43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听，听见</w:t>
            </w:r>
          </w:p>
        </w:tc>
      </w:tr>
      <w:tr>
        <w:trPr>
          <w:trHeight w:hRule="exact" w:val="518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nkdri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ikdrn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drink</w:t>
            </w:r>
          </w:p>
        </w:tc>
        <w:tc>
          <w:tcPr>
            <w:tcW w:type="dxa" w:w="43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喝</w:t>
            </w:r>
          </w:p>
        </w:tc>
      </w:tr>
      <w:tr>
        <w:trPr>
          <w:trHeight w:hRule="exact" w:val="518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aer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ear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rae</w:t>
            </w:r>
          </w:p>
        </w:tc>
        <w:tc>
          <w:tcPr>
            <w:tcW w:type="dxa" w:w="43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耳朵</w:t>
            </w:r>
          </w:p>
        </w:tc>
      </w:tr>
      <w:tr>
        <w:trPr>
          <w:trHeight w:hRule="exact" w:val="518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nhad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adnh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hand</w:t>
            </w:r>
          </w:p>
        </w:tc>
        <w:tc>
          <w:tcPr>
            <w:tcW w:type="dxa" w:w="43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手</w:t>
            </w:r>
          </w:p>
        </w:tc>
      </w:tr>
      <w:tr>
        <w:trPr>
          <w:trHeight w:hRule="exact" w:val="518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mouth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uomht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hotmu</w:t>
            </w:r>
          </w:p>
        </w:tc>
        <w:tc>
          <w:tcPr>
            <w:tcW w:type="dxa" w:w="43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嘴巴</w:t>
            </w:r>
          </w:p>
        </w:tc>
      </w:tr>
      <w:tr>
        <w:trPr>
          <w:trHeight w:hRule="exact" w:val="516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rma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arm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ram</w:t>
            </w:r>
          </w:p>
        </w:tc>
        <w:tc>
          <w:tcPr>
            <w:tcW w:type="dxa" w:w="43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胳膊</w:t>
            </w:r>
          </w:p>
        </w:tc>
      </w:tr>
      <w:tr>
        <w:trPr>
          <w:trHeight w:hRule="exact" w:val="518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mlels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elmsl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smell</w:t>
            </w:r>
          </w:p>
        </w:tc>
        <w:tc>
          <w:tcPr>
            <w:tcW w:type="dxa" w:w="43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闻</w:t>
            </w:r>
          </w:p>
        </w:tc>
      </w:tr>
      <w:tr>
        <w:trPr>
          <w:trHeight w:hRule="exact" w:val="516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eahd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hade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head</w:t>
            </w:r>
          </w:p>
        </w:tc>
        <w:tc>
          <w:tcPr>
            <w:tcW w:type="dxa" w:w="43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头</w:t>
            </w:r>
          </w:p>
        </w:tc>
      </w:tr>
      <w:tr>
        <w:trPr>
          <w:trHeight w:hRule="exact" w:val="520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eta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aet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eat</w:t>
            </w:r>
          </w:p>
        </w:tc>
        <w:tc>
          <w:tcPr>
            <w:tcW w:type="dxa" w:w="43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吃</w:t>
            </w:r>
          </w:p>
        </w:tc>
      </w:tr>
      <w:tr>
        <w:trPr>
          <w:trHeight w:hRule="exact" w:val="516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byod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body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obdy</w:t>
            </w:r>
          </w:p>
        </w:tc>
        <w:tc>
          <w:tcPr>
            <w:tcW w:type="dxa" w:w="43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身体</w:t>
            </w:r>
          </w:p>
        </w:tc>
      </w:tr>
      <w:tr>
        <w:trPr>
          <w:trHeight w:hRule="exact" w:val="516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lge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leg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egl</w:t>
            </w:r>
          </w:p>
        </w:tc>
        <w:tc>
          <w:tcPr>
            <w:tcW w:type="dxa" w:w="43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腿</w:t>
            </w:r>
          </w:p>
        </w:tc>
      </w:tr>
      <w:tr>
        <w:trPr>
          <w:trHeight w:hRule="exact" w:val="1030"/>
        </w:trPr>
        <w:tc>
          <w:tcPr>
            <w:tcW w:type="dxa" w:w="22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eafc</w:t>
            </w:r>
          </w:p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eacf</w:t>
            </w:r>
          </w:p>
        </w:tc>
        <w:tc>
          <w:tcPr>
            <w:tcW w:type="dxa" w:w="18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face</w:t>
            </w:r>
          </w:p>
        </w:tc>
        <w:tc>
          <w:tcPr>
            <w:tcW w:type="dxa" w:w="438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脸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10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232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18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16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冀教版（一年级起点）</w:t>
            </w:r>
          </w:p>
        </w:tc>
      </w:tr>
      <w:tr>
        <w:trPr>
          <w:trHeight w:hRule="exact" w:val="790"/>
        </w:trPr>
        <w:tc>
          <w:tcPr>
            <w:tcW w:type="dxa" w:w="232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04" w:right="30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strawberry</w:t>
            </w:r>
          </w:p>
        </w:tc>
        <w:tc>
          <w:tcPr>
            <w:tcW w:type="dxa" w:w="18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rsatrrwybe</w:t>
            </w:r>
          </w:p>
        </w:tc>
        <w:tc>
          <w:tcPr>
            <w:tcW w:type="dxa" w:w="18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rystwrreab</w:t>
            </w:r>
          </w:p>
        </w:tc>
        <w:tc>
          <w:tcPr>
            <w:tcW w:type="dxa" w:w="118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32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草莓</w:t>
            </w:r>
          </w:p>
        </w:tc>
        <w:tc>
          <w:tcPr>
            <w:tcW w:type="dxa" w:w="3164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520"/>
        </w:trPr>
        <w:tc>
          <w:tcPr>
            <w:tcW w:type="dxa" w:w="23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570" w:right="57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nineteen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nenietne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enenneti</w:t>
            </w:r>
          </w:p>
        </w:tc>
        <w:tc>
          <w:tcPr>
            <w:tcW w:type="dxa" w:w="11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十九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6"/>
        </w:trPr>
        <w:tc>
          <w:tcPr>
            <w:tcW w:type="dxa" w:w="23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prega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grape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gerpa</w:t>
            </w:r>
          </w:p>
        </w:tc>
        <w:tc>
          <w:tcPr>
            <w:tcW w:type="dxa" w:w="11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葡萄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3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eveenl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eleven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enlvee</w:t>
            </w:r>
          </w:p>
        </w:tc>
        <w:tc>
          <w:tcPr>
            <w:tcW w:type="dxa" w:w="11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十一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3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04" w:right="40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entenvese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seventeen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eensevent</w:t>
            </w:r>
          </w:p>
        </w:tc>
        <w:tc>
          <w:tcPr>
            <w:tcW w:type="dxa" w:w="11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十七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6"/>
        </w:trPr>
        <w:tc>
          <w:tcPr>
            <w:tcW w:type="dxa" w:w="23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fifteen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infeetf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ffitnee</w:t>
            </w:r>
          </w:p>
        </w:tc>
        <w:tc>
          <w:tcPr>
            <w:tcW w:type="dxa" w:w="11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十五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3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twelve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etwelv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eewtlv</w:t>
            </w:r>
          </w:p>
        </w:tc>
        <w:tc>
          <w:tcPr>
            <w:tcW w:type="dxa" w:w="11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十二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604"/>
        </w:trPr>
        <w:tc>
          <w:tcPr>
            <w:tcW w:type="dxa" w:w="23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teetrihn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thirteen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tinehetr</w:t>
            </w:r>
          </w:p>
        </w:tc>
        <w:tc>
          <w:tcPr>
            <w:tcW w:type="dxa" w:w="11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十三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14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05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单词填空</w:t>
                  </w:r>
                </w:p>
              </w:tc>
              <w:tc>
                <w:tcPr>
                  <w:tcW w:type="dxa" w:w="42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填写单词所缺的2个字母</w:t>
                  </w:r>
                </w:p>
              </w:tc>
              <w:tc>
                <w:tcPr>
                  <w:tcW w:type="dxa" w:w="27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6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5" name="Picture 18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10334"/>
        </w:trPr>
        <w:tc>
          <w:tcPr>
            <w:tcW w:type="dxa" w:w="45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可以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在……下边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新的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scho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lb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书包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脚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听，听见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耳朵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mou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嘴巴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闻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吃</w:t>
            </w:r>
          </w:p>
        </w:tc>
        <w:tc>
          <w:tcPr>
            <w:tcW w:type="dxa" w:w="5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994" w:right="9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门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244" w:right="124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窗户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94" w:right="9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uden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学生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94" w:right="9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眼睛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244" w:right="124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鼻子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94" w:right="9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喝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244" w:right="124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手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618" w:right="1618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胳膊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94" w:right="9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头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94" w:right="9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身体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63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82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冀教版（一年级起点）</w:t>
            </w:r>
          </w:p>
        </w:tc>
      </w:tr>
      <w:tr>
        <w:trPr>
          <w:trHeight w:hRule="exact" w:val="5248"/>
        </w:trPr>
        <w:tc>
          <w:tcPr>
            <w:tcW w:type="dxa" w:w="463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腿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awber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草莓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ape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葡萄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十七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twe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十二</w:t>
            </w:r>
          </w:p>
        </w:tc>
        <w:tc>
          <w:tcPr>
            <w:tcW w:type="dxa" w:w="582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928" w:right="9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脸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28" w:right="9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ninete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十九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28" w:right="9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十一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28" w:right="9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十五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28" w:right="9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een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十三</w:t>
            </w:r>
          </w:p>
        </w:tc>
      </w:tr>
    </w:tbl>
    <w:p>
      <w:pPr>
        <w:autoSpaceDN w:val="0"/>
        <w:autoSpaceDE w:val="0"/>
        <w:widowControl/>
        <w:spacing w:line="2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06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看中文写英文</w:t>
                  </w:r>
                </w:p>
              </w:tc>
              <w:tc>
                <w:tcPr>
                  <w:tcW w:type="dxa" w:w="42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在空白处写出对应的英文单词</w:t>
                  </w:r>
                </w:p>
              </w:tc>
              <w:tc>
                <w:tcPr>
                  <w:tcW w:type="dxa" w:w="21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6" name="Picture 18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2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924"/>
        </w:trPr>
        <w:tc>
          <w:tcPr>
            <w:tcW w:type="dxa" w:w="4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7" name="Picture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可以 </w:t>
            </w:r>
          </w:p>
        </w:tc>
        <w:tc>
          <w:tcPr>
            <w:tcW w:type="dxa" w:w="26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8" name="Picture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22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门 </w:t>
            </w:r>
          </w:p>
        </w:tc>
      </w:tr>
      <w:tr>
        <w:trPr>
          <w:trHeight w:hRule="exact" w:val="1000"/>
        </w:trPr>
        <w:tc>
          <w:tcPr>
            <w:tcW w:type="dxa" w:w="4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9" name="Picture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在……下边 </w:t>
            </w:r>
          </w:p>
        </w:tc>
        <w:tc>
          <w:tcPr>
            <w:tcW w:type="dxa" w:w="26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0" name="Picture 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窗户 </w:t>
            </w:r>
          </w:p>
        </w:tc>
      </w:tr>
      <w:tr>
        <w:trPr>
          <w:trHeight w:hRule="exact" w:val="1000"/>
        </w:trPr>
        <w:tc>
          <w:tcPr>
            <w:tcW w:type="dxa" w:w="4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1" name="Picture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新的 </w:t>
            </w:r>
          </w:p>
        </w:tc>
        <w:tc>
          <w:tcPr>
            <w:tcW w:type="dxa" w:w="26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2" name="Picture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学生 </w:t>
            </w:r>
          </w:p>
        </w:tc>
      </w:tr>
      <w:tr>
        <w:trPr>
          <w:trHeight w:hRule="exact" w:val="1000"/>
        </w:trPr>
        <w:tc>
          <w:tcPr>
            <w:tcW w:type="dxa" w:w="4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3" name="Picture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书包 </w:t>
            </w:r>
          </w:p>
        </w:tc>
        <w:tc>
          <w:tcPr>
            <w:tcW w:type="dxa" w:w="26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4" name="Picture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眼睛 </w:t>
            </w:r>
          </w:p>
        </w:tc>
      </w:tr>
      <w:tr>
        <w:trPr>
          <w:trHeight w:hRule="exact" w:val="1000"/>
        </w:trPr>
        <w:tc>
          <w:tcPr>
            <w:tcW w:type="dxa" w:w="4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5" name="Picture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脚 </w:t>
            </w:r>
          </w:p>
        </w:tc>
        <w:tc>
          <w:tcPr>
            <w:tcW w:type="dxa" w:w="26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6" name="Picture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鼻子 </w:t>
            </w:r>
          </w:p>
        </w:tc>
      </w:tr>
      <w:tr>
        <w:trPr>
          <w:trHeight w:hRule="exact" w:val="1000"/>
        </w:trPr>
        <w:tc>
          <w:tcPr>
            <w:tcW w:type="dxa" w:w="4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7" name="Picture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听，听见 </w:t>
            </w:r>
          </w:p>
        </w:tc>
        <w:tc>
          <w:tcPr>
            <w:tcW w:type="dxa" w:w="26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8" name="Picture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喝 </w:t>
            </w:r>
          </w:p>
        </w:tc>
      </w:tr>
      <w:tr>
        <w:trPr>
          <w:trHeight w:hRule="exact" w:val="1000"/>
        </w:trPr>
        <w:tc>
          <w:tcPr>
            <w:tcW w:type="dxa" w:w="4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9" name="Picture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耳朵 </w:t>
            </w:r>
          </w:p>
        </w:tc>
        <w:tc>
          <w:tcPr>
            <w:tcW w:type="dxa" w:w="26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0" name="Picture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手 </w:t>
            </w:r>
          </w:p>
        </w:tc>
      </w:tr>
      <w:tr>
        <w:trPr>
          <w:trHeight w:hRule="exact" w:val="1000"/>
        </w:trPr>
        <w:tc>
          <w:tcPr>
            <w:tcW w:type="dxa" w:w="4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1" name="Picture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嘴巴 </w:t>
            </w:r>
          </w:p>
        </w:tc>
        <w:tc>
          <w:tcPr>
            <w:tcW w:type="dxa" w:w="26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2" name="Picture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胳膊 </w:t>
            </w:r>
          </w:p>
        </w:tc>
      </w:tr>
      <w:tr>
        <w:trPr>
          <w:trHeight w:hRule="exact" w:val="1662"/>
        </w:trPr>
        <w:tc>
          <w:tcPr>
            <w:tcW w:type="dxa" w:w="47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3" name="Picture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闻 </w:t>
            </w:r>
          </w:p>
        </w:tc>
        <w:tc>
          <w:tcPr>
            <w:tcW w:type="dxa" w:w="26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4" name="Picture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头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35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03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07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二年级上学期 / 冀教版（一年级起点）</w:t>
            </w:r>
          </w:p>
        </w:tc>
      </w:tr>
      <w:tr>
        <w:trPr>
          <w:trHeight w:hRule="exact" w:val="1306"/>
        </w:trPr>
        <w:tc>
          <w:tcPr>
            <w:tcW w:type="dxa" w:w="435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5" name="Picture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吃 </w:t>
            </w:r>
          </w:p>
        </w:tc>
        <w:tc>
          <w:tcPr>
            <w:tcW w:type="dxa" w:w="303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6" name="Picture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身体 </w:t>
            </w:r>
          </w:p>
        </w:tc>
      </w:tr>
      <w:tr>
        <w:trPr>
          <w:trHeight w:hRule="exact" w:val="1000"/>
        </w:trPr>
        <w:tc>
          <w:tcPr>
            <w:tcW w:type="dxa" w:w="43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7" name="Picture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腿 </w:t>
            </w:r>
          </w:p>
        </w:tc>
        <w:tc>
          <w:tcPr>
            <w:tcW w:type="dxa" w:w="30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8" name="Picture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脸 </w:t>
            </w:r>
          </w:p>
        </w:tc>
      </w:tr>
      <w:tr>
        <w:trPr>
          <w:trHeight w:hRule="exact" w:val="1000"/>
        </w:trPr>
        <w:tc>
          <w:tcPr>
            <w:tcW w:type="dxa" w:w="43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9" name="Picture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草莓 </w:t>
            </w:r>
          </w:p>
        </w:tc>
        <w:tc>
          <w:tcPr>
            <w:tcW w:type="dxa" w:w="30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0" name="Picture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十九 </w:t>
            </w:r>
          </w:p>
        </w:tc>
      </w:tr>
      <w:tr>
        <w:trPr>
          <w:trHeight w:hRule="exact" w:val="1000"/>
        </w:trPr>
        <w:tc>
          <w:tcPr>
            <w:tcW w:type="dxa" w:w="43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1" name="Picture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葡萄 </w:t>
            </w:r>
          </w:p>
        </w:tc>
        <w:tc>
          <w:tcPr>
            <w:tcW w:type="dxa" w:w="30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2" name="Picture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十一 </w:t>
            </w:r>
          </w:p>
        </w:tc>
      </w:tr>
      <w:tr>
        <w:trPr>
          <w:trHeight w:hRule="exact" w:val="1000"/>
        </w:trPr>
        <w:tc>
          <w:tcPr>
            <w:tcW w:type="dxa" w:w="43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3" name="Picture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十七 </w:t>
            </w:r>
          </w:p>
        </w:tc>
        <w:tc>
          <w:tcPr>
            <w:tcW w:type="dxa" w:w="30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4" name="Picture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十五 </w:t>
            </w:r>
          </w:p>
        </w:tc>
      </w:tr>
      <w:tr>
        <w:trPr>
          <w:trHeight w:hRule="exact" w:val="10646"/>
        </w:trPr>
        <w:tc>
          <w:tcPr>
            <w:tcW w:type="dxa" w:w="435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5" name="Picture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十二 </w:t>
            </w:r>
          </w:p>
        </w:tc>
        <w:tc>
          <w:tcPr>
            <w:tcW w:type="dxa" w:w="303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6" name="Picture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十三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13</w:t>
      </w:r>
    </w:p>
    <w:sectPr w:rsidR="00FC693F" w:rsidRPr="0006063C" w:rsidSect="00034616">
      <w:pgSz w:w="11900" w:h="16840"/>
      <w:pgMar w:top="76" w:right="694" w:bottom="70" w:left="7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