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学期：五年级下学期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版本：川教版（三年级起点）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We Love Nature     Lesson 1 Planting Trees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10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clean the windows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擦窗户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泥土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the bed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整理床铺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trees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种树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stamp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用力踩</w:t>
            </w:r>
          </w:p>
        </w:tc>
        <w:tc>
          <w:tcPr>
            <w:tcW w:type="dxa" w:w="56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40" w:right="8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 some washing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洗衣服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0" w:right="8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at this picture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看这幅图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0" w:right="8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现在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0" w:right="8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away the clothes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收拾衣服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40" w:right="8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sweep the floor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扫地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wash vegetables </w:t>
      </w:r>
      <w:r>
        <w:rPr>
          <w:rFonts w:ascii="宋体" w:hAnsi="宋体" w:eastAsia="宋体"/>
          <w:b w:val="0"/>
          <w:i w:val="0"/>
          <w:color w:val="555D5D"/>
          <w:sz w:val="24"/>
        </w:rPr>
        <w:t>洗菜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We Love Nature     Lesson 2 Talking about Squirrels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114"/>
        </w:trPr>
        <w:tc>
          <w:tcPr>
            <w:tcW w:type="dxa" w:w="33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squirrel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松鼠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</w:t>
            </w:r>
          </w:p>
        </w:tc>
        <w:tc>
          <w:tcPr>
            <w:tcW w:type="dxa" w:w="640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14" w:right="16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116" w:right="1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people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人，人们（单复数同形）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14" w:right="161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桌子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watermelons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西瓜（复数）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0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We Love Nature     Lesson 3 A Book about Animals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367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desert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沙漠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森林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a look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看一眼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居住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海，海洋</w:t>
            </w:r>
          </w:p>
        </w:tc>
        <w:tc>
          <w:tcPr>
            <w:tcW w:type="dxa" w:w="604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grassland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（引起注意）嘿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mountain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64" w:right="1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shark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鲨鱼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swallow </w:t>
      </w:r>
      <w:r>
        <w:rPr>
          <w:rFonts w:ascii="宋体" w:hAnsi="宋体" w:eastAsia="宋体"/>
          <w:b w:val="0"/>
          <w:i w:val="0"/>
          <w:color w:val="555D5D"/>
          <w:sz w:val="24"/>
        </w:rPr>
        <w:t>燕子</w:t>
      </w:r>
    </w:p>
    <w:p>
      <w:pPr>
        <w:autoSpaceDN w:val="0"/>
        <w:autoSpaceDE w:val="0"/>
        <w:widowControl/>
        <w:spacing w:line="212" w:lineRule="exact" w:before="64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95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Four Seasons     Lesson 1 Seasons and Clothes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934"/>
        </w:trPr>
        <w:tc>
          <w:tcPr>
            <w:tcW w:type="dxa" w:w="36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clothes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服装，衣服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warm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变得暖和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（男式）衬衣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毛衣</w:t>
            </w:r>
          </w:p>
        </w:tc>
        <w:tc>
          <w:tcPr>
            <w:tcW w:type="dxa" w:w="60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74" w:right="12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外套；上衣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74" w:right="12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jeans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牛仔裤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74" w:right="12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鞋（复数）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74" w:right="127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T-shirt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wear </w:t>
      </w:r>
      <w:r>
        <w:rPr>
          <w:rFonts w:ascii="宋体" w:hAnsi="宋体" w:eastAsia="宋体"/>
          <w:b w:val="0"/>
          <w:i w:val="0"/>
          <w:color w:val="555D5D"/>
          <w:sz w:val="24"/>
        </w:rPr>
        <w:t>穿；戴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Four Seasons     Lesson 2 Seasons and Months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421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出现；（花）开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go for an outing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去郊游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It's time to...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该（做）......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leaves fall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叶落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下雪</w:t>
            </w:r>
          </w:p>
        </w:tc>
        <w:tc>
          <w:tcPr>
            <w:tcW w:type="dxa" w:w="55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724" w:right="7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from...to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从......到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4" w:right="7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harvest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收割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4" w:right="7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持续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4" w:right="7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plants grow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植物生长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24" w:right="72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yellow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变黄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wind blows </w:t>
      </w:r>
      <w:r>
        <w:rPr>
          <w:rFonts w:ascii="宋体" w:hAnsi="宋体" w:eastAsia="宋体"/>
          <w:b w:val="0"/>
          <w:i w:val="0"/>
          <w:color w:val="555D5D"/>
          <w:sz w:val="24"/>
        </w:rPr>
        <w:t>风起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Four Seasons     Lesson 3 Seasons and Culture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280"/>
        </w:trPr>
        <w:tc>
          <w:tcPr>
            <w:tcW w:type="dxa" w:w="462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piece of paper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一张纸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made of chocolate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由巧克力制成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celebrate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庆祝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give a card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给......卡片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national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全国的</w:t>
            </w:r>
          </w:p>
        </w:tc>
        <w:tc>
          <w:tcPr>
            <w:tcW w:type="dxa" w:w="509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316" w:right="3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银行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316" w:right="3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小船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316" w:right="3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Easter egg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复活节彩蛋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316" w:right="3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holiday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节日，假日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316" w:right="31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symbol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象征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387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82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276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0" w:right="0" w:firstLine="0"/>
              <w:jc w:val="center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1132"/>
        </w:trPr>
        <w:tc>
          <w:tcPr>
            <w:tcW w:type="dxa" w:w="387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认为</w:t>
            </w:r>
          </w:p>
        </w:tc>
        <w:tc>
          <w:tcPr>
            <w:tcW w:type="dxa" w:w="382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" w:right="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used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过去时常</w:t>
            </w:r>
          </w:p>
        </w:tc>
        <w:tc>
          <w:tcPr>
            <w:tcW w:type="dxa" w:w="27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A Birthday Party     Lesson 1 Coming to My Party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8254"/>
        </w:trPr>
        <w:tc>
          <w:tcPr>
            <w:tcW w:type="dxa" w:w="465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free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eleventh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nineteenth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time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第十三</w:t>
            </w:r>
          </w:p>
        </w:tc>
        <w:tc>
          <w:tcPr>
            <w:tcW w:type="dxa" w:w="50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birthday party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生日聚会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eighth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fifteenth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第十五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fourth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ninth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second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seventh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sixth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第三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284" w:right="28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This is...speaking.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（电话用语）我是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twelfth </w:t>
      </w:r>
      <w:r>
        <w:rPr>
          <w:rFonts w:ascii="宋体" w:hAnsi="宋体" w:eastAsia="宋体"/>
          <w:b w:val="0"/>
          <w:i w:val="0"/>
          <w:color w:val="555D5D"/>
          <w:sz w:val="24"/>
        </w:rPr>
        <w:t>第十ニ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A Birthday Party     Lesson 2 Buying a Present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910"/>
        </w:trPr>
        <w:tc>
          <w:tcPr>
            <w:tcW w:type="dxa" w:w="373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blouse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（女式）衬衣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look like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看起来像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money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piano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钢琴</w:t>
            </w:r>
          </w:p>
        </w:tc>
        <w:tc>
          <w:tcPr>
            <w:tcW w:type="dxa" w:w="598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202" w:right="12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expensive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贵的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2" w:right="12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mobile phone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手机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2" w:right="12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phone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202" w:right="120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socks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袜子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72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tape </w:t>
      </w:r>
      <w:r>
        <w:rPr>
          <w:rFonts w:ascii="宋体" w:hAnsi="宋体" w:eastAsia="宋体"/>
          <w:b w:val="0"/>
          <w:i w:val="0"/>
          <w:color w:val="555D5D"/>
          <w:sz w:val="24"/>
        </w:rPr>
        <w:t>磁带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A Birthday Party     Lesson 3 Having a Birthday Party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080"/>
        </w:trPr>
        <w:tc>
          <w:tcPr>
            <w:tcW w:type="dxa" w:w="43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worried about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为......担心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早的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light the candles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,点蜡烛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必须</w:t>
            </w:r>
          </w:p>
        </w:tc>
        <w:tc>
          <w:tcPr>
            <w:tcW w:type="dxa" w:w="535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582" w:right="5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blow out the candles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吹蜡烛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2" w:right="5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晚的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2" w:right="5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a wish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许愿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82" w:right="5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sing a song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唱歌</w:t>
            </w:r>
          </w:p>
        </w:tc>
      </w:tr>
    </w:tbl>
    <w:p>
      <w:pPr>
        <w:autoSpaceDN w:val="0"/>
        <w:autoSpaceDE w:val="0"/>
        <w:widowControl/>
        <w:spacing w:line="32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4"/>
        </w:trPr>
        <w:tc>
          <w:tcPr>
            <w:tcW w:type="dxa" w:w="15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Earth </w:t>
            </w:r>
          </w:p>
        </w:tc>
        <w:tc>
          <w:tcPr>
            <w:tcW w:type="dxa" w:w="48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8" w:after="0"/>
              <w:ind w:left="150" w:right="1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泥土</w:t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5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stamp </w:t>
            </w:r>
          </w:p>
        </w:tc>
        <w:tc>
          <w:tcPr>
            <w:tcW w:type="dxa" w:w="48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用力踩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5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now </w:t>
            </w:r>
          </w:p>
        </w:tc>
        <w:tc>
          <w:tcPr>
            <w:tcW w:type="dxa" w:w="48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现在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84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88" w:right="18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people </w:t>
            </w:r>
          </w:p>
        </w:tc>
        <w:tc>
          <w:tcPr>
            <w:tcW w:type="dxa" w:w="460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42" w:right="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人，人们（单复数同形）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  <w:tr>
        <w:trPr>
          <w:trHeight w:hRule="exact" w:val="1346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1240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8" w:right="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them </w:t>
            </w:r>
          </w:p>
        </w:tc>
        <w:tc>
          <w:tcPr>
            <w:tcW w:type="dxa" w:w="17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2" w:right="2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 </w:t>
            </w:r>
          </w:p>
        </w:tc>
        <w:tc>
          <w:tcPr>
            <w:tcW w:type="dxa" w:w="17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38" w:right="23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4" w:right="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squirrel </w:t>
            </w:r>
          </w:p>
        </w:tc>
        <w:tc>
          <w:tcPr>
            <w:tcW w:type="dxa" w:w="13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松鼠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26" w:right="2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table </w:t>
            </w:r>
          </w:p>
        </w:tc>
        <w:tc>
          <w:tcPr>
            <w:tcW w:type="dxa" w:w="17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04" w:right="2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桌子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6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6" w:right="17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any </w:t>
            </w:r>
          </w:p>
        </w:tc>
        <w:tc>
          <w:tcPr>
            <w:tcW w:type="dxa" w:w="175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4" w:right="5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任何的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garden </w:t>
            </w:r>
          </w:p>
        </w:tc>
        <w:tc>
          <w:tcPr>
            <w:tcW w:type="dxa" w:w="13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</w:tc>
        <w:tc>
          <w:tcPr>
            <w:tcW w:type="dxa" w:w="3234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6450"/>
            <w:gridSpan w:val="5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1504"/>
        </w:trPr>
        <w:tc>
          <w:tcPr>
            <w:tcW w:type="dxa" w:w="2558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9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utoSpaceDN w:val="0"/>
              <w:autoSpaceDE w:val="0"/>
              <w:widowControl/>
              <w:spacing w:line="240" w:lineRule="auto" w:before="4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70" w:right="17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watermelons </w:t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0" w:right="6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西瓜（复数）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1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sea </w:t>
            </w:r>
          </w:p>
        </w:tc>
        <w:tc>
          <w:tcPr>
            <w:tcW w:type="dxa" w:w="5064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海，海洋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3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live </w:t>
            </w:r>
          </w:p>
        </w:tc>
        <w:tc>
          <w:tcPr>
            <w:tcW w:type="dxa" w:w="5064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50" w:right="1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居住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700"/>
        </w:trPr>
        <w:tc>
          <w:tcPr>
            <w:tcW w:type="dxa" w:w="16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desert </w:t>
            </w:r>
          </w:p>
        </w:tc>
        <w:tc>
          <w:tcPr>
            <w:tcW w:type="dxa" w:w="476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沙漠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4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698"/>
        </w:trPr>
        <w:tc>
          <w:tcPr>
            <w:tcW w:type="dxa" w:w="203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84" w:right="18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swallow </w:t>
            </w:r>
          </w:p>
        </w:tc>
        <w:tc>
          <w:tcPr>
            <w:tcW w:type="dxa" w:w="44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燕子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66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932"/>
        </w:trPr>
        <w:tc>
          <w:tcPr>
            <w:tcW w:type="dxa" w:w="2558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8" w:right="58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9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6" w:right="716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  <w:tr>
        <w:trPr>
          <w:trHeight w:hRule="exact" w:val="1462"/>
        </w:trPr>
        <w:tc>
          <w:tcPr>
            <w:tcW w:type="dxa" w:w="2038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50" w:right="5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grassland </w:t>
            </w:r>
          </w:p>
        </w:tc>
        <w:tc>
          <w:tcPr>
            <w:tcW w:type="dxa" w:w="4412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0" w:right="18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草地</w:t>
            </w:r>
          </w:p>
        </w:tc>
        <w:tc>
          <w:tcPr>
            <w:tcW w:type="dxa" w:w="1749"/>
            <w:vMerge/>
            <w:tcBorders>
              <w:top w:sz="5.599999904632568" w:val="single" w:color="#324C4C"/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6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1306"/>
        </w:trPr>
        <w:tc>
          <w:tcPr>
            <w:tcW w:type="dxa" w:w="356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Earth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08" w:right="2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地球</w:t>
            </w:r>
          </w:p>
        </w:tc>
        <w:tc>
          <w:tcPr>
            <w:tcW w:type="dxa" w:w="28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shark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08" w:right="20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鲨鱼</w:t>
            </w:r>
          </w:p>
        </w:tc>
        <w:tc>
          <w:tcPr>
            <w:tcW w:type="dxa" w:w="28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hey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（引起注意）嘿</w:t>
            </w:r>
          </w:p>
        </w:tc>
        <w:tc>
          <w:tcPr>
            <w:tcW w:type="dxa" w:w="28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forest </w:t>
            </w:r>
          </w:p>
        </w:tc>
        <w:tc>
          <w:tcPr>
            <w:tcW w:type="dxa" w:w="203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森林</w:t>
            </w:r>
          </w:p>
        </w:tc>
        <w:tc>
          <w:tcPr>
            <w:tcW w:type="dxa" w:w="28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10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mountain </w:t>
            </w:r>
          </w:p>
        </w:tc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大山</w:t>
            </w:r>
          </w:p>
        </w:tc>
        <w:tc>
          <w:tcPr>
            <w:tcW w:type="dxa" w:w="288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6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56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68" w:right="36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53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1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938"/>
        </w:trPr>
        <w:tc>
          <w:tcPr>
            <w:tcW w:type="dxa" w:w="168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14" w:right="2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jeans </w:t>
            </w:r>
          </w:p>
        </w:tc>
        <w:tc>
          <w:tcPr>
            <w:tcW w:type="dxa" w:w="1850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16" w:right="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牛仔裤</w:t>
            </w:r>
          </w:p>
        </w:tc>
        <w:tc>
          <w:tcPr>
            <w:tcW w:type="dxa" w:w="291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968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96" w:right="1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sweater </w:t>
            </w:r>
          </w:p>
        </w:tc>
        <w:tc>
          <w:tcPr>
            <w:tcW w:type="dxa" w:w="15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34" w:right="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毛衣</w:t>
            </w:r>
          </w:p>
        </w:tc>
        <w:tc>
          <w:tcPr>
            <w:tcW w:type="dxa" w:w="291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clothes </w:t>
            </w:r>
          </w:p>
        </w:tc>
        <w:tc>
          <w:tcPr>
            <w:tcW w:type="dxa" w:w="18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服装，衣服</w:t>
            </w:r>
          </w:p>
        </w:tc>
        <w:tc>
          <w:tcPr>
            <w:tcW w:type="dxa" w:w="291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shoes </w:t>
            </w:r>
          </w:p>
        </w:tc>
        <w:tc>
          <w:tcPr>
            <w:tcW w:type="dxa" w:w="18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鞋（复数）</w:t>
            </w:r>
          </w:p>
        </w:tc>
        <w:tc>
          <w:tcPr>
            <w:tcW w:type="dxa" w:w="291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wear </w:t>
            </w:r>
          </w:p>
        </w:tc>
        <w:tc>
          <w:tcPr>
            <w:tcW w:type="dxa" w:w="18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穿；戴</w:t>
            </w:r>
          </w:p>
        </w:tc>
        <w:tc>
          <w:tcPr>
            <w:tcW w:type="dxa" w:w="291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8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4" w:right="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T-shirt </w:t>
            </w:r>
          </w:p>
        </w:tc>
        <w:tc>
          <w:tcPr>
            <w:tcW w:type="dxa" w:w="185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16" w:right="2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</w:t>
            </w:r>
          </w:p>
        </w:tc>
        <w:tc>
          <w:tcPr>
            <w:tcW w:type="dxa" w:w="291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53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53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1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398" w:right="39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349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9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1202"/>
        </w:trPr>
        <w:tc>
          <w:tcPr>
            <w:tcW w:type="dxa" w:w="153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82" w:right="1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coat </w:t>
            </w:r>
          </w:p>
        </w:tc>
        <w:tc>
          <w:tcPr>
            <w:tcW w:type="dxa" w:w="196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48" w:right="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外套；上衣</w:t>
            </w:r>
          </w:p>
        </w:tc>
        <w:tc>
          <w:tcPr>
            <w:tcW w:type="dxa" w:w="295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623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shirt </w:t>
            </w:r>
          </w:p>
        </w:tc>
        <w:tc>
          <w:tcPr>
            <w:tcW w:type="dxa" w:w="19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82" w:right="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（男式）衬衣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5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48" w:right="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snow </w:t>
            </w:r>
          </w:p>
        </w:tc>
        <w:tc>
          <w:tcPr>
            <w:tcW w:type="dxa" w:w="19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下雪</w:t>
            </w:r>
          </w:p>
        </w:tc>
        <w:tc>
          <w:tcPr>
            <w:tcW w:type="dxa" w:w="295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623"/>
            <w:vMerge/>
            <w:tcBorders/>
          </w:tcPr>
          <w:p/>
        </w:tc>
        <w:tc>
          <w:tcPr>
            <w:tcW w:type="dxa" w:w="2623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4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9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438" w:right="43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8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6570"/>
        </w:trPr>
        <w:tc>
          <w:tcPr>
            <w:tcW w:type="dxa" w:w="406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Earth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stamp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now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people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them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grass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squirrel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table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any</w:t>
            </w:r>
          </w:p>
        </w:tc>
        <w:tc>
          <w:tcPr>
            <w:tcW w:type="dxa" w:w="640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泥土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用力踩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现在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838" w:right="83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人，人们（单复数同形）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他们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松鼠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桌子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442" w:right="244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任何的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3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09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15952"/>
        </w:trPr>
        <w:tc>
          <w:tcPr>
            <w:tcW w:type="dxa" w:w="436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garden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watermelons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sea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live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desert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swallow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grassland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Earth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shark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hey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forest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mountain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jeans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sweater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clothes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shoes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T-shirt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coat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shirt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snow</w:t>
            </w:r>
          </w:p>
        </w:tc>
        <w:tc>
          <w:tcPr>
            <w:tcW w:type="dxa" w:w="609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花园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18" w:right="191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西瓜（复数）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海，海洋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居住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沙漠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燕子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草地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地球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鲨鱼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678" w:right="167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（引起注意）嘿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森林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大山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牛仔裤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毛衣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服装，衣服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鞋（复数）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穿；戴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T恤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外套；上衣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918" w:right="1918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（男式）衬衣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34" w:right="213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下雪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23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4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8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260" w:right="26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306" w:right="306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94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46" w:right="46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rthaE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Eahtr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Earth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泥土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mtpas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stamp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saptm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用力踩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won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onw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now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现在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pleepo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lepepo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people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人，人们（单复数同形）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hmte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them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emth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他们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gssra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sgras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grass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草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ruselqri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squirrel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qusirrel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松鼠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table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elabt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labte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桌子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nya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any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任何的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garden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rgdean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radegn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花园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watermelons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lrnsawtemoe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norsmlatewe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西瓜（复数）</w:t>
            </w:r>
          </w:p>
        </w:tc>
      </w:tr>
      <w:tr>
        <w:trPr>
          <w:trHeight w:hRule="exact" w:val="520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aes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海，海洋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ivle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live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evli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居住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ertdes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etrdse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desert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沙漠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allwows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lawsolw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swallow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燕子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580" w:right="5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sndslarag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nadassgrl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grassland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草地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tErha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Earth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ahrtE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地球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krhsa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shark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rkahs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鲨鱼</w:t>
            </w:r>
          </w:p>
        </w:tc>
      </w:tr>
      <w:tr>
        <w:trPr>
          <w:trHeight w:hRule="exact" w:val="520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hye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yhe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（引起注意）嘿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forest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rfstoe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rtfeso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森林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80" w:right="58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mountain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oatunmni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oimunatn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大山</w:t>
            </w:r>
          </w:p>
        </w:tc>
      </w:tr>
      <w:tr>
        <w:trPr>
          <w:trHeight w:hRule="exact" w:val="520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jeans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saenj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jasen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牛仔裤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eeatrsw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sweater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rwatsee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毛衣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elsthco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clothes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eolctsh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服装，衣服</w:t>
            </w:r>
          </w:p>
        </w:tc>
      </w:tr>
      <w:tr>
        <w:trPr>
          <w:trHeight w:hRule="exact" w:val="516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soshe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shoes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hosse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鞋（复数）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erwa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wear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rewa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穿；戴</w:t>
            </w:r>
          </w:p>
        </w:tc>
      </w:tr>
      <w:tr>
        <w:trPr>
          <w:trHeight w:hRule="exact" w:val="518"/>
        </w:trPr>
        <w:tc>
          <w:tcPr>
            <w:tcW w:type="dxa" w:w="245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T-shirt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Trtihs-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tsirT-h</w:t>
            </w:r>
          </w:p>
        </w:tc>
        <w:tc>
          <w:tcPr>
            <w:tcW w:type="dxa" w:w="421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T恤</w:t>
            </w:r>
          </w:p>
        </w:tc>
      </w:tr>
      <w:tr>
        <w:trPr>
          <w:trHeight w:hRule="exact" w:val="964"/>
        </w:trPr>
        <w:tc>
          <w:tcPr>
            <w:tcW w:type="dxa" w:w="24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cato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0" w:right="1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toac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182" w:right="18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coat</w:t>
            </w:r>
          </w:p>
        </w:tc>
        <w:tc>
          <w:tcPr>
            <w:tcW w:type="dxa" w:w="42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182" w:right="18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外套；上衣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2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65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6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790"/>
        </w:trPr>
        <w:tc>
          <w:tcPr>
            <w:tcW w:type="dxa" w:w="22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thris</w:t>
            </w:r>
          </w:p>
        </w:tc>
        <w:tc>
          <w:tcPr>
            <w:tcW w:type="dxa" w:w="165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irhst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632" w:right="6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shirt</w:t>
            </w:r>
          </w:p>
        </w:tc>
        <w:tc>
          <w:tcPr>
            <w:tcW w:type="dxa" w:w="46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632" w:right="6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（男式）衬衣</w:t>
            </w:r>
          </w:p>
        </w:tc>
      </w:tr>
      <w:tr>
        <w:trPr>
          <w:trHeight w:hRule="exact" w:val="606"/>
        </w:trPr>
        <w:tc>
          <w:tcPr>
            <w:tcW w:type="dxa" w:w="22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snow</w:t>
            </w:r>
          </w:p>
        </w:tc>
        <w:tc>
          <w:tcPr>
            <w:tcW w:type="dxa" w:w="165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392" w:right="39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sown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swon</w:t>
            </w:r>
          </w:p>
        </w:tc>
        <w:tc>
          <w:tcPr>
            <w:tcW w:type="dxa" w:w="46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632" w:right="63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下雪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8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3438"/>
        </w:trPr>
        <w:tc>
          <w:tcPr>
            <w:tcW w:type="dxa" w:w="52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泥土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现在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他们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squ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松鼠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任何的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32" w:right="3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waterm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西瓜（复数）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居住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燕子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地球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（引起注意）嘿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mou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大山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毛衣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鞋（复数）</w:t>
            </w:r>
          </w:p>
        </w:tc>
        <w:tc>
          <w:tcPr>
            <w:tcW w:type="dxa" w:w="52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580" w:right="58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用力踩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peo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人，人们（单复数同形）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80" w:right="58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桌子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花园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4" w:right="95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海，海洋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ser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沙漠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4" w:right="95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assland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草地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鲨鱼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4" w:right="95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rest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森林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j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牛仔裤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330" w:right="33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服装，衣服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580" w:right="58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穿；戴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6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8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2248"/>
        </w:trPr>
        <w:tc>
          <w:tcPr>
            <w:tcW w:type="dxa" w:w="46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-s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irt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T恤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0" w:right="0" w:firstLine="0"/>
              <w:jc w:val="center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（男式）衬衣</w:t>
            </w:r>
          </w:p>
        </w:tc>
        <w:tc>
          <w:tcPr>
            <w:tcW w:type="dxa" w:w="58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568" w:after="0"/>
              <w:ind w:left="926" w:right="92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外套；上衣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550" w:right="15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下雪</w:t>
            </w:r>
          </w:p>
        </w:tc>
      </w:tr>
    </w:tbl>
    <w:p>
      <w:pPr>
        <w:autoSpaceDN w:val="0"/>
        <w:autoSpaceDE w:val="0"/>
        <w:widowControl/>
        <w:spacing w:line="25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2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泥土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用力踩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现在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人，人们（单复数同形）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他们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草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松鼠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桌子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任何的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花园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西瓜（复数）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海，海洋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居住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沙漠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燕子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草地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地球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鲨鱼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（引起注意）嘿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森林 </w:t>
            </w:r>
          </w:p>
        </w:tc>
      </w:tr>
      <w:tr>
        <w:trPr>
          <w:trHeight w:hRule="exact" w:val="1000"/>
        </w:trPr>
        <w:tc>
          <w:tcPr>
            <w:tcW w:type="dxa" w:w="49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大山 </w:t>
            </w:r>
          </w:p>
        </w:tc>
        <w:tc>
          <w:tcPr>
            <w:tcW w:type="dxa" w:w="24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牛仔裤 </w:t>
            </w:r>
          </w:p>
        </w:tc>
      </w:tr>
      <w:tr>
        <w:trPr>
          <w:trHeight w:hRule="exact" w:val="1662"/>
        </w:trPr>
        <w:tc>
          <w:tcPr>
            <w:tcW w:type="dxa" w:w="49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毛衣 </w:t>
            </w:r>
          </w:p>
        </w:tc>
        <w:tc>
          <w:tcPr>
            <w:tcW w:type="dxa" w:w="24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服装，衣服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8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五年级下学期 / 川教版（三年级起点）</w:t>
            </w:r>
          </w:p>
        </w:tc>
      </w:tr>
      <w:tr>
        <w:trPr>
          <w:trHeight w:hRule="exact" w:val="1306"/>
        </w:trPr>
        <w:tc>
          <w:tcPr>
            <w:tcW w:type="dxa" w:w="483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鞋（复数） </w:t>
            </w:r>
          </w:p>
        </w:tc>
        <w:tc>
          <w:tcPr>
            <w:tcW w:type="dxa" w:w="255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穿；戴 </w:t>
            </w:r>
          </w:p>
        </w:tc>
      </w:tr>
      <w:tr>
        <w:trPr>
          <w:trHeight w:hRule="exact" w:val="1000"/>
        </w:trPr>
        <w:tc>
          <w:tcPr>
            <w:tcW w:type="dxa" w:w="483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T恤 </w:t>
            </w:r>
          </w:p>
        </w:tc>
        <w:tc>
          <w:tcPr>
            <w:tcW w:type="dxa" w:w="255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外套；上衣 </w:t>
            </w:r>
          </w:p>
        </w:tc>
      </w:tr>
      <w:tr>
        <w:trPr>
          <w:trHeight w:hRule="exact" w:val="13646"/>
        </w:trPr>
        <w:tc>
          <w:tcPr>
            <w:tcW w:type="dxa" w:w="483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（男式）衬衣 </w:t>
            </w:r>
          </w:p>
        </w:tc>
        <w:tc>
          <w:tcPr>
            <w:tcW w:type="dxa" w:w="25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下雪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