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学期：三年级上学期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版本：北京版（一年级起点）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ONE SEPTEMBER 10TH IS TEACHERS’ DAY     Lesson 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43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小姐（对未婚女性的称呼）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September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九月</w:t>
            </w:r>
          </w:p>
        </w:tc>
        <w:tc>
          <w:tcPr>
            <w:tcW w:type="dxa" w:w="53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girl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00" w:right="6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ONE SEPTEMBER 10TH IS TEACHERS’ DAY     Lesson 2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3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第七</w:t>
            </w:r>
          </w:p>
        </w:tc>
        <w:tc>
          <w:tcPr>
            <w:tcW w:type="dxa" w:w="63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34" w:right="143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嗨（表示问候或引起注意）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18" w:right="16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pupil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小学生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18" w:right="16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第六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ONE SEPTEMBER 10TH IS TEACHERS’ DAY     Lesson 3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14"/>
        </w:trPr>
        <w:tc>
          <w:tcPr>
            <w:tcW w:type="dxa" w:w="31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卡片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</w:tc>
        <w:tc>
          <w:tcPr>
            <w:tcW w:type="dxa" w:w="65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766" w:right="17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766" w:right="17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teacher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老师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tenth </w:t>
      </w:r>
      <w:r>
        <w:rPr>
          <w:rFonts w:ascii="宋体" w:hAnsi="宋体" w:eastAsia="宋体"/>
          <w:b w:val="0"/>
          <w:i w:val="0"/>
          <w:color w:val="555D5D"/>
          <w:sz w:val="24"/>
        </w:rPr>
        <w:t>第十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TWO OCTOBER 1ST IS OUR NATIONAL DAY     Lesson 5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36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December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October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十月</w:t>
            </w:r>
          </w:p>
        </w:tc>
        <w:tc>
          <w:tcPr>
            <w:tcW w:type="dxa" w:w="61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38" w:right="1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eleventh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8" w:right="1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November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8" w:right="1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正确的，对的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twelfth </w:t>
      </w:r>
      <w:r>
        <w:rPr>
          <w:rFonts w:ascii="宋体" w:hAnsi="宋体" w:eastAsia="宋体"/>
          <w:b w:val="0"/>
          <w:i w:val="0"/>
          <w:color w:val="555D5D"/>
          <w:sz w:val="24"/>
        </w:rPr>
        <w:t>第十二</w:t>
      </w:r>
    </w:p>
    <w:p>
      <w:pPr>
        <w:autoSpaceDN w:val="0"/>
        <w:autoSpaceDE w:val="0"/>
        <w:widowControl/>
        <w:spacing w:line="212" w:lineRule="exact" w:before="123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32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TWO OCTOBER 1ST IS OUR NATIONAL DAY     Lesson 6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5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football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足球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第十三</w:t>
            </w:r>
          </w:p>
        </w:tc>
        <w:tc>
          <w:tcPr>
            <w:tcW w:type="dxa" w:w="61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80" w:right="13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0" w:right="13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80" w:right="13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今天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TWO OCTOBER 1ST IS OUR NATIONAL DAY     Lesson 7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6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跑</w:t>
            </w:r>
          </w:p>
        </w:tc>
        <w:tc>
          <w:tcPr>
            <w:tcW w:type="dxa" w:w="61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跳跃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rac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赛跑；比赛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2" w:right="13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sport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运动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THREE I WAS BORN ON MAY 23RD     Lesson 9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3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April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四月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每个的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January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一月</w:t>
            </w:r>
          </w:p>
        </w:tc>
        <w:tc>
          <w:tcPr>
            <w:tcW w:type="dxa" w:w="63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608" w:right="16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August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八月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608" w:right="16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February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二月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608" w:right="16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March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三月</w:t>
            </w:r>
          </w:p>
        </w:tc>
      </w:tr>
    </w:tbl>
    <w:p>
      <w:pPr>
        <w:autoSpaceDN w:val="0"/>
        <w:autoSpaceDE w:val="0"/>
        <w:widowControl/>
        <w:spacing w:line="402" w:lineRule="exact" w:before="352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THREE I WAS BORN ON MAY 23RD     Lesson 10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14"/>
        </w:trPr>
        <w:tc>
          <w:tcPr>
            <w:tcW w:type="dxa" w:w="36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出生的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第十四</w:t>
            </w:r>
          </w:p>
        </w:tc>
        <w:tc>
          <w:tcPr>
            <w:tcW w:type="dxa" w:w="611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38" w:right="1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38" w:right="13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六月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May </w:t>
      </w:r>
      <w:r>
        <w:rPr>
          <w:rFonts w:ascii="宋体" w:hAnsi="宋体" w:eastAsia="宋体"/>
          <w:b w:val="0"/>
          <w:i w:val="0"/>
          <w:color w:val="555D5D"/>
          <w:sz w:val="24"/>
        </w:rPr>
        <w:t>五月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THREE I WAS BORN ON MAY 23RD     Lesson 11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34"/>
        </w:trPr>
        <w:tc>
          <w:tcPr>
            <w:tcW w:type="dxa" w:w="38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How old...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……多大？</w:t>
            </w:r>
          </w:p>
        </w:tc>
        <w:tc>
          <w:tcPr>
            <w:tcW w:type="dxa" w:w="58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084" w:right="10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七月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FIVE IT’S A NICE AUTUMN DAY     Lesson 15 </w:t>
      </w:r>
    </w:p>
    <w:p>
      <w:pPr>
        <w:autoSpaceDN w:val="0"/>
        <w:autoSpaceDE w:val="0"/>
        <w:widowControl/>
        <w:spacing w:line="212" w:lineRule="exact" w:before="76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5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9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2652"/>
        </w:trPr>
        <w:tc>
          <w:tcPr>
            <w:tcW w:type="dxa" w:w="45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凉爽的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温暖的，暖和的</w:t>
            </w:r>
          </w:p>
        </w:tc>
        <w:tc>
          <w:tcPr>
            <w:tcW w:type="dxa" w:w="59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132" w:right="11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2" w:right="11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阳光充足的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32" w:right="11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天气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FIVE IT’S A NICE AUTUMN DAY     Lesson 16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94"/>
        </w:trPr>
        <w:tc>
          <w:tcPr>
            <w:tcW w:type="dxa" w:w="34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可以，能够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多雨的</w:t>
            </w:r>
          </w:p>
        </w:tc>
        <w:tc>
          <w:tcPr>
            <w:tcW w:type="dxa" w:w="62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06" w:right="15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06" w:right="15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多风的，刮风的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FIVE IT’S A NICE AUTUMN DAY     Lesson 17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43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（部分或全部覆盖）在上面</w:t>
            </w:r>
          </w:p>
        </w:tc>
        <w:tc>
          <w:tcPr>
            <w:tcW w:type="dxa" w:w="53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10" w:right="61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雨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snowy </w:t>
      </w:r>
      <w:r>
        <w:rPr>
          <w:rFonts w:ascii="宋体" w:hAnsi="宋体" w:eastAsia="宋体"/>
          <w:b w:val="0"/>
          <w:i w:val="0"/>
          <w:color w:val="555D5D"/>
          <w:sz w:val="24"/>
        </w:rPr>
        <w:t>下雪多的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SIX I HAVE FIFTY MARKERS     Lesson 19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5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borrow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借；借用</w:t>
            </w:r>
          </w:p>
        </w:tc>
        <w:tc>
          <w:tcPr>
            <w:tcW w:type="dxa" w:w="61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402" w:right="14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marker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记号笔</w:t>
            </w:r>
          </w:p>
        </w:tc>
      </w:tr>
    </w:tbl>
    <w:p>
      <w:pPr>
        <w:autoSpaceDN w:val="0"/>
        <w:autoSpaceDE w:val="0"/>
        <w:widowControl/>
        <w:spacing w:line="402" w:lineRule="exact" w:before="1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pencil </w:t>
      </w:r>
      <w:r>
        <w:rPr>
          <w:rFonts w:ascii="宋体" w:hAnsi="宋体" w:eastAsia="宋体"/>
          <w:b w:val="0"/>
          <w:i w:val="0"/>
          <w:color w:val="555D5D"/>
          <w:sz w:val="24"/>
        </w:rPr>
        <w:t>铅笔</w:t>
      </w:r>
    </w:p>
    <w:p>
      <w:pPr>
        <w:autoSpaceDN w:val="0"/>
        <w:autoSpaceDE w:val="0"/>
        <w:widowControl/>
        <w:spacing w:line="402" w:lineRule="exact" w:before="718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SIX I HAVE FIFTY MARKERS     Lesson 20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94"/>
        </w:trPr>
        <w:tc>
          <w:tcPr>
            <w:tcW w:type="dxa" w:w="322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eraser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橡皮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ruler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尺子</w:t>
            </w:r>
          </w:p>
        </w:tc>
        <w:tc>
          <w:tcPr>
            <w:tcW w:type="dxa" w:w="64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716" w:right="17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四十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716" w:right="17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六十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SIX I HAVE FIFTY MARKERS     Lesson 21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414"/>
        </w:trPr>
        <w:tc>
          <w:tcPr>
            <w:tcW w:type="dxa" w:w="35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blackboard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黑板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hundred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一百</w:t>
            </w:r>
          </w:p>
        </w:tc>
        <w:tc>
          <w:tcPr>
            <w:tcW w:type="dxa" w:w="61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12" w:right="14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八十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12" w:right="14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九十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seventy </w:t>
      </w:r>
      <w:r>
        <w:rPr>
          <w:rFonts w:ascii="宋体" w:hAnsi="宋体" w:eastAsia="宋体"/>
          <w:b w:val="0"/>
          <w:i w:val="0"/>
          <w:color w:val="555D5D"/>
          <w:sz w:val="24"/>
        </w:rPr>
        <w:t>七十</w:t>
      </w:r>
    </w:p>
    <w:p>
      <w:pPr>
        <w:autoSpaceDN w:val="0"/>
        <w:autoSpaceDE w:val="0"/>
        <w:widowControl/>
        <w:spacing w:line="212" w:lineRule="exact" w:before="7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652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SEVEN WHEN IS THANKSGIVING?     Lesson 23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94"/>
        </w:trPr>
        <w:tc>
          <w:tcPr>
            <w:tcW w:type="dxa" w:w="40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Chinese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中国的；中国人的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假日，节日</w:t>
            </w:r>
          </w:p>
        </w:tc>
        <w:tc>
          <w:tcPr>
            <w:tcW w:type="dxa" w:w="56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72" w:right="8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Christmas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圣诞节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72" w:right="8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SEVEN WHEN IS THANKSGIVING?     Lesson 24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41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礼物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粉色的</w:t>
            </w:r>
          </w:p>
        </w:tc>
        <w:tc>
          <w:tcPr>
            <w:tcW w:type="dxa" w:w="55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70" w:right="7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铃铛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0" w:right="7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金色的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70" w:right="7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星星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SEVEN WHEN IS THANKSGIVING?     Lesson 25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60"/>
        </w:trPr>
        <w:tc>
          <w:tcPr>
            <w:tcW w:type="dxa" w:w="37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bright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亮的，明亮的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相同的</w:t>
            </w:r>
          </w:p>
        </w:tc>
        <w:tc>
          <w:tcPr>
            <w:tcW w:type="dxa" w:w="60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236" w:right="12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房子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236" w:right="123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together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在一起，共同</w:t>
            </w:r>
          </w:p>
        </w:tc>
      </w:tr>
    </w:tbl>
    <w:p>
      <w:pPr>
        <w:autoSpaceDN w:val="0"/>
        <w:autoSpaceDE w:val="0"/>
        <w:widowControl/>
        <w:spacing w:line="31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2"/>
        </w:trPr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fourth </w:t>
            </w:r>
          </w:p>
        </w:tc>
        <w:tc>
          <w:tcPr>
            <w:tcW w:type="dxa" w:w="48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第四</w:t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</w:p>
        </w:tc>
        <w:tc>
          <w:tcPr>
            <w:tcW w:type="dxa" w:w="487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1340"/>
        </w:trPr>
        <w:tc>
          <w:tcPr>
            <w:tcW w:type="dxa" w:w="15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miss </w:t>
            </w:r>
          </w:p>
        </w:tc>
        <w:tc>
          <w:tcPr>
            <w:tcW w:type="dxa" w:w="487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小姐（对未婚女性的称呼）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39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1306"/>
        </w:trPr>
        <w:tc>
          <w:tcPr>
            <w:tcW w:type="dxa" w:w="339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</w:p>
        </w:tc>
        <w:tc>
          <w:tcPr>
            <w:tcW w:type="dxa" w:w="19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5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September </w:t>
            </w:r>
          </w:p>
        </w:tc>
        <w:tc>
          <w:tcPr>
            <w:tcW w:type="dxa" w:w="11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九月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girl </w:t>
            </w:r>
          </w:p>
        </w:tc>
        <w:tc>
          <w:tcPr>
            <w:tcW w:type="dxa" w:w="19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女孩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</w:p>
        </w:tc>
        <w:tc>
          <w:tcPr>
            <w:tcW w:type="dxa" w:w="15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boy </w:t>
            </w:r>
          </w:p>
        </w:tc>
        <w:tc>
          <w:tcPr>
            <w:tcW w:type="dxa" w:w="19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男孩</w:t>
            </w:r>
          </w:p>
        </w:tc>
        <w:tc>
          <w:tcPr>
            <w:tcW w:type="dxa" w:w="30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9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39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42" w:right="5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6450"/>
            <w:gridSpan w:val="5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938"/>
        </w:trPr>
        <w:tc>
          <w:tcPr>
            <w:tcW w:type="dxa" w:w="148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name </w:t>
            </w:r>
          </w:p>
        </w:tc>
        <w:tc>
          <w:tcPr>
            <w:tcW w:type="dxa" w:w="496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26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6"/>
        </w:trPr>
        <w:tc>
          <w:tcPr>
            <w:tcW w:type="dxa" w:w="12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 </w:t>
            </w:r>
          </w:p>
        </w:tc>
        <w:tc>
          <w:tcPr>
            <w:tcW w:type="dxa" w:w="52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嗨（表示问候或引起注意）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pupil </w:t>
            </w:r>
          </w:p>
        </w:tc>
        <w:tc>
          <w:tcPr>
            <w:tcW w:type="dxa" w:w="49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小学生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sixth </w:t>
            </w:r>
          </w:p>
        </w:tc>
        <w:tc>
          <w:tcPr>
            <w:tcW w:type="dxa" w:w="49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第六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88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seventh </w:t>
            </w:r>
          </w:p>
        </w:tc>
        <w:tc>
          <w:tcPr>
            <w:tcW w:type="dxa" w:w="45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第七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</w:p>
        </w:tc>
        <w:tc>
          <w:tcPr>
            <w:tcW w:type="dxa" w:w="496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898"/>
        </w:trPr>
        <w:tc>
          <w:tcPr>
            <w:tcW w:type="dxa" w:w="32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128"/>
        </w:trPr>
        <w:tc>
          <w:tcPr>
            <w:tcW w:type="dxa" w:w="32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8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1202"/>
        </w:trPr>
        <w:tc>
          <w:tcPr>
            <w:tcW w:type="dxa" w:w="16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ninth </w:t>
            </w:r>
          </w:p>
        </w:tc>
        <w:tc>
          <w:tcPr>
            <w:tcW w:type="dxa" w:w="188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</w:tc>
        <w:tc>
          <w:tcPr>
            <w:tcW w:type="dxa" w:w="296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eighth </w:t>
            </w:r>
          </w:p>
        </w:tc>
        <w:tc>
          <w:tcPr>
            <w:tcW w:type="dxa" w:w="18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2" w:right="2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</w:tc>
        <w:tc>
          <w:tcPr>
            <w:tcW w:type="dxa" w:w="296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card </w:t>
            </w:r>
          </w:p>
        </w:tc>
        <w:tc>
          <w:tcPr>
            <w:tcW w:type="dxa" w:w="18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卡片</w:t>
            </w:r>
          </w:p>
        </w:tc>
        <w:tc>
          <w:tcPr>
            <w:tcW w:type="dxa" w:w="296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tenth </w:t>
            </w:r>
          </w:p>
        </w:tc>
        <w:tc>
          <w:tcPr>
            <w:tcW w:type="dxa" w:w="18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</w:t>
            </w:r>
          </w:p>
        </w:tc>
        <w:tc>
          <w:tcPr>
            <w:tcW w:type="dxa" w:w="296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9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72" w:right="1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teacher </w:t>
            </w:r>
          </w:p>
        </w:tc>
        <w:tc>
          <w:tcPr>
            <w:tcW w:type="dxa" w:w="159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58" w:right="5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老师</w:t>
            </w:r>
          </w:p>
        </w:tc>
        <w:tc>
          <w:tcPr>
            <w:tcW w:type="dxa" w:w="296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8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December </w:t>
            </w:r>
          </w:p>
        </w:tc>
        <w:tc>
          <w:tcPr>
            <w:tcW w:type="dxa" w:w="12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十二月</w:t>
            </w:r>
          </w:p>
        </w:tc>
        <w:tc>
          <w:tcPr>
            <w:tcW w:type="dxa" w:w="296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48" w:right="44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48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51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1240"/>
        </w:trPr>
        <w:tc>
          <w:tcPr>
            <w:tcW w:type="dxa" w:w="351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twelfth </w:t>
            </w:r>
          </w:p>
        </w:tc>
        <w:tc>
          <w:tcPr>
            <w:tcW w:type="dxa" w:w="16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第十二</w:t>
            </w:r>
          </w:p>
        </w:tc>
        <w:tc>
          <w:tcPr>
            <w:tcW w:type="dxa" w:w="29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2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November </w:t>
            </w:r>
          </w:p>
        </w:tc>
        <w:tc>
          <w:tcPr>
            <w:tcW w:type="dxa" w:w="12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十一月</w:t>
            </w:r>
          </w:p>
        </w:tc>
        <w:tc>
          <w:tcPr>
            <w:tcW w:type="dxa" w:w="29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October </w:t>
            </w:r>
          </w:p>
        </w:tc>
        <w:tc>
          <w:tcPr>
            <w:tcW w:type="dxa" w:w="16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十月</w:t>
            </w:r>
          </w:p>
        </w:tc>
        <w:tc>
          <w:tcPr>
            <w:tcW w:type="dxa" w:w="29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eleventh </w:t>
            </w:r>
          </w:p>
        </w:tc>
        <w:tc>
          <w:tcPr>
            <w:tcW w:type="dxa" w:w="16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第十一</w:t>
            </w:r>
          </w:p>
        </w:tc>
        <w:tc>
          <w:tcPr>
            <w:tcW w:type="dxa" w:w="29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</w:p>
        </w:tc>
        <w:tc>
          <w:tcPr>
            <w:tcW w:type="dxa" w:w="16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</w:t>
            </w:r>
          </w:p>
        </w:tc>
        <w:tc>
          <w:tcPr>
            <w:tcW w:type="dxa" w:w="293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1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52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0" w:right="1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right </w:t>
            </w:r>
          </w:p>
        </w:tc>
        <w:tc>
          <w:tcPr>
            <w:tcW w:type="dxa" w:w="199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30" w:right="1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正确的，对的</w:t>
            </w:r>
          </w:p>
        </w:tc>
        <w:tc>
          <w:tcPr>
            <w:tcW w:type="dxa" w:w="293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422" w:right="42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1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1504"/>
        </w:trPr>
        <w:tc>
          <w:tcPr>
            <w:tcW w:type="dxa" w:w="357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00" w:right="2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date </w:t>
            </w:r>
          </w:p>
        </w:tc>
        <w:tc>
          <w:tcPr>
            <w:tcW w:type="dxa" w:w="202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0" w:right="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</w:tc>
        <w:tc>
          <w:tcPr>
            <w:tcW w:type="dxa" w:w="28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3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00" w:right="20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eighteenth </w:t>
            </w:r>
          </w:p>
        </w:tc>
        <w:tc>
          <w:tcPr>
            <w:tcW w:type="dxa" w:w="12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2" w:right="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第十八</w:t>
            </w:r>
          </w:p>
        </w:tc>
        <w:tc>
          <w:tcPr>
            <w:tcW w:type="dxa" w:w="28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3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seventeenth </w:t>
            </w:r>
          </w:p>
        </w:tc>
        <w:tc>
          <w:tcPr>
            <w:tcW w:type="dxa" w:w="127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第十七</w:t>
            </w:r>
          </w:p>
        </w:tc>
        <w:tc>
          <w:tcPr>
            <w:tcW w:type="dxa" w:w="28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32" w:right="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today </w:t>
            </w:r>
          </w:p>
        </w:tc>
        <w:tc>
          <w:tcPr>
            <w:tcW w:type="dxa" w:w="202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8" w:right="1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今天</w:t>
            </w:r>
          </w:p>
        </w:tc>
        <w:tc>
          <w:tcPr>
            <w:tcW w:type="dxa" w:w="28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5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6" w:right="3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4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2974"/>
        </w:trPr>
        <w:tc>
          <w:tcPr>
            <w:tcW w:type="dxa" w:w="39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4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fourth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first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miss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third</w:t>
            </w:r>
          </w:p>
        </w:tc>
        <w:tc>
          <w:tcPr>
            <w:tcW w:type="dxa" w:w="64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4" w:after="0"/>
              <w:ind w:left="2532" w:right="25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第四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32" w:right="25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第一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604" w:right="60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小姐（对未婚女性的称呼）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532" w:right="25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第三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15952"/>
        </w:trPr>
        <w:tc>
          <w:tcPr>
            <w:tcW w:type="dxa" w:w="424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September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girl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second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name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pupil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sixth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seventh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fifth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ninth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eighth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card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teacher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December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twelfth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November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October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eleventh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right</w:t>
            </w:r>
          </w:p>
        </w:tc>
        <w:tc>
          <w:tcPr>
            <w:tcW w:type="dxa" w:w="622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九月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女孩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第二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男孩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名字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484" w:right="48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嗨（表示问候或引起注意）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小学生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第六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第七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第五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第九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第八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卡片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第十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老师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十二月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第十二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十一月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十月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第十一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6" w:right="22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24" w:right="1924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正确的，对的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1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3114"/>
        </w:trPr>
        <w:tc>
          <w:tcPr>
            <w:tcW w:type="dxa" w:w="43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date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eighteenth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seventeenth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today</w:t>
            </w:r>
          </w:p>
        </w:tc>
        <w:tc>
          <w:tcPr>
            <w:tcW w:type="dxa" w:w="61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日期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第十八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第十七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0" w:right="2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今天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4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futroh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fourth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uhortf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第四</w:t>
            </w:r>
          </w:p>
        </w:tc>
      </w:tr>
      <w:tr>
        <w:trPr>
          <w:trHeight w:hRule="exact" w:val="520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trsfi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rifts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first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第一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smsi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issm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miss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小姐（对未婚女性的称呼）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hdrit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hdirt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third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第三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eeStrmbep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mpeeteSrb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September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九月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grli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ligr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girl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女孩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secnod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second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ocends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第二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byo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ybo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boy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男孩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eman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name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nmea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名字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pupil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iuplp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plipu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小学生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ihtsx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sixth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thxsi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第六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seventh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heentvs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nshveet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第七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fifth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fthfi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tihff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第五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hintn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ihtnn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ninth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第九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hgeith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hthieg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eighth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第八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card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acdr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adrc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卡片</w:t>
            </w:r>
          </w:p>
        </w:tc>
      </w:tr>
      <w:tr>
        <w:trPr>
          <w:trHeight w:hRule="exact" w:val="518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tneht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tenth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tnhte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第十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teacher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atrehec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taechre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老师</w:t>
            </w:r>
          </w:p>
        </w:tc>
      </w:tr>
      <w:tr>
        <w:trPr>
          <w:trHeight w:hRule="exact" w:val="520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56" w:right="3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cbmeeDre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December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reeebmcD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十二月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fhtwlte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twelfth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ttlhewf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第十二</w:t>
            </w:r>
          </w:p>
        </w:tc>
      </w:tr>
      <w:tr>
        <w:trPr>
          <w:trHeight w:hRule="exact" w:val="516"/>
        </w:trPr>
        <w:tc>
          <w:tcPr>
            <w:tcW w:type="dxa" w:w="23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2" w:right="3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mbvreeNo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November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Nbreomve</w:t>
            </w:r>
          </w:p>
        </w:tc>
        <w:tc>
          <w:tcPr>
            <w:tcW w:type="dxa" w:w="43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十一月</w:t>
            </w:r>
          </w:p>
        </w:tc>
      </w:tr>
      <w:tr>
        <w:trPr>
          <w:trHeight w:hRule="exact" w:val="1030"/>
        </w:trPr>
        <w:tc>
          <w:tcPr>
            <w:tcW w:type="dxa" w:w="23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622" w:right="6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October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6" w:right="3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beoctrO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04" w:right="3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eobtcOr</w:t>
            </w:r>
          </w:p>
        </w:tc>
        <w:tc>
          <w:tcPr>
            <w:tcW w:type="dxa" w:w="43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04" w:right="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十月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3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2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790"/>
        </w:trPr>
        <w:tc>
          <w:tcPr>
            <w:tcW w:type="dxa" w:w="239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640" w:right="6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elvnhete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heveentl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eleventh</w:t>
            </w:r>
          </w:p>
        </w:tc>
        <w:tc>
          <w:tcPr>
            <w:tcW w:type="dxa" w:w="42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第十一</w:t>
            </w:r>
          </w:p>
        </w:tc>
      </w:tr>
      <w:tr>
        <w:trPr>
          <w:trHeight w:hRule="exact" w:val="520"/>
        </w:trPr>
        <w:tc>
          <w:tcPr>
            <w:tcW w:type="dxa" w:w="23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thmon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hontm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month</w:t>
            </w:r>
          </w:p>
        </w:tc>
        <w:tc>
          <w:tcPr>
            <w:tcW w:type="dxa" w:w="4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月</w:t>
            </w:r>
          </w:p>
        </w:tc>
      </w:tr>
      <w:tr>
        <w:trPr>
          <w:trHeight w:hRule="exact" w:val="516"/>
        </w:trPr>
        <w:tc>
          <w:tcPr>
            <w:tcW w:type="dxa" w:w="23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right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itrgh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thgir</w:t>
            </w:r>
          </w:p>
        </w:tc>
        <w:tc>
          <w:tcPr>
            <w:tcW w:type="dxa" w:w="4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正确的，对的</w:t>
            </w:r>
          </w:p>
        </w:tc>
      </w:tr>
      <w:tr>
        <w:trPr>
          <w:trHeight w:hRule="exact" w:val="518"/>
        </w:trPr>
        <w:tc>
          <w:tcPr>
            <w:tcW w:type="dxa" w:w="23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tdea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adte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date</w:t>
            </w:r>
          </w:p>
        </w:tc>
        <w:tc>
          <w:tcPr>
            <w:tcW w:type="dxa" w:w="4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日期</w:t>
            </w:r>
          </w:p>
        </w:tc>
      </w:tr>
      <w:tr>
        <w:trPr>
          <w:trHeight w:hRule="exact" w:val="518"/>
        </w:trPr>
        <w:tc>
          <w:tcPr>
            <w:tcW w:type="dxa" w:w="23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06" w:right="4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eighteenth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heeghentit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iheetthnge</w:t>
            </w:r>
          </w:p>
        </w:tc>
        <w:tc>
          <w:tcPr>
            <w:tcW w:type="dxa" w:w="4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第十八</w:t>
            </w:r>
          </w:p>
        </w:tc>
      </w:tr>
      <w:tr>
        <w:trPr>
          <w:trHeight w:hRule="exact" w:val="516"/>
        </w:trPr>
        <w:tc>
          <w:tcPr>
            <w:tcW w:type="dxa" w:w="23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tevhsentene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seventeenth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nseehtntvee</w:t>
            </w:r>
          </w:p>
        </w:tc>
        <w:tc>
          <w:tcPr>
            <w:tcW w:type="dxa" w:w="4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第十七</w:t>
            </w:r>
          </w:p>
        </w:tc>
      </w:tr>
      <w:tr>
        <w:trPr>
          <w:trHeight w:hRule="exact" w:val="604"/>
        </w:trPr>
        <w:tc>
          <w:tcPr>
            <w:tcW w:type="dxa" w:w="23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adoty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tyaod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38" w:right="23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today</w:t>
            </w:r>
          </w:p>
        </w:tc>
        <w:tc>
          <w:tcPr>
            <w:tcW w:type="dxa" w:w="42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今天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0850"/>
        </w:trPr>
        <w:tc>
          <w:tcPr>
            <w:tcW w:type="dxa" w:w="52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小姐（对未婚女性的称呼）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Septe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九月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xth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ght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mbe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十二月</w:t>
            </w:r>
          </w:p>
        </w:tc>
        <w:tc>
          <w:tcPr>
            <w:tcW w:type="dxa" w:w="51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896" w:right="89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96" w:right="89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女孩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22" w:right="52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男孩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小学生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第七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22" w:right="52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卡片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teac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老师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272" w:right="27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第十二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7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4282"/>
        </w:trPr>
        <w:tc>
          <w:tcPr>
            <w:tcW w:type="dxa" w:w="47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Novem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十一月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第十一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正确的，对的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第十八</w:t>
            </w:r>
          </w:p>
        </w:tc>
        <w:tc>
          <w:tcPr>
            <w:tcW w:type="dxa" w:w="57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808" w:right="8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十月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58" w:right="105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58" w:right="105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日期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808" w:right="8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teent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第十七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518"/>
        <w:ind w:left="956" w:right="956" w:firstLine="0"/>
        <w:jc w:val="left"/>
      </w:pP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</w:t>
      </w:r>
      <w:r>
        <w:rPr>
          <w:rFonts w:ascii="Times" w:hAnsi="Times" w:eastAsia="Times"/>
          <w:b w:val="0"/>
          <w:i w:val="0"/>
          <w:color w:val="000000"/>
          <w:sz w:val="30"/>
        </w:rPr>
        <w:t>o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ay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今天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353.9999999999999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0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第四 </w:t>
            </w:r>
          </w:p>
        </w:tc>
        <w:tc>
          <w:tcPr>
            <w:tcW w:type="dxa" w:w="30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8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第一 </w:t>
            </w:r>
          </w:p>
        </w:tc>
      </w:tr>
    </w:tbl>
    <w:p>
      <w:pPr>
        <w:autoSpaceDN w:val="0"/>
        <w:autoSpaceDE w:val="0"/>
        <w:widowControl/>
        <w:spacing w:line="240" w:lineRule="auto" w:before="200" w:after="200"/>
        <w:ind w:left="706" w:right="706" w:firstLine="0"/>
        <w:jc w:val="left"/>
      </w:pPr>
      <w:r>
        <w:drawing>
          <wp:inline xmlns:a="http://schemas.openxmlformats.org/drawingml/2006/main" xmlns:pic="http://schemas.openxmlformats.org/drawingml/2006/picture">
            <wp:extent cx="1143000" cy="438150"/>
            <wp:docPr id="189" name="Picture 18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3815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b w:val="0"/>
          <w:i w:val="0"/>
          <w:color w:val="363639"/>
          <w:sz w:val="24"/>
        </w:rPr>
        <w:t xml:space="preserve">小姐（对未婚女性的称呼） </w:t>
      </w:r>
      <w:r>
        <w:drawing>
          <wp:inline xmlns:a="http://schemas.openxmlformats.org/drawingml/2006/main" xmlns:pic="http://schemas.openxmlformats.org/drawingml/2006/picture">
            <wp:extent cx="1143000" cy="438150"/>
            <wp:docPr id="190" name="Picture 19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43815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b w:val="0"/>
          <w:i w:val="0"/>
          <w:color w:val="363639"/>
          <w:sz w:val="24"/>
        </w:rPr>
        <w:t xml:space="preserve">第三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九月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女孩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第二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男孩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名字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嗨（表示问候或引起注意）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小学生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第六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第七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第五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第九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第八 </w:t>
            </w:r>
          </w:p>
        </w:tc>
      </w:tr>
      <w:tr>
        <w:trPr>
          <w:trHeight w:hRule="exact" w:val="1662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卡片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第十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三年级上学期 / 北京版（一年级起点）</w:t>
            </w:r>
          </w:p>
        </w:tc>
      </w:tr>
      <w:tr>
        <w:trPr>
          <w:trHeight w:hRule="exact" w:val="1306"/>
        </w:trPr>
        <w:tc>
          <w:tcPr>
            <w:tcW w:type="dxa" w:w="44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老师 </w:t>
            </w:r>
          </w:p>
        </w:tc>
        <w:tc>
          <w:tcPr>
            <w:tcW w:type="dxa" w:w="29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十二月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第十二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十一月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十月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第十一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月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正确的，对的 </w:t>
            </w:r>
          </w:p>
        </w:tc>
      </w:tr>
      <w:tr>
        <w:trPr>
          <w:trHeight w:hRule="exact" w:val="1000"/>
        </w:trPr>
        <w:tc>
          <w:tcPr>
            <w:tcW w:type="dxa" w:w="447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日期 </w:t>
            </w:r>
          </w:p>
        </w:tc>
        <w:tc>
          <w:tcPr>
            <w:tcW w:type="dxa" w:w="29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第十八 </w:t>
            </w:r>
          </w:p>
        </w:tc>
      </w:tr>
      <w:tr>
        <w:trPr>
          <w:trHeight w:hRule="exact" w:val="10646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第十七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今天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