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2025年安装专业工程试题及答案</w:t>
      </w:r>
    </w:p>
    <w:p>
      <w:r>
        <w:br/>
        <w:t xml:space="preserve"> 一、单项选择题（共10题，每题2分）</w:t>
        <w:br/>
        <w:br/>
        <w:t>1. 关于建筑给排水系统中PPR管道的热熔连接，下列说法正确的是：</w:t>
        <w:br/>
        <w:br/>
        <w:t>A. 热熔温度越高越好</w:t>
        <w:br/>
        <w:br/>
        <w:t>B. 热熔时间越长越好</w:t>
        <w:br/>
        <w:br/>
        <w:t>C. 热熔温度和时间应严格按照规范执行</w:t>
        <w:br/>
        <w:br/>
        <w:t>D. 热熔连接后无需冷却即可使用</w:t>
        <w:br/>
        <w:br/>
        <w:t>2. 电气安装工程中，导线连接的基本要求不包括：</w:t>
        <w:br/>
        <w:br/>
        <w:t>A. 接触电阻小</w:t>
        <w:br/>
        <w:br/>
        <w:t>B. 机械强度高</w:t>
        <w:br/>
        <w:br/>
        <w:t>C. 耐腐蚀性好</w:t>
        <w:br/>
        <w:br/>
        <w:t>D. 外观美观</w:t>
        <w:br/>
        <w:br/>
        <w:t>3. 暖通空调系统中，风机盘管安装时，其凝结水坡度不应小于：</w:t>
        <w:br/>
        <w:br/>
        <w:t>A. 1%</w:t>
        <w:br/>
        <w:br/>
        <w:t>B. 2%</w:t>
        <w:br/>
        <w:br/>
        <w:t>C. 3%</w:t>
        <w:br/>
        <w:br/>
        <w:t>D. 5%</w:t>
        <w:br/>
        <w:br/>
        <w:t>4. 消防安装工程中，喷头安装时，喷头与梁、墙面的距离应符合规范要求，目的是：</w:t>
        <w:br/>
        <w:br/>
        <w:t>A. 美观要求</w:t>
        <w:br/>
        <w:br/>
        <w:t>B. 维修方便</w:t>
        <w:br/>
        <w:br/>
        <w:t>C. 保证喷洒效果</w:t>
        <w:br/>
        <w:br/>
        <w:t>D. 节约材料</w:t>
        <w:br/>
        <w:br/>
        <w:t>5. 设备安装工程中，地脚螺栓的作用是：</w:t>
        <w:br/>
        <w:br/>
        <w:t>A. 仅用于固定设备</w:t>
        <w:br/>
        <w:br/>
        <w:t>B. 仅用于调整设备水平</w:t>
        <w:br/>
        <w:br/>
        <w:t>C. 用于固定设备和调整设备水平</w:t>
        <w:br/>
        <w:br/>
        <w:t>D. 仅用于减震</w:t>
        <w:br/>
        <w:br/>
        <w:t>6. 安装工程中，风管安装时，水平风管的安装坡度一般不应小于：</w:t>
        <w:br/>
        <w:br/>
        <w:t>A. 0.5%</w:t>
        <w:br/>
        <w:br/>
        <w:t>B. 1%</w:t>
        <w:br/>
        <w:br/>
        <w:t>C. 1.5%</w:t>
        <w:br/>
        <w:br/>
        <w:t>D. 2%</w:t>
        <w:br/>
        <w:br/>
        <w:t>7. 建筑电气安装工程中，配电箱安装高度一般为：</w:t>
        <w:br/>
        <w:br/>
        <w:t>A. 0.5-0.8m</w:t>
        <w:br/>
        <w:br/>
        <w:t>B. 0.8-1.2m</w:t>
        <w:br/>
        <w:br/>
        <w:t>C. 1.2-1.5m</w:t>
        <w:br/>
        <w:br/>
        <w:t>D. 1.5-1.8m</w:t>
        <w:br/>
        <w:br/>
        <w:t>8. 安装工程中，管道试压时，压力表精度不应低于：</w:t>
        <w:br/>
        <w:br/>
        <w:t>A. 1.0级</w:t>
        <w:br/>
        <w:br/>
        <w:t>B. 1.5级</w:t>
        <w:br/>
        <w:br/>
        <w:t>C. 2.0级</w:t>
        <w:br/>
        <w:br/>
        <w:t>D. 2.5级</w:t>
        <w:br/>
        <w:br/>
        <w:t>9. 暖通空调系统中，空调水系统冲洗时，冲洗流速不应小于：</w:t>
        <w:br/>
        <w:br/>
        <w:t>A. 1.0m/s</w:t>
        <w:br/>
        <w:br/>
        <w:t>B. 1.5m/s</w:t>
        <w:br/>
        <w:br/>
        <w:t>C. 2.0m/s</w:t>
        <w:br/>
        <w:br/>
        <w:t>D. 2.5m/s</w:t>
        <w:br/>
        <w:br/>
        <w:t>10. 安装工程中，关于电缆敷设的说法，错误的是：</w:t>
        <w:br/>
        <w:br/>
        <w:t>A. 电缆弯曲半径不应小于电缆外径的10倍</w:t>
        <w:br/>
        <w:br/>
        <w:t>B. 电缆敷设时应排列整齐，避免交叉</w:t>
        <w:br/>
        <w:br/>
        <w:t>C. 电缆在桥架内敷设时可以随意摆放</w:t>
        <w:br/>
        <w:br/>
        <w:t>D. 电缆敷设后应及时挂牌标识</w:t>
        <w:br/>
        <w:br/>
        <w:t xml:space="preserve"> 二、填空题（共6题，每题2分）</w:t>
        <w:br/>
        <w:br/>
        <w:t>1. 建筑给排水系统中，PPR管道的连接方式主要有______和______两种。</w:t>
        <w:br/>
        <w:br/>
        <w:t>2. 电气安装工程中，导线连接的基本方法有______、______和压接法。</w:t>
        <w:br/>
        <w:br/>
        <w:t>3. 暖通空调系统中，风机盘管的安装高度一般为______m。</w:t>
        <w:br/>
        <w:br/>
        <w:t>4. 消防安装工程中，喷头的安装间距不应大于______m。</w:t>
        <w:br/>
        <w:br/>
        <w:t>5. 设备安装工程中，地脚螺栓的灌浆材料通常采用______。</w:t>
        <w:br/>
        <w:br/>
        <w:t>6. 安装工程中，风管安装时，水平风管的安装坡度一般不应小于______。</w:t>
        <w:br/>
        <w:br/>
        <w:t xml:space="preserve"> 三、判断题（共6题，每题2分）</w:t>
        <w:br/>
        <w:br/>
        <w:t>1. 建筑给排水系统中，PPR管道可以采用胶水粘接方式进行连接。（ ）</w:t>
        <w:br/>
        <w:br/>
        <w:t>2. 电气安装工程中，不同截面的导线可以连接在同一接线端子上。（ ）</w:t>
        <w:br/>
        <w:br/>
        <w:t>3. 暖通空调系统中，风机盘管的凝结水坡度不应小于1%。（ ）</w:t>
        <w:br/>
        <w:br/>
        <w:t>4. 消防安装工程中，喷头安装时，喷头与梁、墙面的距离没有具体要求。（ ）</w:t>
        <w:br/>
        <w:br/>
        <w:t>5. 设备安装工程中，地脚螺栓仅用于固定设备，不能用于调整设备水平。（ ）</w:t>
        <w:br/>
        <w:br/>
        <w:t>6. 安装工程中，电缆在桥架内敷设时可以随意摆放，不需要排列整齐。（ ）</w:t>
        <w:br/>
        <w:br/>
        <w:t xml:space="preserve"> 四、多项选择题（共2题，每题2分）</w:t>
        <w:br/>
        <w:br/>
        <w:t>1. 下列关于建筑给排水系统中PPR管道安装的说法，正确的有：</w:t>
        <w:br/>
        <w:br/>
        <w:t>A. PPR管道热熔连接时，热熔温度应控制在260℃±10℃</w:t>
        <w:br/>
        <w:br/>
        <w:t>B. PPR管道热熔连接时，热熔时间应根据管径大小确定</w:t>
        <w:br/>
        <w:br/>
        <w:t>C. PPR管道安装时，应考虑热胀冷缩的影响</w:t>
        <w:br/>
        <w:br/>
        <w:t>D. PPR管道可以与金属管道直接连接</w:t>
        <w:br/>
        <w:br/>
        <w:t>E. PPR管道安装后无需进行压力试验</w:t>
        <w:br/>
        <w:br/>
        <w:t>2. 下列关于电气安装工程中电缆敷设的说法，正确的有：</w:t>
        <w:br/>
        <w:br/>
        <w:t>A. 电缆敷设前应检查电缆型号、规格是否符合设计要求</w:t>
        <w:br/>
        <w:br/>
        <w:t>B. 电缆弯曲半径不应小于电缆外径的15倍</w:t>
        <w:br/>
        <w:br/>
        <w:t>C. 电缆在桥架内敷设时应排列整齐，避免交叉</w:t>
        <w:br/>
        <w:br/>
        <w:t>D. 电缆敷设后应及时挂牌标识</w:t>
        <w:br/>
        <w:br/>
        <w:t>E. 电缆敷设时可以随意拉伸电缆</w:t>
        <w:br/>
        <w:br/>
        <w:t xml:space="preserve"> 五、简答题（共2题，每题5分）</w:t>
        <w:br/>
        <w:br/>
        <w:t>1. 简述建筑给排水系统中PPR管道热熔连接的工艺流程及注意事项。</w:t>
        <w:br/>
        <w:br/>
        <w:t>2. 简述电气安装工程中配电箱安装的基本要求。</w:t>
        <w:br/>
        <w:br/>
        <w:t xml:space="preserve"> 参考答案及解析</w:t>
        <w:br/>
        <w:br/>
        <w:t xml:space="preserve"> 一、单项选择题</w:t>
        <w:br/>
        <w:br/>
        <w:t>1. 答案：C</w:t>
        <w:br/>
        <w:br/>
        <w:t>解析：PPR管道的热熔连接需要严格控制热熔温度和时间，温度过高或时间过长会导致管道材料性能下降，温度过低或时间过短则会导致连接不牢固。因此，应严格按照规范执行热熔温度和时间。</w:t>
        <w:br/>
        <w:br/>
        <w:t>2. 答案：D</w:t>
        <w:br/>
        <w:br/>
        <w:t>解析：导线连接的基本要求包括：接触电阻小、机械强度高、耐腐蚀性好、绝缘性能好等。外观美观虽然也是良好的施工习惯，但不是导线连接的基本技术要求。</w:t>
        <w:br/>
        <w:br/>
        <w:t>3. 答案：B</w:t>
        <w:br/>
        <w:br/>
        <w:t>解析：根据暖通空调安装规范，风机盘管安装时，其凝结水坡度不应小于2%，以确保凝结水能够顺利排出，避免积水。</w:t>
        <w:br/>
        <w:br/>
        <w:t>4. 答案：C</w:t>
        <w:br/>
        <w:br/>
        <w:t>解析：喷头与梁、墙面的距离应符合规范要求，主要是为了保证喷洒效果，确保在火灾发生时喷头能够有效覆盖保护区域。</w:t>
        <w:br/>
        <w:br/>
        <w:t>5. 答案：C</w:t>
        <w:br/>
        <w:br/>
        <w:t>解析：地脚螺栓的主要作用是固定设备和调整设备水平，通过调整地脚螺栓的松紧程度可以实现对设备水平和高度的精确调整。</w:t>
        <w:br/>
        <w:br/>
        <w:t>6. 答案：B</w:t>
        <w:br/>
        <w:br/>
        <w:t>解析：安装工程中，风管安装时，水平风管的安装坡度一般不应小于1%，以便于冷凝水的排出。</w:t>
        <w:br/>
        <w:br/>
        <w:t>7. 答案：C</w:t>
        <w:br/>
        <w:br/>
        <w:t>解析：建筑电气安装工程中，配电箱安装高度一般为1.2-1.5m，这个高度便于操作和维护，同时也符合人体工程学要求。</w:t>
        <w:br/>
        <w:br/>
        <w:t>8. 答案：B</w:t>
        <w:br/>
        <w:br/>
        <w:t>解析：安装工程中，管道试压时，压力表精度不应低于1.5级，以确保压力测量的准确性。</w:t>
        <w:br/>
        <w:br/>
        <w:t>9. 答案：B</w:t>
        <w:br/>
        <w:br/>
        <w:t>解析：暖通空调系统中，空调水系统冲洗时，冲洗流速不应小于1.5m/s，以确保能够有效冲洗管道内的杂质和污物。</w:t>
        <w:br/>
        <w:br/>
        <w:t>10. 答案：C</w:t>
        <w:br/>
        <w:br/>
        <w:t>解析：安装工程中，电缆在桥架内敷设时应排列整齐，避免交叉，以确保散热良好和便于维护。随意摆放会导致电缆过热和难以维护。</w:t>
        <w:br/>
        <w:br/>
        <w:t xml:space="preserve"> 二、填空题</w:t>
        <w:br/>
        <w:br/>
        <w:t>1. 答案：热熔连接、电熔连接</w:t>
        <w:br/>
        <w:br/>
        <w:t>解析：PPR管道的连接方式主要有热熔连接和电熔连接两种。热熔连接是通过加热管道和管件，使其熔融后连接在一起；电熔连接是通过电熔管件，通电加热使管道与管件熔融连接。</w:t>
        <w:br/>
        <w:br/>
        <w:t>2. 答案：绞接法、焊接法</w:t>
        <w:br/>
        <w:br/>
        <w:t>解析：电气安装工程中，导线连接的基本方法有绞接法、焊接法和压接法。绞接法是将两根导线交叉缠绕后连接；焊接法是通过焊接将导线连接在一起；压接法是通过压接钳将导线与接线端子压接在一起。</w:t>
        <w:br/>
        <w:br/>
        <w:t>3. 答案：2.0-2.4</w:t>
        <w:br/>
        <w:br/>
        <w:t>解析：暖通空调系统中，风机盘管的安装高度一般为2.0-2.4m，这个高度既能保证空调效果，又不会影响室内空间的使用。</w:t>
        <w:br/>
        <w:br/>
        <w:t>4. 答案：3.6</w:t>
        <w:br/>
        <w:br/>
        <w:t>解析：消防安装工程中，喷头的安装间距不应大于3.6m，这是为了保证在火灾发生时喷头能够有效覆盖保护区域。</w:t>
        <w:br/>
        <w:br/>
        <w:t>5. 答案：无收缩灌浆料</w:t>
        <w:br/>
        <w:br/>
        <w:t>解析：设备安装工程中，地脚螺栓的灌浆材料通常采用无收缩灌浆料，这种材料具有无收缩、高强、早强等特点，能够确保地脚螺栓与基础之间的紧密连接。</w:t>
        <w:br/>
        <w:br/>
        <w:t>6. 答案：0.5%</w:t>
        <w:br/>
        <w:br/>
        <w:t>解析：安装工程中，风管安装时，水平风管的安装坡度一般不应小于0.5%，以便于冷凝水的排出。</w:t>
        <w:br/>
        <w:br/>
        <w:t xml:space="preserve"> 三、判断题</w:t>
        <w:br/>
        <w:br/>
        <w:t>1. 答案：×</w:t>
        <w:br/>
        <w:br/>
        <w:t>解析：PPR管道不能采用胶水粘接方式进行连接，PPR管道是通过热熔或电熔方式进行连接的。胶水粘接适用于PVC等塑料管道。</w:t>
        <w:br/>
        <w:br/>
        <w:t>2. 答案：×</w:t>
        <w:br/>
        <w:br/>
        <w:t>解析：电气安装工程中，不同截面的导线不应连接在同一接线端子上，因为不同截面的导线承载电流能力不同，连接在一起会导致安全隐患。</w:t>
        <w:br/>
        <w:br/>
        <w:t>3. 答案：√</w:t>
        <w:br/>
        <w:br/>
        <w:t>解析：暖通空调系统中，风机盘管的凝结水坡度不应小于1%，这是规范要求，以确保凝结水能够顺利排出，避免积水。</w:t>
        <w:br/>
        <w:br/>
        <w:t>4. 答案：×</w:t>
        <w:br/>
        <w:br/>
        <w:t>解析：消防安装工程中，喷头安装时，喷头与梁、墙面的距离有具体要求，这是为了保证喷洒效果，确保在火灾发生时喷头能够有效覆盖保护区域。</w:t>
        <w:br/>
        <w:br/>
        <w:t>5. 答案：×</w:t>
        <w:br/>
        <w:br/>
        <w:t>解析：设备安装工程中，地脚螺栓不仅用于固定设备，还用于调整设备水平，通过调整地脚螺栓的松紧程度可以实现对设备水平和高度的精确调整。</w:t>
        <w:br/>
        <w:br/>
        <w:t>6. 答案：×</w:t>
        <w:br/>
        <w:br/>
        <w:t>解析：安装工程中，电缆在桥架内敷设时应排列整齐，避免交叉，以确保散热良好和便于维护。随意摆放会导致电缆过热和难以维护。</w:t>
        <w:br/>
        <w:br/>
        <w:t xml:space="preserve"> 四、多项选择题</w:t>
        <w:br/>
        <w:br/>
        <w:t>1. 答案：A、B、C</w:t>
        <w:br/>
        <w:br/>
        <w:t>解析：</w:t>
        <w:br/>
        <w:br/>
        <w:t>- A选项正确：PPR管道热熔连接时，热熔温度应控制在260℃±10℃，这是规范要求的热熔温度。</w:t>
        <w:br/>
        <w:br/>
        <w:t>- B选项正确：PPR管道热熔连接时，热熔时间应根据管径大小确定，管径越大，热熔时间越长。</w:t>
        <w:br/>
        <w:br/>
        <w:t>- C选项正确：PPR材料具有热胀冷缩的特性，安装时应考虑这一影响，设置适当的伸缩装置。</w:t>
        <w:br/>
        <w:br/>
        <w:t>- D选项错误：PPR管道不能与金属管道直接连接，需要通过专用转换件连接。</w:t>
        <w:br/>
        <w:br/>
        <w:t>- E选项错误：PPR管道安装后必须进行压力试验，以确保安装质量和密封性能。</w:t>
        <w:br/>
        <w:br/>
        <w:t>2. 答案：A、C、D</w:t>
        <w:br/>
        <w:br/>
        <w:t>解析：</w:t>
        <w:br/>
        <w:br/>
        <w:t>- A选项正确：电缆敷设前应检查电缆型号、规格是否符合设计要求，这是确保工程质量的重要环节。</w:t>
        <w:br/>
        <w:br/>
        <w:t>- B选项错误：电缆弯曲半径不应小于电缆外径的10倍（对于电力电缆）或15倍（对于控制电缆），不是15倍。</w:t>
        <w:br/>
        <w:br/>
        <w:t>- C选项正确：电缆在桥架内敷设时应排列整齐，避免交叉，以确保散热良好和便于维护。</w:t>
        <w:br/>
        <w:br/>
        <w:t>- D选项正确：电缆敷设后应及时挂牌标识，以便于识别和维护。</w:t>
        <w:br/>
        <w:br/>
        <w:t>- E选项错误：电缆敷设时不能随意拉伸电缆，过度拉伸会损坏电缆的绝缘层和导体。</w:t>
        <w:br/>
        <w:br/>
        <w:t xml:space="preserve"> 五、简答题</w:t>
        <w:br/>
        <w:br/>
        <w:t>1. 答案：</w:t>
        <w:br/>
        <w:br/>
        <w:t>PPR管道热熔连接的工艺流程及注意事项如下：</w:t>
        <w:br/>
        <w:br/>
        <w:t>工艺流程：</w:t>
        <w:br/>
        <w:br/>
        <w:t>(1) 准备工作：检查热熔机具是否正常，清理管道和管件连接处的污物。</w:t>
        <w:br/>
        <w:br/>
        <w:t>(2) 标记深度：在管道和管件上标记插入深度。</w:t>
        <w:br/>
        <w:br/>
        <w:t>(3) 加热：将热熔机具温度控制在260℃±10℃，将管道和管件同时加热至规定时间。</w:t>
        <w:br/>
        <w:br/>
        <w:t>(4) 连接：将加热后的管道和管件迅速插入，达到标记深度。</w:t>
        <w:br/>
        <w:br/>
        <w:t>(5) 冷却：保持连接状态，自然冷却至规定时间。</w:t>
        <w:br/>
        <w:br/>
        <w:t>(6) 检查：检查连接处是否牢固、无气泡。</w:t>
        <w:br/>
        <w:br/>
        <w:t>注意事项：</w:t>
        <w:br/>
        <w:br/>
        <w:t>(1) 热熔温度和时间应严格按照规范执行，温度过高或时间过长会导致管道材料性能下降。</w:t>
        <w:br/>
        <w:br/>
        <w:t>(2) 加热时应均匀加热，避免局部过热。</w:t>
        <w:br/>
        <w:br/>
        <w:t>(3) 连接时应迅速插入，避免管道和管件在空气中冷却时间过长。</w:t>
        <w:br/>
        <w:br/>
        <w:t>(4) 冷却期间不得移动管道或管件，确保连接牢固。</w:t>
        <w:br/>
        <w:br/>
        <w:t>(5) 不同材质、不同厂家的管道和管件不应混用。</w:t>
        <w:br/>
        <w:br/>
        <w:t>(6) 热熔连接后应进行压力试验，确保连接质量。</w:t>
        <w:br/>
        <w:br/>
        <w:t>2. 答案：</w:t>
        <w:br/>
        <w:br/>
        <w:t>电气安装工程中配电箱安装的基本要求如下：</w:t>
        <w:br/>
        <w:br/>
        <w:t>(1) 位置选择：配电箱应安装在干燥、通风、便于操作和维护的位置，避免安装在潮湿、高温或有腐蚀性气体的环境中。</w:t>
        <w:br/>
        <w:br/>
        <w:t>(2) 安装高度：配电箱安装高度一般为1.2-1.5m，便于操作和维护。</w:t>
        <w:br/>
        <w:br/>
        <w:t>(3) 固定方式：配电箱应采用膨胀螺栓或预埋螺栓固定，确保安装牢固。</w:t>
        <w:br/>
        <w:br/>
        <w:t>(4) 水平度：配电箱安装应保持水平，垂直偏差不应大于3mm。</w:t>
        <w:br/>
        <w:br/>
        <w:t>(5) 接地：配电箱外壳应可靠接地，接地电阻应符合规范要求。</w:t>
        <w:br/>
        <w:br/>
        <w:t>(6) 内部接线：配电箱内接线应整齐、牢固，导线连接应采用压接或焊接方式，确保接触良好。</w:t>
        <w:br/>
        <w:br/>
        <w:t>(7) 标识：配电箱应有清晰的标识，标明回路名称、用途等信息。</w:t>
        <w:br/>
        <w:br/>
        <w:t>(8) 防护：配电箱应有防护措施，防止误操作和触电事故。</w:t>
        <w:br/>
        <w:br/>
        <w:t>(9) 间距：配电箱周围应留有足够的操作空间，一般不小于0.8m。</w:t>
        <w:br/>
        <w:br/>
        <w:t>(10) 防火：配电箱应采用防火材料制作，并安装在防火墙上或防火区域内。</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