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2025年胆囊术后护理试题及答案</w:t>
      </w:r>
    </w:p>
    <w:p>
      <w:r>
        <w:br/>
        <w:t xml:space="preserve"> 一、单项选择题（每题2分，共10分）</w:t>
        <w:br/>
        <w:br/>
        <w:t>1. 胆囊切除术后最常见的并发症是：</w:t>
        <w:br/>
        <w:br/>
        <w:t>A. 切口感染</w:t>
        <w:br/>
        <w:br/>
        <w:t>B. 胆漏</w:t>
        <w:br/>
        <w:br/>
        <w:t>C. 肺部感染</w:t>
        <w:br/>
        <w:br/>
        <w:t>D. 深静脉血栓</w:t>
        <w:br/>
        <w:br/>
        <w:t>2. 胆囊切除术后患者首次进食的时间通常是：</w:t>
        <w:br/>
        <w:br/>
        <w:t>A. 术后立即</w:t>
        <w:br/>
        <w:br/>
        <w:t>B. 术后6小时</w:t>
        <w:br/>
        <w:br/>
        <w:t>C. 术后12小时</w:t>
        <w:br/>
        <w:br/>
        <w:t>D. 术后24小时</w:t>
        <w:br/>
        <w:br/>
        <w:t>3. 胆囊切除术后患者应采取的体位是：</w:t>
        <w:br/>
        <w:br/>
        <w:t>A. 平卧位</w:t>
        <w:br/>
        <w:br/>
        <w:t>B. 半卧位</w:t>
        <w:br/>
        <w:br/>
        <w:t>C. 侧卧位</w:t>
        <w:br/>
        <w:br/>
        <w:t>D. 俯卧位</w:t>
        <w:br/>
        <w:br/>
        <w:t>4. 胆囊切除术后引流管的护理措施不包括：</w:t>
        <w:br/>
        <w:br/>
        <w:t>A. 定时观察引流液颜色和量</w:t>
        <w:br/>
        <w:br/>
        <w:t>B. 保持引流管通畅</w:t>
        <w:br/>
        <w:br/>
        <w:t>C. 每日更换引流袋</w:t>
        <w:br/>
        <w:br/>
        <w:t>D. 引流管可随意弯曲</w:t>
        <w:br/>
        <w:br/>
        <w:t>5. 胆囊切除术后患者出院指导中，错误的是：</w:t>
        <w:br/>
        <w:br/>
        <w:t>A. 术后1个月内避免剧烈运动</w:t>
        <w:br/>
        <w:br/>
        <w:t>B. 饮食应低脂、易消化</w:t>
        <w:br/>
        <w:br/>
        <w:t>C. 出现腹痛、发热等症状应立即就医</w:t>
        <w:br/>
        <w:br/>
        <w:t>D. 术后无需复查</w:t>
        <w:br/>
        <w:br/>
        <w:t>6. 腹腔镜胆囊切除术后，患者肩部疼痛的原因是：</w:t>
        <w:br/>
        <w:br/>
        <w:t>A. 切口疼痛</w:t>
        <w:br/>
        <w:br/>
        <w:t>B. 膈下积气</w:t>
        <w:br/>
        <w:br/>
        <w:t>C. 肌肉拉伤</w:t>
        <w:br/>
        <w:br/>
        <w:t>D. 神经损伤</w:t>
        <w:br/>
        <w:br/>
        <w:t>7. 胆囊切除术后患者饮食恢复的顺序是：</w:t>
        <w:br/>
        <w:br/>
        <w:t>A. 流质→半流质→软食→普食</w:t>
        <w:br/>
        <w:br/>
        <w:t>B. 半流质→流质→软食→普食</w:t>
        <w:br/>
        <w:br/>
        <w:t>C. 普食→软食→半流质→流质</w:t>
        <w:br/>
        <w:br/>
        <w:t>D. 软食→普食→半流质→流质</w:t>
        <w:br/>
        <w:br/>
        <w:t>8. 胆囊切除术后患者活动指导，正确的是：</w:t>
        <w:br/>
        <w:br/>
        <w:t>A. 术后24小时内绝对卧床</w:t>
        <w:br/>
        <w:br/>
        <w:t>B. 术后第1天可下床活动</w:t>
        <w:br/>
        <w:br/>
        <w:t>C. 术后1周内避免爬楼梯</w:t>
        <w:br/>
        <w:br/>
        <w:t>D. 术后2周内禁止任何活动</w:t>
        <w:br/>
        <w:br/>
        <w:t>9. 胆囊切除术后患者出院后，应避免的食物是：</w:t>
        <w:br/>
        <w:br/>
        <w:t>A. 米饭</w:t>
        <w:br/>
        <w:br/>
        <w:t>B. 面包</w:t>
        <w:br/>
        <w:br/>
        <w:t>C. 油炸食品</w:t>
        <w:br/>
        <w:br/>
        <w:t>D. 蔬菜水果</w:t>
        <w:br/>
        <w:br/>
        <w:t>10. 胆囊切除术后患者出现黄疸，可能的原因是：</w:t>
        <w:br/>
        <w:br/>
        <w:t>A. 正常现象</w:t>
        <w:br/>
        <w:br/>
        <w:t>B. 胆道损伤</w:t>
        <w:br/>
        <w:br/>
        <w:t>C. 肝功能异常</w:t>
        <w:br/>
        <w:br/>
        <w:t>D. 以上都是</w:t>
        <w:br/>
        <w:br/>
        <w:t xml:space="preserve"> 二、填空题（每题2分，共10分）</w:t>
        <w:br/>
        <w:br/>
        <w:t>1. 胆囊切除术后患者应密切监测生命体征，包括体温、脉搏、呼吸和______。</w:t>
        <w:br/>
        <w:br/>
        <w:t>2. 胆囊切除术后患者首次下床活动时，应遵循"三部曲"，即先坐起、______、再站立。</w:t>
        <w:br/>
        <w:br/>
        <w:t>3. 腹腔镜胆囊切除术后，患者肩部疼痛通常在术后______天内自行缓解。</w:t>
        <w:br/>
        <w:br/>
        <w:t>4. 胆囊切除术后患者饮食恢复初期应选择______饮食，避免高脂食物。</w:t>
        <w:br/>
        <w:br/>
        <w:t>5. 胆囊切除术后患者出院后，如出现持续腹痛、发热或______等症状，应立即就医。</w:t>
        <w:br/>
        <w:br/>
        <w:t xml:space="preserve"> 三、判断题（每题2分，共10分）</w:t>
        <w:br/>
        <w:br/>
        <w:t>1. 胆囊切除术后患者可以立即恢复正常饮食。 ( )</w:t>
        <w:br/>
        <w:br/>
        <w:t>2. 胆囊切除术后引流液呈淡黄色，量逐渐减少是正常现象。 ( )</w:t>
        <w:br/>
        <w:br/>
        <w:t>3. 胆囊切除术后患者应避免使用阿司匹林等抗凝药物。 ( )</w:t>
        <w:br/>
        <w:br/>
        <w:t>4. 腹腔镜胆囊切除术后患者肩部疼痛是由于手术直接损伤所致。 ( )</w:t>
        <w:br/>
        <w:br/>
        <w:t>5. 胆囊切除术后患者出院后无需进行定期复查。 ( )</w:t>
        <w:br/>
        <w:br/>
        <w:t xml:space="preserve"> 四、多项选择题（每题2分，共4分）</w:t>
        <w:br/>
        <w:br/>
        <w:t>1. 胆囊切除术后患者常见的并发症包括：</w:t>
        <w:br/>
        <w:br/>
        <w:t>A. 切口感染</w:t>
        <w:br/>
        <w:br/>
        <w:t>B. 胆漏</w:t>
        <w:br/>
        <w:br/>
        <w:t>C. 肺部感染</w:t>
        <w:br/>
        <w:br/>
        <w:t>D. 深静脉血栓</w:t>
        <w:br/>
        <w:br/>
        <w:t>2. 胆囊切除术后患者出院指导应包括：</w:t>
        <w:br/>
        <w:br/>
        <w:t>A. 饮食指导</w:t>
        <w:br/>
        <w:br/>
        <w:t>B. 活动指导</w:t>
        <w:br/>
        <w:br/>
        <w:t>C. 用药指导</w:t>
        <w:br/>
        <w:br/>
        <w:t>D. 复查指导</w:t>
        <w:br/>
        <w:br/>
        <w:t xml:space="preserve"> 五、简答题（每题5分，共10分）</w:t>
        <w:br/>
        <w:br/>
        <w:t>1. 简述胆囊切除术后患者引流管的护理要点。</w:t>
        <w:br/>
        <w:br/>
        <w:t>2. 胆囊切除术后患者出院健康指导包括哪些内容？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解析：胆囊切除术后最常见的并发症是胆漏，发生率约为1%-3%。胆漏是指胆汁从胆道系统泄漏到腹腔，可能导致腹膜炎等严重后果。切口感染、肺部感染和深静脉血栓也是可能的并发症，但发生率相对较低。</w:t>
        <w:br/>
        <w:br/>
        <w:t>2. 答案：B</w:t>
        <w:br/>
        <w:br/>
        <w:t>解析：胆囊切除术后患者通常在术后6小时后可以开始少量饮水，如果没有不良反应，可在术后12小时开始进食流质食物。术后立即进食可能导致呕吐、腹胀等不适；术后24小时才开始进食会延长患者的恢复时间。</w:t>
        <w:br/>
        <w:br/>
        <w:t>3. 答案：B</w:t>
        <w:br/>
        <w:br/>
        <w:t>解析：胆囊切除术后患者应采取半卧位，这有助于减轻腹部张力，减少疼痛，促进引流液排出，并降低肺部并发症的风险。平卧位会增加腹部张力，加重疼痛；侧卧位和俯卧位不利于引流和观察。</w:t>
        <w:br/>
        <w:br/>
        <w:t>4. 答案：D</w:t>
        <w:br/>
        <w:br/>
        <w:t>解析：胆囊切除术后引流管的护理措施包括定时观察引流液颜色和量、保持引流管通畅、每日更换引流袋等。引流管不可随意弯曲，以免造成引流不畅或引流管受压变形，影响引流效果。</w:t>
        <w:br/>
        <w:br/>
        <w:t>5. 答案：D</w:t>
        <w:br/>
        <w:br/>
        <w:t>解析：胆囊切除术后患者出院指导中，术后1个月内应避免剧烈运动，饮食应低脂、易消化，出现腹痛、发热等症状应立即就医。术后需要定期复查，以评估恢复情况和发现可能的并发症。</w:t>
        <w:br/>
        <w:br/>
        <w:t>6. 答案：B</w:t>
        <w:br/>
        <w:br/>
        <w:t>解析：腹腔镜胆囊切除术后患者肩部疼痛是由于膈下积气所致。腹腔镜手术需要向腹腔内注入二氧化碳气体以形成操作空间，术后气体可能刺激膈肌，引起肩部放射性疼痛，通常在术后2-3天内自行缓解。</w:t>
        <w:br/>
        <w:br/>
        <w:t>7. 答案：A</w:t>
        <w:br/>
        <w:br/>
        <w:t>解析：胆囊切除术后患者饮食恢复的顺序是流质→半流质→软食→普食。术后初期应给予流质饮食，逐渐过渡到半流质、软食，最后恢复正常饮食。这种循序渐进的饮食恢复方式有助于减轻消化系统负担，促进恢复。</w:t>
        <w:br/>
        <w:br/>
        <w:t>8. 答案：B</w:t>
        <w:br/>
        <w:br/>
        <w:t>解析：胆囊切除术后患者活动指导中，术后第1天可在医护人员协助下下床活动，这有助于促进肠蠕动恢复，预防肺部并发症和深静脉血栓。术后24小时内绝对卧床会增加并发症风险；术后1周内避免爬楼梯和术后2周内禁止任何活动过于保守，不利于患者恢复。</w:t>
        <w:br/>
        <w:br/>
        <w:t>9. 答案：C</w:t>
        <w:br/>
        <w:br/>
        <w:t>解析：胆囊切除术后患者出院后应避免油炸食品等高脂食物，因为胆囊切除后胆汁储存和浓缩功能受损，高脂饮食可能导致消化不良、腹泻等症状。米饭、面包和蔬菜水果属于低脂、易消化的食物，适合胆囊切除术后患者食用。</w:t>
        <w:br/>
        <w:br/>
        <w:t>10. 答案：D</w:t>
        <w:br/>
        <w:br/>
        <w:t>解析：胆囊切除术后患者出现黄疸可能的原因包括正常现象（术后暂时性肝功能变化）、胆道损伤（手术中胆道受损）或肝功能异常（麻醉药物或手术应激导致）。黄疸是术后需要密切观察的症状，如果持续存在或加重，应及时就医。</w:t>
        <w:br/>
        <w:br/>
        <w:t xml:space="preserve"> 二、填空题</w:t>
        <w:br/>
        <w:br/>
        <w:t>1. 答案：血压</w:t>
        <w:br/>
        <w:br/>
        <w:t>解析：胆囊切除术后患者应密切监测生命体征，包括体温、脉搏、呼吸和血压。这些指标可以反映患者的循环状态和有无出血、感染等并发症。血压异常升高或降低都需要及时处理。</w:t>
        <w:br/>
        <w:br/>
        <w:t>2. 答案：床边坐立</w:t>
        <w:br/>
        <w:br/>
        <w:t>解析：胆囊切除术后患者首次下床活动时，应遵循"三部曲"，即先坐起、床边坐立、再站立。这种循序渐进的活动方式可以防止体位性低血压导致的晕厥，确保患者安全。</w:t>
        <w:br/>
        <w:br/>
        <w:t>3. 答案：2-3</w:t>
        <w:br/>
        <w:br/>
        <w:t>解析：腹腔镜胆囊切除术后，患者肩部疼痛通常是由于膈下积气刺激膈肌所致，这种疼痛一般在术后2-3天内随着腹腔内气体的吸收而自行缓解。如果疼痛持续或加重，需要排除其他并发症。</w:t>
        <w:br/>
        <w:br/>
        <w:t>4. 答案：低脂</w:t>
        <w:br/>
        <w:br/>
        <w:t>解析：胆囊切除术后患者饮食恢复初期应选择低脂饮食，避免高脂食物。因为胆囊切除后，肝脏持续分泌胆汁，而没有了胆囊的储存和浓缩功能，高脂饮食可能导致消化不良、腹泻等症状。</w:t>
        <w:br/>
        <w:br/>
        <w:t>5. 答案：黄疸</w:t>
        <w:br/>
        <w:br/>
        <w:t>解析：胆囊切除术后患者出院后，如出现持续腹痛、发热或黄疸等症状，应立即就医。这些症状可能提示胆漏、感染、胆道梗阻等严重并发症，需要及时处理。</w:t>
        <w:br/>
        <w:br/>
        <w:t xml:space="preserve"> 三、判断题</w:t>
        <w:br/>
        <w:br/>
        <w:t>1. 答案：×</w:t>
        <w:br/>
        <w:br/>
        <w:t>解析：胆囊切除术后患者不能立即恢复正常饮食。术后饮食应循序渐进，从流质→半流质→软食→普食，且应避免高脂食物。立即恢复正常饮食特别是高脂饮食，可能导致消化不良、腹胀、腹泻等症状，影响恢复。</w:t>
        <w:br/>
        <w:br/>
        <w:t>2. 答案：√</w:t>
        <w:br/>
        <w:br/>
        <w:t>解析：胆囊切除术后引流液呈淡黄色，量逐渐减少是正常现象。术后引流液通常为淡血性或淡黄色，随着恢复，引流量会逐渐减少，颜色变淡，最终拔管。如果引流液颜色异常（如胆汁样、脓性）或量增多，可能提示并发症。</w:t>
        <w:br/>
        <w:br/>
        <w:t>3. 答案：√</w:t>
        <w:br/>
        <w:br/>
        <w:t>解析：胆囊切除术后患者应避免使用阿司匹林等抗凝药物，因为这类药物可能增加出血风险。如果患者需要抗凝治疗，应在医生指导下使用，并密切观察有无出血迹象。</w:t>
        <w:br/>
        <w:br/>
        <w:t>4. 答案：×</w:t>
        <w:br/>
        <w:br/>
        <w:t>解析：腹腔镜胆囊切除术后患者肩部疼痛不是由于手术直接损伤所致，而是由于膈下积气刺激膈肌引起的放射性疼痛。这种疼痛通常是自限性的，会在术后2-3天内随着腹腔内气体的吸收而缓解。</w:t>
        <w:br/>
        <w:br/>
        <w:t>5. 答案：×</w:t>
        <w:br/>
        <w:br/>
        <w:t>解析：胆囊切除术后患者出院后需要进行定期复查，以评估恢复情况和发现可能的并发症。复查通常包括体格检查、肝功能检查等，具体复查时间和项目应根据患者情况由医生决定。</w:t>
        <w:br/>
        <w:br/>
        <w:t xml:space="preserve"> 四、多项选择题</w:t>
        <w:br/>
        <w:br/>
        <w:t>1. 答案：ABCD</w:t>
        <w:br/>
        <w:br/>
        <w:t>解析：胆囊切除术后患者常见的并发症包括切口感染、胆漏、肺部感染和深静脉血栓。切口感染是最表浅的并发症；胆漏是最常见的严重并发症；肺部感染与术后卧床和呼吸功能减弱有关；深静脉血栓与术后活动减少有关。这些并发症都需要及时发现和处理。</w:t>
        <w:br/>
        <w:br/>
        <w:t>2. 答案：ABCD</w:t>
        <w:br/>
        <w:br/>
        <w:t>解析：胆囊切除术后患者出院指导应包括饮食指导（低脂、易消化）、活动指导（逐渐增加活动量）、用药指导（按医嘱服药，避免自行用药）和复查指导（按时复查，评估恢复情况）。全面的出院指导有助于患者顺利恢复，减少并发症。</w:t>
        <w:br/>
        <w:br/>
        <w:t xml:space="preserve"> 五、简答题</w:t>
        <w:br/>
        <w:br/>
        <w:t>1. 答案：</w:t>
        <w:br/>
        <w:br/>
        <w:t>胆囊切除术后患者引流管的护理要点包括：</w:t>
        <w:br/>
        <w:br/>
        <w:t>(1) 妥善固定引流管，防止脱落、扭曲或受压；</w:t>
        <w:br/>
        <w:br/>
        <w:t>(2) 定时观察引流液的颜色、性质和量，并记录；</w:t>
        <w:br/>
        <w:br/>
        <w:t>(3) 保持引流管通畅，避免堵塞，必要时轻轻挤压引流管；</w:t>
        <w:br/>
        <w:br/>
        <w:t>(4) 引流袋位置应低于切口平面，防止逆行感染；</w:t>
        <w:br/>
        <w:br/>
        <w:t>(5) 每日更换引流袋，注意无菌操作；</w:t>
        <w:br/>
        <w:br/>
        <w:t>(6) 观察切口敷料情况，如有渗湿应及时更换；</w:t>
        <w:br/>
        <w:br/>
        <w:t>(7) 引流液减少、颜色变淡后，遵医嘱拔管。</w:t>
        <w:br/>
        <w:br/>
        <w:t>2. 答案：</w:t>
        <w:br/>
        <w:br/>
        <w:t>胆囊切除术后患者出院健康指导包括：</w:t>
        <w:br/>
        <w:br/>
        <w:t>(1) 饮食指导：术后1个月内饮食应低脂、易消化，避免油炸、肥腻食物，少量多餐，逐渐恢复正常饮食；</w:t>
        <w:br/>
        <w:br/>
        <w:t>(2) 活动指导：出院后逐渐增加活动量，避免剧烈运动和重体力劳动，3个月内避免提重物；</w:t>
        <w:br/>
        <w:br/>
        <w:t>(3) 切口护理：保持切口清洁干燥，观察有无红肿、渗液，按医嘱更换敷料；</w:t>
        <w:br/>
        <w:br/>
        <w:t>(4) 用药指导：按医嘱服药，避免自行用药，特别是阿司匹林等抗凝药物；</w:t>
        <w:br/>
        <w:br/>
        <w:t>(5) 复查指导：按时复查，通常术后1个月、3个月、6个月各复查一次；</w:t>
        <w:br/>
        <w:br/>
        <w:t>(6) 症状观察：如出现持续腹痛、发热、黄疸、切口红肿热痛等症状，应立即就医；</w:t>
        <w:br/>
        <w:br/>
        <w:t>(7) 生活指导：保持规律作息，避免熬夜，戒烟限酒。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