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2025年电气工长模拟试题及答案</w:t>
      </w:r>
    </w:p>
    <w:p>
      <w:r>
        <w:br/>
        <w:t xml:space="preserve"> 一、单项选择题（共10题，每题2分）</w:t>
        <w:br/>
        <w:br/>
        <w:t>1. 电气设备安装时，接地电阻的允许值一般为：</w:t>
        <w:br/>
        <w:br/>
        <w:t>A. 0.1Ω</w:t>
        <w:br/>
        <w:br/>
        <w:t>B. 1Ω</w:t>
        <w:br/>
        <w:br/>
        <w:t>C. 4Ω</w:t>
        <w:br/>
        <w:br/>
        <w:t>D. 10Ω</w:t>
        <w:br/>
        <w:br/>
        <w:t>2. 三相异步电动机的额定功率是指：</w:t>
        <w:br/>
        <w:br/>
        <w:t>A. 输入功率</w:t>
        <w:br/>
        <w:br/>
        <w:t>B. 输出功率</w:t>
        <w:br/>
        <w:br/>
        <w:t>C. 视在功率</w:t>
        <w:br/>
        <w:br/>
        <w:t>D. 无功功率</w:t>
        <w:br/>
        <w:br/>
        <w:t>3. 电气火灾扑救时，应首先：</w:t>
        <w:br/>
        <w:br/>
        <w:t>A. 使用水灭火</w:t>
        <w:br/>
        <w:br/>
        <w:t>B. 切断电源</w:t>
        <w:br/>
        <w:br/>
        <w:t>C. 使用泡沫灭火器</w:t>
        <w:br/>
        <w:br/>
        <w:t>D. 使用二氧化碳灭火器</w:t>
        <w:br/>
        <w:br/>
        <w:t>4. 电缆敷设时，弯曲半径不应小于电缆直径的：</w:t>
        <w:br/>
        <w:br/>
        <w:t>A. 5倍</w:t>
        <w:br/>
        <w:br/>
        <w:t>B. 10倍</w:t>
        <w:br/>
        <w:br/>
        <w:t>C. 15倍</w:t>
        <w:br/>
        <w:br/>
        <w:t>D. 20倍</w:t>
        <w:br/>
        <w:br/>
        <w:t>5. 电气设备绝缘电阻的测量应使用：</w:t>
        <w:br/>
        <w:br/>
        <w:t>A. 万用表</w:t>
        <w:br/>
        <w:br/>
        <w:t>B. 兆欧表</w:t>
        <w:br/>
        <w:br/>
        <w:t>C. 钳形电流表</w:t>
        <w:br/>
        <w:br/>
        <w:t>D. 接地电阻测试仪</w:t>
        <w:br/>
        <w:br/>
        <w:t>6. 电力系统中，中性点接地方式不包括：</w:t>
        <w:br/>
        <w:br/>
        <w:t>A. 中性点直接接地</w:t>
        <w:br/>
        <w:br/>
        <w:t>B. 中性点不接地</w:t>
        <w:br/>
        <w:br/>
        <w:t>C. 中性点经消弧线圈接地</w:t>
        <w:br/>
        <w:br/>
        <w:t>D. 中性点经电容器接地</w:t>
        <w:br/>
        <w:br/>
        <w:t>7. 电气设备检修时，必须执行的安全措施是：</w:t>
        <w:br/>
        <w:br/>
        <w:t>A. 佩戴安全帽</w:t>
        <w:br/>
        <w:br/>
        <w:t>B. 穿绝缘鞋</w:t>
        <w:br/>
        <w:br/>
        <w:t>C. 挂警示牌</w:t>
        <w:br/>
        <w:br/>
        <w:t>D. 切断电源并验电</w:t>
        <w:br/>
        <w:br/>
        <w:t>8. 电动机的额定电流是指：</w:t>
        <w:br/>
        <w:br/>
        <w:t>A. 起动电流</w:t>
        <w:br/>
        <w:br/>
        <w:t>B. 空载电流</w:t>
        <w:br/>
        <w:br/>
        <w:t>C. 满载电流</w:t>
        <w:br/>
        <w:br/>
        <w:t>D. 堵转电流</w:t>
        <w:br/>
        <w:br/>
        <w:t>9. 电气图中的图形符号"⊥"表示：</w:t>
        <w:br/>
        <w:br/>
        <w:t>A. 接地</w:t>
        <w:br/>
        <w:br/>
        <w:t>B. 断路器</w:t>
        <w:br/>
        <w:br/>
        <w:t>C. 熔断器</w:t>
        <w:br/>
        <w:br/>
        <w:t>D. 变压器</w:t>
        <w:br/>
        <w:br/>
        <w:t>10. 电气设备正常运行时，外壳应：</w:t>
        <w:br/>
        <w:br/>
        <w:t>A. 带电</w:t>
        <w:br/>
        <w:br/>
        <w:t>B. 接地</w:t>
        <w:br/>
        <w:br/>
        <w:t>C. 绝缘</w:t>
        <w:br/>
        <w:br/>
        <w:t>D. 悬空</w:t>
        <w:br/>
        <w:br/>
        <w:t xml:space="preserve"> 二、判断题（共5题，每题2分）</w:t>
        <w:br/>
        <w:br/>
        <w:t>1. 电气设备绝缘电阻越大越好。（ ）</w:t>
        <w:br/>
        <w:br/>
        <w:t>2. 三相四线制系统中，零线可以安装熔断器。（ ）</w:t>
        <w:br/>
        <w:br/>
        <w:t>3. 电气设备检修时，可以一人单独进行。（ ）</w:t>
        <w:br/>
        <w:br/>
        <w:t>4. 电缆敷设时，可以交叉敷设。（ ）</w:t>
        <w:br/>
        <w:br/>
        <w:t>5. 电气设备外壳接地是为了防止人员触电。（ ）</w:t>
        <w:br/>
        <w:br/>
        <w:t xml:space="preserve"> 三、多项选择题（共2题，每题2分）</w:t>
        <w:br/>
        <w:br/>
        <w:t>1. 下列属于电气安全防护装置的有：</w:t>
        <w:br/>
        <w:br/>
        <w:t>A. 漏电保护器</w:t>
        <w:br/>
        <w:br/>
        <w:t>B. 隔离开关</w:t>
        <w:br/>
        <w:br/>
        <w:t>C. 熔断器</w:t>
        <w:br/>
        <w:br/>
        <w:t>D. 热继电器</w:t>
        <w:br/>
        <w:br/>
        <w:t>E. 电压表</w:t>
        <w:br/>
        <w:br/>
        <w:t>2. 电气火灾的预防措施包括：</w:t>
        <w:br/>
        <w:br/>
        <w:t>A. 定期检查电气设备</w:t>
        <w:br/>
        <w:br/>
        <w:t>B. 防止电气设备过载</w:t>
        <w:br/>
        <w:br/>
        <w:t>C. 保持电气设备清洁</w:t>
        <w:br/>
        <w:br/>
        <w:t>D. 使用不合格的电气产品</w:t>
        <w:br/>
        <w:br/>
        <w:t>E. 随意拉接电线</w:t>
        <w:br/>
        <w:br/>
        <w:t xml:space="preserve"> 四、填空题（共5题，每题2分）</w:t>
        <w:br/>
        <w:br/>
        <w:t>1. 电气设备接地电阻的测量应使用_________。</w:t>
        <w:br/>
        <w:br/>
        <w:t>2. 三相异步电动机的转速与_________成正比。</w:t>
        <w:br/>
        <w:br/>
        <w:t>3. 电气设备检修时，必须执行"_________"制度。</w:t>
        <w:br/>
        <w:br/>
        <w:t>4. 电缆敷设时，电缆弯曲半径不应小于电缆直径的_________倍。</w:t>
        <w:br/>
        <w:br/>
        <w:t>5. 电气设备绝缘等级中，"Y"级绝缘的允许温度为_________℃。</w:t>
        <w:br/>
        <w:br/>
        <w:t xml:space="preserve"> 五、简答题（共2题，每题5分）</w:t>
        <w:br/>
        <w:br/>
        <w:t>1. 简述电气设备接地的作用。</w:t>
        <w:br/>
        <w:br/>
        <w:t>2. 简述电气火灾的扑救方法。</w:t>
        <w:br/>
        <w:br/>
        <w:t xml:space="preserve"> 参考答案及解析</w:t>
        <w:br/>
        <w:br/>
        <w:t xml:space="preserve"> 一、单项选择题</w:t>
        <w:br/>
        <w:br/>
        <w:t>1. 答案：C</w:t>
        <w:br/>
        <w:br/>
        <w:t>解析：根据电气设备安装规范，一般设备的接地电阻允许值为4Ω。对于特殊设备，如电子设备、医疗设备等，接地电阻要求可能更小，通常为1Ω或更小。而0.1Ω和10Ω分别是对高精度设备和一般设备接地电阻的极端值，不符合一般电气设备的接地要求。</w:t>
        <w:br/>
        <w:br/>
        <w:t>2. 答案：B</w:t>
        <w:br/>
        <w:br/>
        <w:t>解析：三相异步电动机的额定功率是指电动机在额定工况下输出的机械功率，而不是输入的电功率。视在功率是电压和电流的乘积，无功功率是电路中不产生实际功率的分量，起动电流是电动机启动时的瞬时电流，都不是额定功率的定义。</w:t>
        <w:br/>
        <w:br/>
        <w:t>3. 答案：B</w:t>
        <w:br/>
        <w:br/>
        <w:t>解析：电气火灾扑救时，首要任务是切断电源，防止触电事故和火势扩大。使用水灭火可能导致触电，使用泡沫灭火器可能导电，使用二氧化碳灭火器虽然可用于电气火灾，但切断电源是首要步骤。</w:t>
        <w:br/>
        <w:br/>
        <w:t>4. 答案：C</w:t>
        <w:br/>
        <w:br/>
        <w:t>解析：电缆敷设时，为保证电缆绝缘层不受损伤，电缆的弯曲半径不应小于电缆直径的15倍。这是电缆敷设的基本要求，不同类型的电缆可能有不同的要求，但15倍是最基本的要求。</w:t>
        <w:br/>
        <w:br/>
        <w:t>5. 答案：B</w:t>
        <w:br/>
        <w:br/>
        <w:t>解析：电气设备绝缘电阻的测量应使用兆欧表（又称摇表），专门用于测量高电阻。万用表虽然可以测量电阻，但量程和精度不适合测量电气设备的绝缘电阻。钳形电流表用于测量电流，接地电阻测试仪用于测量接地电阻。</w:t>
        <w:br/>
        <w:br/>
        <w:t>6. 答案：D</w:t>
        <w:br/>
        <w:br/>
        <w:t>解析：电力系统中，中性点接地方式主要有三种：中性点直接接地、中性点不接地、中性点经消弧线圈接地。中性点经电容器接地不是标准的接地方式，因为电容器不能提供有效的接地故障电流通路。</w:t>
        <w:br/>
        <w:br/>
        <w:t>7. 答案：D</w:t>
        <w:br/>
        <w:br/>
        <w:t>解析：电气设备检修时，必须执行的安全措施包括切断电源并验电，确保设备不带电。佩戴安全帽、穿绝缘鞋、挂警示牌也是安全措施，但切断电源并验电是最基本、最重要的安全措施。</w:t>
        <w:br/>
        <w:br/>
        <w:t>8. 答案：C</w:t>
        <w:br/>
        <w:br/>
        <w:t>解析：电动机的额定电流是指电动机在额定工况下（额定电压、额定负载）的工作电流。起动电流是电动机启动时的瞬时电流，远大于额定电流；空载电流是电动机不带负载时的电流；堵转电流是电动机转子被堵住时的电流，也大于额定电流。</w:t>
        <w:br/>
        <w:br/>
        <w:t>9. 答案：A</w:t>
        <w:br/>
        <w:br/>
        <w:t>解析：电气图中的图形符号"⊥"表示接地，表示电路中的某一点与大地相连。断路器的图形符号通常是"□"或类似形状，熔断器的图形符号是"□"中间有一条线，变压器的图形符号是圆圈中有两个线圈。</w:t>
        <w:br/>
        <w:br/>
        <w:t>10. 答案：B</w:t>
        <w:br/>
        <w:br/>
        <w:t>解析：电气设备正常运行时，外壳应接地，以防止因绝缘损坏导致外壳带电而造成触电事故。外壳带电是非常危险的，绝缘和悬空都不能保证安全。</w:t>
        <w:br/>
        <w:br/>
        <w:t xml:space="preserve"> 二、判断题</w:t>
        <w:br/>
        <w:br/>
        <w:t>1. 答案：×</w:t>
        <w:br/>
        <w:br/>
        <w:t>解析：电气设备绝缘电阻并非越大越好。绝缘电阻过小可能导致漏电和短路；绝缘电阻过大可能意味着设备老化或受潮，也不是正常状态。绝缘电阻应在适当的范围内，符合设备规范要求。</w:t>
        <w:br/>
        <w:br/>
        <w:t>2. 答案：×</w:t>
        <w:br/>
        <w:br/>
        <w:t>解析：在三相四线制系统中，零线（中性线）严禁安装熔断器或其他开关设备。因为零线是电流的回路，如果零线断开，会导致负载不平衡，可能损坏设备，甚至引发火灾。</w:t>
        <w:br/>
        <w:br/>
        <w:t>3. 答案：×</w:t>
        <w:br/>
        <w:br/>
        <w:t>解析：电气设备检修时，严禁一人单独进行。电气设备检修至少需要两人，一人操作，一人监护，以确保安全。这是电气安全操作的基本要求。</w:t>
        <w:br/>
        <w:br/>
        <w:t>4. 答案：×</w:t>
        <w:br/>
        <w:br/>
        <w:t>解析：电缆敷设时，不应交叉敷设。电缆应平行敷设，保持适当的间距，便于散热和维护。交叉敷设可能导致电缆过热，影响电缆寿命，甚至引发火灾。</w:t>
        <w:br/>
        <w:br/>
        <w:t>5. 答案：√</w:t>
        <w:br/>
        <w:br/>
        <w:t>解析：电气设备外壳接地是为了防止因绝缘损坏导致外壳带电而造成人员触电事故。当设备绝缘损坏时，电流通过接地装置导入大地，避免人体接触带电外壳。</w:t>
        <w:br/>
        <w:br/>
        <w:t xml:space="preserve"> 三、多项选择题</w:t>
        <w:br/>
        <w:br/>
        <w:t>1. 答案：A、B、C、D</w:t>
        <w:br/>
        <w:br/>
        <w:t>解析：漏电保护器用于检测漏电并切断电源，防止触电事故；隔离开关用于隔离电源，保证检修安全；熔断器用于过电流保护；热继电器用于电动机过载保护。这些都是电气安全防护装置。电压表是测量仪表，不属于安全防护装置。</w:t>
        <w:br/>
        <w:br/>
        <w:t>2. 答案：A、B、C</w:t>
        <w:br/>
        <w:br/>
        <w:t>解析：电气火灾的预防措施包括定期检查电气设备，及时发现和处理问题；防止电气设备过载，避免过热；保持电气设备清洁，防止灰尘积聚导致散热不良。使用不合格的电气产品和随意拉接电线会增加电气火灾的风险，不是预防措施。</w:t>
        <w:br/>
        <w:br/>
        <w:t xml:space="preserve"> 四、填空题</w:t>
        <w:br/>
        <w:br/>
        <w:t>1. 答案：接地电阻测试仪</w:t>
        <w:br/>
        <w:br/>
        <w:t>解析：接地电阻测试仪是专门用于测量接地电阻的仪器，可以准确测量接地装置的接地电阻值，确保接地系统符合安全要求。</w:t>
        <w:br/>
        <w:br/>
        <w:t>2. 答案：电源频率</w:t>
        <w:br/>
        <w:br/>
        <w:t>解析：三相异步电动机的转速与电源频率成正比，与电机极数成反比。公式为：n = 60f/p，其中n为转速，f为电源频率，p为电机极数。</w:t>
        <w:br/>
        <w:br/>
        <w:t>3. 答案：工作票</w:t>
        <w:br/>
        <w:br/>
        <w:t>解析：电气设备检修时，必须执行"工作票"制度，明确工作内容、安全措施、工作人员等信息，确保检修工作安全有序进行。</w:t>
        <w:br/>
        <w:br/>
        <w:t>4. 答案：15</w:t>
        <w:br/>
        <w:br/>
        <w:t>解析：电缆敷设时，电缆弯曲半径不应小于电缆直径的15倍，这是为了保证电缆绝缘层不受损伤，延长电缆使用寿命。</w:t>
        <w:br/>
        <w:br/>
        <w:t>5. 答案：90</w:t>
        <w:br/>
        <w:br/>
        <w:t>解析：电气设备绝缘等级中，"Y"级绝缘的允许温度为90℃。不同绝缘等级有不同的允许温度，如A级为105℃，E级为120℃，B级为130℃，F级为155℃，H级为180℃。</w:t>
        <w:br/>
        <w:br/>
        <w:t xml:space="preserve"> 五、简答题</w:t>
        <w:br/>
        <w:br/>
        <w:t>1. 答案：</w:t>
        <w:br/>
        <w:br/>
        <w:t>电气设备接地的主要作用有：</w:t>
        <w:br/>
        <w:br/>
        <w:t>(1) 保护人身安全：防止因设备绝缘损坏导致外壳带电而造成触电事故；</w:t>
        <w:br/>
        <w:br/>
        <w:t>(2) 保护设备安全：当设备发生接地故障时，通过接地装置将故障电流导入大地，保护设备免受损坏；</w:t>
        <w:br/>
        <w:br/>
        <w:t>(3) 提供参考电位：为电气系统提供统一的参考电位，保证系统稳定运行；</w:t>
        <w:br/>
        <w:br/>
        <w:t>(4) 防止静电危害：通过接地将设备产生的静电导入大地，防止静电积聚引发火灾或爆炸。</w:t>
        <w:br/>
        <w:br/>
        <w:t>解析：接地是电气系统的重要组成部分，其作用不仅限于安全防护，还包括系统稳定运行和防静电等方面。良好的接地系统可以确保电气设备安全可靠运行，保护人身和设备安全。</w:t>
        <w:br/>
        <w:br/>
        <w:t>2. 答案：</w:t>
        <w:br/>
        <w:br/>
        <w:t>电气火灾的扑救方法：</w:t>
        <w:br/>
        <w:br/>
        <w:t>(1) 首先切断电源：在确保安全的前提下，立即切断着火区域的电源，防止火势扩大和触电事故；</w:t>
        <w:br/>
        <w:br/>
        <w:t>(2) 使用适当的灭火器材：根据火灾类型选择合适的灭火器材，如二氧化碳灭火器、干粉灭火器等，严禁使用水或泡沫灭火器；</w:t>
        <w:br/>
        <w:br/>
        <w:t>(3) 采取隔离措施：关闭门窗，防止火势蔓延；</w:t>
        <w:br/>
        <w:br/>
        <w:t>(4) 报警求助：及时拨打火警电话119，报告火灾情况；</w:t>
        <w:br/>
        <w:br/>
        <w:t>(5) 疏散人员：确保人员安全撤离，不要贪恋财物。</w:t>
        <w:br/>
        <w:br/>
        <w:t>解析：电气火灾具有特殊性，因为带电设备可能引发触电危险，因此在扑救电气火灾时，切断电源是首要步骤。使用不导电的灭火器材可以避免触电风险。同时，及时报警和疏散人员也是非常重要的。</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