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2025年高职对口试题及答案</w:t>
      </w:r>
    </w:p>
    <w:p>
      <w:r>
        <w:br/>
        <w:t>一、单项选择题（每题2分，共20分）</w:t>
        <w:br/>
        <w:br/>
        <w:t>1. 下列词语中，加点字的读音完全正确的一项是（ ）</w:t>
        <w:br/>
        <w:br/>
        <w:t>A. 憧憬(chōng) 蓓蕾(lěi) B. 玷污(diàn) 憔悴(cuì)</w:t>
        <w:br/>
        <w:br/>
        <w:t>C. 憧憬(cōng) 蓓蕾(lěi) D. 玷污(diàn) 憔悴(cuì)</w:t>
        <w:br/>
        <w:br/>
        <w:t>2. 下列各句中，没有语病的一项是（ ）</w:t>
        <w:br/>
        <w:br/>
        <w:t>A. 通过这次活动，使我受到了很大的教育。</w:t>
        <w:br/>
        <w:br/>
        <w:t>B. 我们要努力提高自己的知识水平和能力。</w:t>
        <w:br/>
        <w:br/>
        <w:t>C. 能否坚持体育锻炼，是身体健康的基本保障。</w:t>
        <w:br/>
        <w:br/>
        <w:t>D. 他那崇高的革命品质，经常浮现在我的脑海中。</w:t>
        <w:br/>
        <w:br/>
        <w:t>3. 下列各句中，标点符号使用正确的一项是（ ）</w:t>
        <w:br/>
        <w:br/>
        <w:t>A. "学习贵在坚持"，这是老师经常对我们说的话。</w:t>
        <w:br/>
        <w:br/>
        <w:t>B. 他走进教室，拿出书，开始朗读起来。</w:t>
        <w:br/>
        <w:br/>
        <w:t>C. 这次比赛的获奖作品有：《春》、《秋》、《冬》等。</w:t>
        <w:br/>
        <w:br/>
        <w:t>D. 你是喜欢唱歌，还是喜欢跳舞呢？</w:t>
        <w:br/>
        <w:br/>
        <w:t>4. 下列关于函数y=2x+1的图像描述，正确的是（ ）</w:t>
        <w:br/>
        <w:br/>
        <w:t>A. 经过第一、二、三象限</w:t>
        <w:br/>
        <w:br/>
        <w:t>B. 经过第一、二、四象限</w:t>
        <w:br/>
        <w:br/>
        <w:t>C. 经过第一、三、四象限</w:t>
        <w:br/>
        <w:br/>
        <w:t>D. 经过第二、三、四象限</w:t>
        <w:br/>
        <w:br/>
        <w:t>5. 下列各组数中，互为相反数的是（ ）</w:t>
        <w:br/>
        <w:br/>
        <w:t>A. 5和-5 B. 5和1/5 C. 5和5 D. 5和0</w:t>
        <w:br/>
        <w:br/>
        <w:t>6. 下列单词中，划线部分发音与其他三项不同的是（ ）</w:t>
        <w:br/>
        <w:br/>
        <w:t>A. cat B. cake C. cap D. car</w:t>
        <w:br/>
        <w:br/>
        <w:t>7. 下列句子中，时态使用正确的是（ ）</w:t>
        <w:br/>
        <w:br/>
        <w:t>A. He go to school every day.</w:t>
        <w:br/>
        <w:br/>
        <w:t>B. She is reading a book now.</w:t>
        <w:br/>
        <w:br/>
        <w:t>C. They will goes to the park tomorrow.</w:t>
        <w:br/>
        <w:br/>
        <w:t>D. I have seen him yesterday.</w:t>
        <w:br/>
        <w:br/>
        <w:t>8. 下列关于职业道德的描述，正确的是（ ）</w:t>
        <w:br/>
        <w:br/>
        <w:t>A. 职业道德只适用于特定职业</w:t>
        <w:br/>
        <w:br/>
        <w:t>B. 职业道德与个人品德无关</w:t>
        <w:br/>
        <w:br/>
        <w:t>C. 职业道德是所有从业人员都应遵守的行为准则</w:t>
        <w:br/>
        <w:br/>
        <w:t>D. 职业道德只对高级管理人员有约束力</w:t>
        <w:br/>
        <w:br/>
        <w:t>9. 下列关于计算机硬件的描述，正确的是（ ）</w:t>
        <w:br/>
        <w:br/>
        <w:t>A. CPU是计算机的存储设备</w:t>
        <w:br/>
        <w:br/>
        <w:t>B. 内存是计算机的长期存储设备</w:t>
        <w:br/>
        <w:br/>
        <w:t>C. 硬盘是计算机的临时存储设备</w:t>
        <w:br/>
        <w:br/>
        <w:t>D. 主板是连接计算机各部件的基础</w:t>
        <w:br/>
        <w:br/>
        <w:t>10. 下列关于安全生产的描述，正确的是（ ）</w:t>
        <w:br/>
        <w:br/>
        <w:t>A. 安全生产是企业的事，与员工无关</w:t>
        <w:br/>
        <w:br/>
        <w:t>B. 安全生产只适用于高风险行业</w:t>
        <w:br/>
        <w:br/>
        <w:t>C. 安全生产是企业可持续发展的基础</w:t>
        <w:br/>
        <w:br/>
        <w:t>D. 安全生产只需要在特定时期重视</w:t>
        <w:br/>
        <w:br/>
        <w:t>二、判断题（每题2分，共10分）</w:t>
        <w:br/>
        <w:br/>
        <w:t>1. "举一反三"这个成语的意思是从一件事情类推而知道许多事情。（ ）</w:t>
        <w:br/>
        <w:br/>
        <w:t>2. 在平面直角坐标系中，点(-2,3)位于第二象限。（ ）</w:t>
        <w:br/>
        <w:br/>
        <w:t>3. 英语中，一般现在时可以表示将来的动作。（ ）</w:t>
        <w:br/>
        <w:br/>
        <w:t>4. 职业技能是职业能力的核心，是职业发展的基础。（ ）</w:t>
        <w:br/>
        <w:br/>
        <w:t>5. 计算机病毒是一种生物病毒。（ ）</w:t>
        <w:br/>
        <w:br/>
        <w:t>三、多项选择题（每题2分，共4分）</w:t>
        <w:br/>
        <w:br/>
        <w:t>1. 下列关于职业道德作用的描述，正确的有（ ）</w:t>
        <w:br/>
        <w:br/>
        <w:t>A. 规范从业人员行为</w:t>
        <w:br/>
        <w:br/>
        <w:t>B. 提高企业经济效益</w:t>
        <w:br/>
        <w:br/>
        <w:t>C. 促进社会和谐发展</w:t>
        <w:br/>
        <w:br/>
        <w:t>D. 与个人品德无关</w:t>
        <w:br/>
        <w:br/>
        <w:t>2. 下列关于计算机网络的描述，正确的有（ ）</w:t>
        <w:br/>
        <w:br/>
        <w:t>A. 计算机网络可以实现资源共享</w:t>
        <w:br/>
        <w:br/>
        <w:t>B. 计算机网络可以提高计算机系统的可靠性</w:t>
        <w:br/>
        <w:br/>
        <w:t>C. 计算机网络只能连接相同类型的计算机</w:t>
        <w:br/>
        <w:br/>
        <w:t>D. 计算机网络不能实现分布式处理</w:t>
        <w:br/>
        <w:br/>
        <w:t>四、填空题（每题2分，共10分）</w:t>
        <w:br/>
        <w:br/>
        <w:t>1. "三人行，必有我师焉"出自《________》。</w:t>
        <w:br/>
        <w:br/>
        <w:t>2. 方程x²-4=0的解是________。</w:t>
        <w:br/>
        <w:br/>
        <w:t>3. 英语中，"美丽的"这个单词的比较级是________。</w:t>
        <w:br/>
        <w:br/>
        <w:t>4. 职业道德的基本要求包括爱岗敬业、诚实守信、办事公道、服务群众和________。</w:t>
        <w:br/>
        <w:br/>
        <w:t>5. 计算机中，CPU的中文全称是________。</w:t>
        <w:br/>
        <w:br/>
        <w:t>五、简答题（每题5分，共10分）</w:t>
        <w:br/>
        <w:br/>
        <w:t>1. 简述职业道德的基本内涵及其重要性。</w:t>
        <w:br/>
        <w:br/>
        <w:t>2. 简述计算机病毒的特点及防范措施。</w:t>
        <w:br/>
        <w:br/>
        <w:t>答案及解析</w:t>
        <w:br/>
        <w:br/>
        <w:t>一、单项选择题（每题2分，共20分）</w:t>
        <w:br/>
        <w:br/>
        <w:t>1. 答案：B</w:t>
        <w:br/>
        <w:br/>
        <w:t>解析：A项中"憧憬"的"憧"应读chōng，"蓓蕾"的"蓓"应读bèi；C项中"憧憬"的"憧"应读chōng；D项中"蓓蕾"的"蓓"应读bèi。只有B项读音全部正确。</w:t>
        <w:br/>
        <w:br/>
        <w:t>2. 答案：B</w:t>
        <w:br/>
        <w:br/>
        <w:t>解析：A项缺少主语，应去掉"通过"或"使"；C项"能否"与"是"搭配不当，应去掉"能否"；D项"品质"不能"浮现"，搭配不当。B项表达通顺，没有语病。</w:t>
        <w:br/>
        <w:br/>
        <w:t>3. 答案：B</w:t>
        <w:br/>
        <w:br/>
        <w:t>解析：A项中"学习贵在坚持"是引用的话，应该使用引号，但句末的句号应放在引号内；C项中列举的几个作品名称之间应该用顿号；D项中"喜欢唱歌"和"喜欢跳舞"是并列关系，应该用顿号。B项标点符号使用正确。</w:t>
        <w:br/>
        <w:br/>
        <w:t>4. 答案：C</w:t>
        <w:br/>
        <w:br/>
        <w:t>解析：函数y=2x+1是一次函数，斜率为正，y轴截距为正，所以图像经过第一、三、四象限。</w:t>
        <w:br/>
        <w:br/>
        <w:t>5. 答案：A</w:t>
        <w:br/>
        <w:br/>
        <w:t>解析：互为相反数的两个数相加等于0。5+(-5)=0，所以5和-5互为相反数。</w:t>
        <w:br/>
        <w:br/>
        <w:t>6. 答案：B</w:t>
        <w:br/>
        <w:br/>
        <w:t>解析：A、C、D三项中"a"发/æ/音，而B项中"a"发/eɪ/音。</w:t>
        <w:br/>
        <w:br/>
        <w:t>7. 答案：B</w:t>
        <w:br/>
        <w:br/>
        <w:t>解析：A项中"go"应为"goes"；C项中"will goes"应为"will go"；D项中现在完成时不能与表示过去的时间状语"yesterday"连用，应改为一般过去时"saw"。B项现在进行时使用正确。</w:t>
        <w:br/>
        <w:br/>
        <w:t>8. 答案：C</w:t>
        <w:br/>
        <w:br/>
        <w:t>解析：职业道德是所有从业人员都应遵守的行为准则，它适用于各行各业，与个人品德密切相关，对各级管理人员和普通员工都有约束力。</w:t>
        <w:br/>
        <w:br/>
        <w:t>9. 答案：D</w:t>
        <w:br/>
        <w:br/>
        <w:t>解析：CPU是计算机的中央处理器，不是存储设备；内存是计算机的临时存储设备；硬盘是计算机的长期存储设备；主板是连接计算机各部件的基础。</w:t>
        <w:br/>
        <w:br/>
        <w:t>10. 答案：C</w:t>
        <w:br/>
        <w:br/>
        <w:t>解析：安全生产是企业可持续发展的基础，它关系到企业的稳定发展和员工的切身利益，需要企业和员工共同重视，不仅限于高风险行业，也不是只在特定时期需要重视。</w:t>
        <w:br/>
        <w:br/>
        <w:t>二、判断题（每题2分，共10分）</w:t>
        <w:br/>
        <w:br/>
        <w:t>1. 答案：√</w:t>
        <w:br/>
        <w:br/>
        <w:t>解析："举一反三"这个成语的意思是从一件事情类推而知道许多事情，比喻善于类推，触类旁通。</w:t>
        <w:br/>
        <w:br/>
        <w:t>2. 答案：√</w:t>
        <w:br/>
        <w:br/>
        <w:t>解析：在平面直角坐标系中，第二象限的点的横坐标为负，纵坐标为正，所以点(-2,3)位于第二象限。</w:t>
        <w:br/>
        <w:br/>
        <w:t>3. 答案：√</w:t>
        <w:br/>
        <w:br/>
        <w:t>解析：在英语中，一般现在时可以表示将来的动作，主要用于表示按计划、规定或时刻表将要发生的动作，特别是动词如come, go, leave, arrive, start, begin等。</w:t>
        <w:br/>
        <w:br/>
        <w:t>4. 答案：√</w:t>
        <w:br/>
        <w:br/>
        <w:t>解析：职业技能是职业能力的核心，是职业发展的基础，它直接关系到从业人员的职业竞争力和职业发展空间。</w:t>
        <w:br/>
        <w:br/>
        <w:t>5. 答案：×</w:t>
        <w:br/>
        <w:br/>
        <w:t>解析：计算机病毒是一种程序，不是生物病毒。它是一段人为编制的计算机程序代码，能够自我复制并感染其他程序或系统。</w:t>
        <w:br/>
        <w:br/>
        <w:t>三、多项选择题（每题2分，共4分）</w:t>
        <w:br/>
        <w:br/>
        <w:t>1. 答案：ABC</w:t>
        <w:br/>
        <w:br/>
        <w:t>解析：职业道德的作用包括：规范从业人员行为，提高企业经济效益，促进社会和谐发展。职业道德与个人品德密切相关，而不是无关。</w:t>
        <w:br/>
        <w:br/>
        <w:t>2. 答案：AB</w:t>
        <w:br/>
        <w:br/>
        <w:t>解析：计算机网络可以实现资源共享，提高计算机系统的可靠性。计算机网络可以连接不同类型的计算机，也能实现分布式处理。</w:t>
        <w:br/>
        <w:br/>
        <w:t>四、填空题（每题2分，共10分）</w:t>
        <w:br/>
        <w:br/>
        <w:t>1. 答案：论语</w:t>
        <w:br/>
        <w:br/>
        <w:t>解析："三人行，必有我师焉"出自《论语·述而》，意思是三个人一起走路，其中必定有可以当我老师的人。</w:t>
        <w:br/>
        <w:br/>
        <w:t>2. 答案：x=±2</w:t>
        <w:br/>
        <w:br/>
        <w:t>解析：方程x²-4=0可以变形为x²=4，所以x=±2。</w:t>
        <w:br/>
        <w:br/>
        <w:t>3. 答案：more beautiful</w:t>
        <w:br/>
        <w:br/>
        <w:t>解析："美丽的"这个单词是beautiful，它的比较级是more beautiful。</w:t>
        <w:br/>
        <w:br/>
        <w:t>4. 答案：奉献社会</w:t>
        <w:br/>
        <w:br/>
        <w:t>解析：职业道德的基本要求包括爱岗敬业、诚实守信、办事公道、服务群众和奉献社会。</w:t>
        <w:br/>
        <w:br/>
        <w:t>5. 答案：中央处理器</w:t>
        <w:br/>
        <w:br/>
        <w:t>解析：CPU是Central Processing Unit的缩写，中文全称是中央处理器，是计算机的核心部件。</w:t>
        <w:br/>
        <w:br/>
        <w:t>五、简答题（每题5分，共10分）</w:t>
        <w:br/>
        <w:br/>
        <w:t>1. 答案：</w:t>
        <w:br/>
        <w:br/>
        <w:t>职业道德的基本内涵是指从业人员在职业活动中应当遵循的行为准则和道德规范，包括职业理想、职业态度、职业责任、职业纪律、职业良心、职业荣誉和职业作风等方面。</w:t>
        <w:br/>
        <w:br/>
        <w:t>职业道德的重要性体现在：</w:t>
        <w:br/>
        <w:br/>
        <w:t>(1) 规范从业人员行为，提高职业素养；</w:t>
        <w:br/>
        <w:br/>
        <w:t>(2) 促进企业健康发展，提高经济效益；</w:t>
        <w:br/>
        <w:br/>
        <w:t>(3) 维护社会正常秩序，促进社会和谐；</w:t>
        <w:br/>
        <w:br/>
        <w:t>(4) 推动社会主义精神文明建设；</w:t>
        <w:br/>
        <w:br/>
        <w:t>(5) 实现个人价值，促进个人全面发展。</w:t>
        <w:br/>
        <w:br/>
        <w:t>2. 答案：</w:t>
        <w:br/>
        <w:br/>
        <w:t>计算机病毒的特点：</w:t>
        <w:br/>
        <w:br/>
        <w:t>(1) 传染性：能够自我复制并感染其他程序或系统；</w:t>
        <w:br/>
        <w:br/>
        <w:t>(2) 隐蔽性：不易被发现，可以潜伏在系统中；</w:t>
        <w:br/>
        <w:br/>
        <w:t>(3) 破坏性：对计算机系统或数据造成损害；</w:t>
        <w:br/>
        <w:br/>
        <w:t>(4) 触发性：在特定条件下被激活；</w:t>
        <w:br/>
        <w:br/>
        <w:t>(5) 潜伏性：可以在系统中潜伏一段时间后才发作。</w:t>
        <w:br/>
        <w:br/>
        <w:t>防范计算机病毒的措施：</w:t>
        <w:br/>
        <w:br/>
        <w:t>(1) 安装杀毒软件并及时更新病毒库；</w:t>
        <w:br/>
        <w:br/>
        <w:t>(2) 定期更新操作系统和应用软件的安全补丁；</w:t>
        <w:br/>
        <w:br/>
        <w:t>(3) 不打开来历不明的邮件和附件；</w:t>
        <w:br/>
        <w:br/>
        <w:t>(4) 从正规渠道下载软件；</w:t>
        <w:br/>
        <w:br/>
        <w:t>(5) 定期备份重要数据；</w:t>
        <w:br/>
        <w:br/>
        <w:t>(6) 使用防火墙保护网络安全；</w:t>
        <w:br/>
        <w:br/>
        <w:t>(7) 提高安全意识，养成良好的上网习惯。</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