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2025年起重工复审试题及答案</w:t>
      </w:r>
    </w:p>
    <w:p>
      <w:r>
        <w:br/>
        <w:t xml:space="preserve"> 一、单项选择题（共10题，每题2分）</w:t>
        <w:br/>
        <w:br/>
        <w:t>1. 起重机起吊重物时，钢丝绳的安全系数一般不应小于多少？</w:t>
        <w:br/>
        <w:br/>
        <w:t>A. 3</w:t>
        <w:br/>
        <w:br/>
        <w:t>B. 4</w:t>
        <w:br/>
        <w:br/>
        <w:t>C. 5</w:t>
        <w:br/>
        <w:br/>
        <w:t>D. 6</w:t>
        <w:br/>
        <w:br/>
        <w:t>2. 起重机作业时，风速超过多少米/秒时应停止作业？</w:t>
        <w:br/>
        <w:br/>
        <w:t>A. 10</w:t>
        <w:br/>
        <w:br/>
        <w:t>B. 12</w:t>
        <w:br/>
        <w:br/>
        <w:t>C. 15</w:t>
        <w:br/>
        <w:br/>
        <w:t>D. 20</w:t>
        <w:br/>
        <w:br/>
        <w:t>3. 起重机吊钩的危险断面磨损量达到原尺寸的多少时应报废？</w:t>
        <w:br/>
        <w:br/>
        <w:t>A. 5%</w:t>
        <w:br/>
        <w:br/>
        <w:t>B. 10%</w:t>
        <w:br/>
        <w:br/>
        <w:t>C. 15%</w:t>
        <w:br/>
        <w:br/>
        <w:t>D. 20%</w:t>
        <w:br/>
        <w:br/>
        <w:t>4. 起重机钢丝绳在一个捻距内的断丝数达到多少时应报废？</w:t>
        <w:br/>
        <w:br/>
        <w:t>A. 5%</w:t>
        <w:br/>
        <w:br/>
        <w:t>B. 10%</w:t>
        <w:br/>
        <w:br/>
        <w:t>C. 15%</w:t>
        <w:br/>
        <w:br/>
        <w:t>D. 20%</w:t>
        <w:br/>
        <w:br/>
        <w:t>5. 起重机操作时，指挥信号不明确时应如何处理？</w:t>
        <w:br/>
        <w:br/>
        <w:t>A. 自己判断执行</w:t>
        <w:br/>
        <w:br/>
        <w:t>B. 请示领导</w:t>
        <w:br/>
        <w:br/>
        <w:t>C. 停止操作</w:t>
        <w:br/>
        <w:br/>
        <w:t>D. 等待信号明确</w:t>
        <w:br/>
        <w:br/>
        <w:t>6. 起重机作业时，重物离地高度一般不应超过多少米？</w:t>
        <w:br/>
        <w:br/>
        <w:t>A. 0.5</w:t>
        <w:br/>
        <w:br/>
        <w:t>B. 1</w:t>
        <w:br/>
        <w:br/>
        <w:t>C. 1.5</w:t>
        <w:br/>
        <w:br/>
        <w:t>D. 2</w:t>
        <w:br/>
        <w:br/>
        <w:t>7. 起重机钢丝绳的安全检查周期一般为多长时间？</w:t>
        <w:br/>
        <w:br/>
        <w:t>A. 每天</w:t>
        <w:br/>
        <w:br/>
        <w:t>B. 每周</w:t>
        <w:br/>
        <w:br/>
        <w:t>C. 每月</w:t>
        <w:br/>
        <w:br/>
        <w:t>D. 每季度</w:t>
        <w:br/>
        <w:br/>
        <w:t>8. 起重机操作人员必须持有什么证书才能上岗？</w:t>
        <w:br/>
        <w:br/>
        <w:t>A. 身份证</w:t>
        <w:br/>
        <w:br/>
        <w:t>B. 操作证</w:t>
        <w:br/>
        <w:br/>
        <w:t>C. 健康证</w:t>
        <w:br/>
        <w:br/>
        <w:t>D. 毕业证</w:t>
        <w:br/>
        <w:br/>
        <w:t>9. 起重机作业时，重物下方多少米范围内禁止站人？</w:t>
        <w:br/>
        <w:br/>
        <w:t>A. 2</w:t>
        <w:br/>
        <w:br/>
        <w:t>B. 3</w:t>
        <w:br/>
        <w:br/>
        <w:t>C. 5</w:t>
        <w:br/>
        <w:br/>
        <w:t>D. 10</w:t>
        <w:br/>
        <w:br/>
        <w:t>10. 起重机液压系统的工作温度一般不应超过多少摄氏度？</w:t>
        <w:br/>
        <w:br/>
        <w:t>A. 60</w:t>
        <w:br/>
        <w:br/>
        <w:t>B. 70</w:t>
        <w:br/>
        <w:br/>
        <w:t>C. 80</w:t>
        <w:br/>
        <w:br/>
        <w:t>D. 90</w:t>
        <w:br/>
        <w:br/>
        <w:t xml:space="preserve"> 二、填空题（共6题，每题2分）</w:t>
        <w:br/>
        <w:br/>
        <w:t>1. 起重机操作人员必须年满______周岁，具有完全民事行为能力。</w:t>
        <w:br/>
        <w:br/>
        <w:t>2. 起重机钢丝绳在卷筒上的安全圈数不应少于______圈。</w:t>
        <w:br/>
        <w:br/>
        <w:t>3. 起重机作业时，指挥信号应使用______信号。</w:t>
        <w:br/>
        <w:br/>
        <w:t>4. 起重机吊钩的开口度变形量超过原尺寸的______时应报废。</w:t>
        <w:br/>
        <w:br/>
        <w:t>5. 起重机钢丝绳的润滑周期一般为______个月一次。</w:t>
        <w:br/>
        <w:br/>
        <w:t>6. 起重机作业时，风力达到______级以上应停止作业。</w:t>
        <w:br/>
        <w:br/>
        <w:t xml:space="preserve"> 三、判断题（共6题，每题2分）</w:t>
        <w:br/>
        <w:br/>
        <w:t>1. 起重机操作时可以斜拉斜吊重物。（ ）</w:t>
        <w:br/>
        <w:br/>
        <w:t>2. 起重机钢丝绳有轻微断丝可以继续使用。（ ）</w:t>
        <w:br/>
        <w:br/>
        <w:t>3. 起重机作业时，操作人员可以离开驾驶室。（ ）</w:t>
        <w:br/>
        <w:br/>
        <w:t>4. 起重机吊钩可以焊接修补后再使用。（ ）</w:t>
        <w:br/>
        <w:br/>
        <w:t>5. 起重机作业时，可以超载吊运。（ ）</w:t>
        <w:br/>
        <w:br/>
        <w:t>6. 起重机液压系统油液应定期更换。（ ）</w:t>
        <w:br/>
        <w:br/>
        <w:t xml:space="preserve"> 四、多项选择题（共2题，每题2分）</w:t>
        <w:br/>
        <w:br/>
        <w:t>1. 以下哪些情况下起重机应立即停止作业？（ ）</w:t>
        <w:br/>
        <w:br/>
        <w:t>A. 制动器失灵</w:t>
        <w:br/>
        <w:br/>
        <w:t>B. 钢丝绳断裂</w:t>
        <w:br/>
        <w:br/>
        <w:t>C. 风力过大</w:t>
        <w:br/>
        <w:br/>
        <w:t>D. 重物不稳</w:t>
        <w:br/>
        <w:br/>
        <w:t>E. 操作人员疲劳</w:t>
        <w:br/>
        <w:br/>
        <w:t>2. 起重机日常检查应包括哪些内容？（ ）</w:t>
        <w:br/>
        <w:br/>
        <w:t>A. 钢丝绳状况</w:t>
        <w:br/>
        <w:br/>
        <w:t>B. 制动系统</w:t>
        <w:br/>
        <w:br/>
        <w:t>C. 液压系统</w:t>
        <w:br/>
        <w:br/>
        <w:t>D. 电气系统</w:t>
        <w:br/>
        <w:br/>
        <w:t>E. 安全装置</w:t>
        <w:br/>
        <w:br/>
        <w:t xml:space="preserve"> 五、简答题（共2题，每题5分）</w:t>
        <w:br/>
        <w:br/>
        <w:t>1. 简述起重机操作的基本安全要求。</w:t>
        <w:br/>
        <w:br/>
        <w:t>2. 起重机钢丝绳的报废标准有哪些？</w:t>
        <w:br/>
        <w:br/>
        <w:t xml:space="preserve"> 参考答案及解析</w:t>
        <w:br/>
        <w:br/>
        <w:t xml:space="preserve"> 一、单项选择题</w:t>
        <w:br/>
        <w:br/>
        <w:t>1. 答案：C</w:t>
        <w:br/>
        <w:br/>
        <w:t>解析：根据《起重机械安全规程》规定，起重机起吊重物时，钢丝绳的安全系数一般不应小于5。安全系数是指钢丝绳的破断拉力与实际工作拉力的比值，是确保起重作业安全的重要参数。</w:t>
        <w:br/>
        <w:br/>
        <w:t>2. 答案：B</w:t>
        <w:br/>
        <w:br/>
        <w:t>解析：根据《起重机械安全规程》规定，起重机作业时，当风速超过12米/秒（约6级风）时应停止作业。这是因为强风会影响起重机的稳定性，可能导致设备倾覆或重物失控。</w:t>
        <w:br/>
        <w:br/>
        <w:t>3. 答案：B</w:t>
        <w:br/>
        <w:br/>
        <w:t>解析：根据《起重机械安全规程》规定，起重机吊钩的危险断面磨损量达到原尺寸的10%时应报废。吊钩是起重作业的关键部件，其磨损会直接影响承载能力，存在安全隐患。</w:t>
        <w:br/>
        <w:br/>
        <w:t>4. 答案：B</w:t>
        <w:br/>
        <w:br/>
        <w:t>解析：根据《起重机械安全规程》规定，起重机钢丝绳在一个捻距内的断丝数达到总丝数的10%时应报废。捻距是指钢丝绳上任意一个螺旋线的完整长度，断丝超过这个比例会严重影响钢丝绳的强度。</w:t>
        <w:br/>
        <w:br/>
        <w:t>5. 答案：C</w:t>
        <w:br/>
        <w:br/>
        <w:t>解析：根据《起重机械安全操作规程》规定，起重机操作时，指挥信号不明确时应停止操作。这是为了确保操作安全，避免因信号不清导致误操作发生事故。</w:t>
        <w:br/>
        <w:br/>
        <w:t>6. 答案：A</w:t>
        <w:br/>
        <w:br/>
        <w:t>解析：根据《起重机械安全操作规程》规定，起重机作业时，重物离地高度一般不应超过0.5米。这是为了防止重物意外坠落造成伤害，同时也是为了确保操作人员能够清晰观察重物状态。</w:t>
        <w:br/>
        <w:br/>
        <w:t>7. 答案：B</w:t>
        <w:br/>
        <w:br/>
        <w:t>解析：根据《起重机械维护保养规程》规定，起重机钢丝绳的安全检查周期一般为每周一次。定期检查可以及时发现钢丝绳的磨损、断丝等问题，确保使用安全。</w:t>
        <w:br/>
        <w:br/>
        <w:t>8. 答案：B</w:t>
        <w:br/>
        <w:br/>
        <w:t>解析：根据《特种设备安全法》规定，起重机操作人员必须持有特种设备作业人员证（操作证）才能上岗。这是国家对特种设备作业人员的强制性要求，确保操作人员具备必要的专业知识和技能。</w:t>
        <w:br/>
        <w:br/>
        <w:t>9. 答案：C</w:t>
        <w:br/>
        <w:br/>
        <w:t>解析：根据《起重机械安全操作规程》规定，起重机作业时，重物下方5米范围内禁止站人。这是为了防止重物意外坠落造成人员伤亡，是起重作业的基本安全要求。</w:t>
        <w:br/>
        <w:br/>
        <w:t>10. 答案：C</w:t>
        <w:br/>
        <w:br/>
        <w:t>解析：根据《起重液压系统使用维护规程》规定，起重机液压系统的工作温度一般不应超过80摄氏度。过高的温度会导致液压油性能下降，系统密封件老化，影响系统正常工作。</w:t>
        <w:br/>
        <w:br/>
        <w:t xml:space="preserve"> 二、填空题</w:t>
        <w:br/>
        <w:br/>
        <w:t>1. 答案：18</w:t>
        <w:br/>
        <w:br/>
        <w:t>解析：根据《特种设备安全法》规定，起重机操作人员必须年满18周岁，具有完全民事行为能力。这是确保操作人员具备足够的责任意识和判断能力的基本要求。</w:t>
        <w:br/>
        <w:br/>
        <w:t>2. 答案：3</w:t>
        <w:br/>
        <w:br/>
        <w:t>解析：根据《起重机械安全规程》规定，起重机钢丝绳在卷筒上的安全圈数不应少于3圈。这些安全圈可以确保钢丝绳与卷筒之间的摩擦力足够大，防止钢丝绳滑脱。</w:t>
        <w:br/>
        <w:br/>
        <w:t>3. 答案：标准</w:t>
        <w:br/>
        <w:br/>
        <w:t>解析：根据《起重指挥信号》规定，起重机作业时，指挥信号应使用标准信号。标准信号包括手势、旗语和音响信号等，是确保指挥准确无误的重要保障。</w:t>
        <w:br/>
        <w:br/>
        <w:t>4. 答案：10%</w:t>
        <w:br/>
        <w:br/>
        <w:t>解析：根据《起重机械安全规程》规定，起重机吊钩的开口度变形量超过原尺寸的10%时应报废。吊钩开口度变形会导致钩挂能力下降，存在安全隐患。</w:t>
        <w:br/>
        <w:br/>
        <w:t>5. 答案：3</w:t>
        <w:br/>
        <w:br/>
        <w:t>解析：根据《起重机械维护保养规程》规定，起重机钢丝绳的润滑周期一般为3个月一次。定期润滑可以减少钢丝绳的磨损，延长使用寿命。</w:t>
        <w:br/>
        <w:br/>
        <w:t>6. 答案：6</w:t>
        <w:br/>
        <w:br/>
        <w:t>解析：根据《起重机械安全操作规程》规定，起重机作业时，风力达到6级以上应停止作业。6级风的风速约为10.8-13.8米/秒，会对起重机的稳定性造成严重影响。</w:t>
        <w:br/>
        <w:br/>
        <w:t xml:space="preserve"> 三、判断题</w:t>
        <w:br/>
        <w:br/>
        <w:t>1. 答案：×</w:t>
        <w:br/>
        <w:br/>
        <w:t>解析：起重机操作时不可以斜拉斜吊重物。斜拉斜吊会导致钢丝绳受力不均，增加钢丝绳的磨损和断裂风险，同时也可能使重物失控，造成安全事故。</w:t>
        <w:br/>
        <w:br/>
        <w:t>2. 答案：×</w:t>
        <w:br/>
        <w:br/>
        <w:t>解析：起重机钢丝绳有轻微断丝不可以继续使用。根据《起重机械安全规程》规定，钢丝绳在一个捻距内的断丝数达到总丝数的10%时应报废，即使轻微断丝也应引起重视，及时更换。</w:t>
        <w:br/>
        <w:br/>
        <w:t>3. 答案：×</w:t>
        <w:br/>
        <w:br/>
        <w:t>解析：起重机作业时，操作人员不可以离开驾驶室。操作人员必须全程在岗，随时观察作业情况，确保操作安全，防止意外发生。</w:t>
        <w:br/>
        <w:br/>
        <w:t>4. 答案：×</w:t>
        <w:br/>
        <w:br/>
        <w:t>解析：起重机吊钩不可以焊接修补后再使用。焊接修补会改变吊钩的材质和结构，影响其承载能力和安全性，存在严重安全隐患。</w:t>
        <w:br/>
        <w:br/>
        <w:t>5. 答案：×</w:t>
        <w:br/>
        <w:br/>
        <w:t>解析：起重机作业时，不可以超载吊运。超载会导致起重机各部件受力超过设计极限，可能造成设备损坏或倾覆，引发严重安全事故。</w:t>
        <w:br/>
        <w:br/>
        <w:t>6. 答案：√</w:t>
        <w:br/>
        <w:br/>
        <w:t>解析：起重机液压系统油液应定期更换。液压油在使用过程中会氧化、污染，性能下降，定期更换可以确保液压系统正常工作，延长设备使用寿命。</w:t>
        <w:br/>
        <w:br/>
        <w:t xml:space="preserve"> 四、多项选择题</w:t>
        <w:br/>
        <w:br/>
        <w:t>1. 答案：A、B、C、D、E</w:t>
        <w:br/>
        <w:br/>
        <w:t>解析：以下情况下起重机应立即停止作业：</w:t>
        <w:br/>
        <w:br/>
        <w:t>- A. 制动器失灵：制动器是起重机的重要安全装置，失灵会导致无法有效控制重物，极易发生事故。</w:t>
        <w:br/>
        <w:br/>
        <w:t>- B. 钢丝绳断裂：钢丝绳是承载重物的主要部件，断裂会导致重物坠落，造成严重后果。</w:t>
        <w:br/>
        <w:br/>
        <w:t>- C. 风力过大：强风会影响起重机的稳定性，可能导致设备倾覆。</w:t>
        <w:br/>
        <w:br/>
        <w:t>- D. 重物不稳：重物不稳可能在吊运过程中发生摆动、坠落，造成安全事故。</w:t>
        <w:br/>
        <w:br/>
        <w:t>- E. 操作人员疲劳：疲劳状态下操作人员反应迟钝，判断力下降，容易发生误操作。</w:t>
        <w:br/>
        <w:br/>
        <w:t>2. 答案：A、B、C、D、E</w:t>
        <w:br/>
        <w:br/>
        <w:t>解析：起重机日常检查应包括以下内容：</w:t>
        <w:br/>
        <w:br/>
        <w:t>- A. 钢丝绳状况：检查钢丝绳是否有断丝、磨损、变形等问题。</w:t>
        <w:br/>
        <w:br/>
        <w:t>- B. 制动系统：检查制动器是否灵敏可靠，制动片磨损情况。</w:t>
        <w:br/>
        <w:br/>
        <w:t>- C. 液压系统：检查液压油位、油质，系统有无泄漏。</w:t>
        <w:br/>
        <w:br/>
        <w:t>- D. 电气系统：检查电气线路是否完好，开关是否正常。</w:t>
        <w:br/>
        <w:br/>
        <w:t>- E. 安全装置：检查限位器、超载限制器等安全装置是否灵敏可靠。</w:t>
        <w:br/>
        <w:br/>
        <w:t xml:space="preserve"> 五、简答题</w:t>
        <w:br/>
        <w:br/>
        <w:t>1. 答案：</w:t>
        <w:br/>
        <w:br/>
        <w:t>起重机操作的基本安全要求包括：</w:t>
        <w:br/>
        <w:br/>
        <w:t>（1）操作人员必须持证上岗，熟悉起重机的性能和操作规程。</w:t>
        <w:br/>
        <w:br/>
        <w:t>（2）作业前必须检查起重机各部件是否正常，特别是制动系统、钢丝绳和安全装置。</w:t>
        <w:br/>
        <w:br/>
        <w:t>（3）作业区域应设置警戒线，禁止无关人员进入。</w:t>
        <w:br/>
        <w:br/>
        <w:t>（4）操作时应听从指挥信号，信号不明确时应停止操作。</w:t>
        <w:br/>
        <w:br/>
        <w:t>（5）严禁超载作业，严禁斜拉斜吊。</w:t>
        <w:br/>
        <w:br/>
        <w:t>（6）重物下方严禁站人，吊运时应缓慢平稳。</w:t>
        <w:br/>
        <w:br/>
        <w:t>（7）作业过程中如发现异常情况，应立即停止操作并报告。</w:t>
        <w:br/>
        <w:br/>
        <w:t>（8）大风、雷雨等恶劣天气应停止作业。</w:t>
        <w:br/>
        <w:br/>
        <w:t>（9）作业结束后，应将起重机停放在指定位置，切断电源。</w:t>
        <w:br/>
        <w:br/>
        <w:t>解析：起重机操作的基本安全要求是确保起重作业安全的基础。操作人员必须具备专业知识和技能，严格遵守操作规程。作业前检查可以及时发现设备隐患，作业中规范操作可以防止事故发生，作业后妥善停放可以避免意外。这些要求相互配合，共同保障起重作业的安全进行。</w:t>
        <w:br/>
        <w:br/>
        <w:t>2. 答案：</w:t>
        <w:br/>
        <w:br/>
        <w:t>起重机钢丝绳的报废标准包括：</w:t>
        <w:br/>
        <w:br/>
        <w:t>（1）在一个捻距内的断丝数达到总丝数的10%。</w:t>
        <w:br/>
        <w:br/>
        <w:t>（2）钢丝绳磨损或腐蚀达到原直径的7%以上。</w:t>
        <w:br/>
        <w:br/>
        <w:t>（3）钢丝绳变形严重，如扭结、压扁、弯折等。</w:t>
        <w:br/>
        <w:br/>
        <w:t>（4）钢丝绳绳芯损坏或外层钢丝松动。</w:t>
        <w:br/>
        <w:br/>
        <w:t>（5）钢丝绳使用时间超过规定期限（一般为4-5年）。</w:t>
        <w:br/>
        <w:br/>
        <w:t>（6）钢丝绳出现明显的断丝、磨损或腐蚀迹象。</w:t>
        <w:br/>
        <w:br/>
        <w:t>解析：钢丝绳是起重机的关键承载部件，其安全性直接关系到起重作业的安全。报废标准的制定是为了确保钢丝绳在达到一定磨损或损伤程度时及时更换，避免因钢丝绳断裂导致重物坠落事故。操作人员应定期检查钢丝绳状况，发现问题及时处理，确保使用安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