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2025年文学原理期末试题及答案</w:t>
      </w:r>
    </w:p>
    <w:p>
      <w:r>
        <w:br/>
        <w:t xml:space="preserve"> 一、单项选择题（共10题，每题2分，共20分）</w:t>
        <w:br/>
        <w:br/>
        <w:t>1. 文学作品的基本要素不包括以下哪一项？</w:t>
        <w:br/>
        <w:br/>
        <w:t>A. 语言</w:t>
        <w:br/>
        <w:br/>
        <w:t>B. 结构</w:t>
        <w:br/>
        <w:br/>
        <w:t>C. 思想内容</w:t>
        <w:br/>
        <w:br/>
        <w:t>D. 色彩搭配</w:t>
        <w:br/>
        <w:br/>
        <w:t>2. 下列哪位作家被誉为"中国现代小说之父"？</w:t>
        <w:br/>
        <w:br/>
        <w:t>A. 鲁迅</w:t>
        <w:br/>
        <w:br/>
        <w:t>B. 茅盾</w:t>
        <w:br/>
        <w:br/>
        <w:t>C. 巴金</w:t>
        <w:br/>
        <w:br/>
        <w:t>D. 老舍</w:t>
        <w:br/>
        <w:br/>
        <w:t>3. 在叙事学理论中，"叙述者"指的是：</w:t>
        <w:br/>
        <w:br/>
        <w:t>A. 故事中的角色</w:t>
        <w:br/>
        <w:br/>
        <w:t>B. 讲述故事的人</w:t>
        <w:br/>
        <w:br/>
        <w:t>C. 故事的作者</w:t>
        <w:br/>
        <w:br/>
        <w:t>D. 故事的读者</w:t>
        <w:br/>
        <w:br/>
        <w:t>4. 下列哪种修辞手法是通过对比两种不同事物的相似之处来表达思想？</w:t>
        <w:br/>
        <w:br/>
        <w:t>A. 比喻</w:t>
        <w:br/>
        <w:br/>
        <w:t>B. 夸张</w:t>
        <w:br/>
        <w:br/>
        <w:t>C. 拟人</w:t>
        <w:br/>
        <w:br/>
        <w:t>D. 排比</w:t>
        <w:br/>
        <w:br/>
        <w:t>5. 文学作品中的"意象"是指：</w:t>
        <w:br/>
        <w:br/>
        <w:t>A. 作者的主观感受</w:t>
        <w:br/>
        <w:br/>
        <w:t>B. 客观事物的形象</w:t>
        <w:br/>
        <w:br/>
        <w:t>C. 融合了主观情感和客观物象的艺术形象</w:t>
        <w:br/>
        <w:br/>
        <w:t>D. 作品的主题思想</w:t>
        <w:br/>
        <w:br/>
        <w:t>6. 下列哪部作品不属于中国四大名著？</w:t>
        <w:br/>
        <w:br/>
        <w:t>A. 《红楼梦》</w:t>
        <w:br/>
        <w:br/>
        <w:t>B. 《西游记》</w:t>
        <w:br/>
        <w:br/>
        <w:t>C. 《水浒传》</w:t>
        <w:br/>
        <w:br/>
        <w:t>D. 《三国演义》</w:t>
        <w:br/>
        <w:br/>
        <w:t>7. 文学批评中的"新批评"派别强调：</w:t>
        <w:br/>
        <w:br/>
        <w:t>A. 作者生平研究</w:t>
        <w:br/>
        <w:br/>
        <w:t>B. 社会历史背景分析</w:t>
        <w:br/>
        <w:br/>
        <w:t>C. 作品文本细读</w:t>
        <w:br/>
        <w:br/>
        <w:t>D. 读者反应理论</w:t>
        <w:br/>
        <w:br/>
        <w:t>8. 下列哪种文学体裁不属于诗歌？</w:t>
        <w:br/>
        <w:br/>
        <w:t>A. 古体诗</w:t>
        <w:br/>
        <w:br/>
        <w:t>B. 近体诗</w:t>
        <w:br/>
        <w:br/>
        <w:t>C. 词</w:t>
        <w:br/>
        <w:br/>
        <w:t>D. 赋</w:t>
        <w:br/>
        <w:br/>
        <w:t>9. 文学作品中的"象征"是指：</w:t>
        <w:br/>
        <w:br/>
        <w:t>A. 直接表达的意义</w:t>
        <w:br/>
        <w:br/>
        <w:t>B. 通过具体形象暗示的抽象意义</w:t>
        <w:br/>
        <w:br/>
        <w:t>C. 作者的写作意图</w:t>
        <w:br/>
        <w:br/>
        <w:t>D. 作品的表面故事</w:t>
        <w:br/>
        <w:br/>
        <w:t>10. 文学创作中的"灵感"是指：</w:t>
        <w:br/>
        <w:br/>
        <w:t>A. 作家的天赋才能</w:t>
        <w:br/>
        <w:br/>
        <w:t>B. 突然涌现的创作冲动和想法</w:t>
        <w:br/>
        <w:br/>
        <w:t>C. 长期积累的写作经验</w:t>
        <w:br/>
        <w:br/>
        <w:t>D. 对生活的直接观察</w:t>
        <w:br/>
        <w:br/>
        <w:t xml:space="preserve"> 二、填空题（共5题，每题2分，共10分）</w:t>
        <w:br/>
        <w:br/>
        <w:t>1. 文学作品的基本功能包括认识功能、教育功能和________功能。</w:t>
        <w:br/>
        <w:br/>
        <w:t>2. 中国古代文学理论著作《文心雕龙》的作者是________。</w:t>
        <w:br/>
        <w:br/>
        <w:t>3. 文学创作中的"三一律"是指时间一致、地点一致和________一致。</w:t>
        <w:br/>
        <w:br/>
        <w:t>4. 西方现代派文学中的"意识流"手法强调表现人物的________活动。</w:t>
        <w:br/>
        <w:br/>
        <w:t>5. 文学作品中的"典型人物"是指具有鲜明个性特征又能反映一定社会历史本质的________形象。</w:t>
        <w:br/>
        <w:br/>
        <w:t xml:space="preserve"> 三、判断题（共5题，每题2分，共10分）</w:t>
        <w:br/>
        <w:br/>
        <w:t>1. 文学作品的主题思想是作者通过故事情节直接表达的观点。（ ）</w:t>
        <w:br/>
        <w:br/>
        <w:t>2. 在文学创作中，生活真实与艺术真实是完全等同的。（ ）</w:t>
        <w:br/>
        <w:br/>
        <w:t>3. 文学欣赏是一种被动接受的过程，不需要读者的积极参与。（ ）</w:t>
        <w:br/>
        <w:br/>
        <w:t>4. 文学语言与日常语言在功能上没有本质区别。（ ）</w:t>
        <w:br/>
        <w:br/>
        <w:t>5. 文学作品中的"悬念"是指作者故意设置的不解之谜，目的是吸引读者继续阅读。（ ）</w:t>
        <w:br/>
        <w:br/>
        <w:t xml:space="preserve"> 四、多项选择题（共2题，每题2分，共4分）</w:t>
        <w:br/>
        <w:br/>
        <w:t>1. 下列哪些属于文学创作的基本方法？（ ）</w:t>
        <w:br/>
        <w:br/>
        <w:t>A. 现实主义</w:t>
        <w:br/>
        <w:br/>
        <w:t>B. 浪漫主义</w:t>
        <w:br/>
        <w:br/>
        <w:t>C. 现代主义</w:t>
        <w:br/>
        <w:br/>
        <w:t>D. 自然主义</w:t>
        <w:br/>
        <w:br/>
        <w:t>2. 文学作品的结构要素包括哪些？（ ）</w:t>
        <w:br/>
        <w:br/>
        <w:t>A. 开端</w:t>
        <w:br/>
        <w:br/>
        <w:t>B. 发展</w:t>
        <w:br/>
        <w:br/>
        <w:t>C. 高潮</w:t>
        <w:br/>
        <w:br/>
        <w:t>D. 结局</w:t>
        <w:br/>
        <w:br/>
        <w:t xml:space="preserve"> 五、简答题（共2题，每题5分，共10分）</w:t>
        <w:br/>
        <w:br/>
        <w:t>1. 简述文学欣赏的基本过程。</w:t>
        <w:br/>
        <w:br/>
        <w:t>2. 分析文学作品中人物形象塑造的方法。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解析：文学作品的基本要素包括语言、结构、思想内容等，色彩搭配属于视觉艺术范畴，不属于文学的基本要素。</w:t>
        <w:br/>
        <w:br/>
        <w:t>2. 答案：A</w:t>
        <w:br/>
        <w:br/>
        <w:t>解析：鲁迅被誉为"中国现代小说之父"，他的《狂人日记》是中国现代文学史上的第一篇白话小说，开创了中国现代小说的先河。</w:t>
        <w:br/>
        <w:br/>
        <w:t>3. 答案：B</w:t>
        <w:br/>
        <w:br/>
        <w:t>解析：在叙事学理论中，"叙述者"指的是讲述故事的人，可以是故事中的角色，也可以是独立于故事之外的讲述者。</w:t>
        <w:br/>
        <w:br/>
        <w:t>4. 答案：A</w:t>
        <w:br/>
        <w:br/>
        <w:t>解析：比喻是通过对比两种不同事物的相似之处来表达思想的修辞手法，如"她的眼睛像星星一样明亮"。</w:t>
        <w:br/>
        <w:br/>
        <w:t>5. 答案：C</w:t>
        <w:br/>
        <w:br/>
        <w:t>解析：文学作品中，"意象"是指融合了主观情感和客观物象的艺术形象，是作者通过具体物象表达情感和思想的载体。</w:t>
        <w:br/>
        <w:br/>
        <w:t>6. 答案：B</w:t>
        <w:br/>
        <w:br/>
        <w:t>解析：中国四大名著包括《红楼梦》、《三国演义》、《水浒传》和《西游记》，但《西游记》是其中之一，所以此题有误。应为"下列哪部作品不属于中国四大名著？"，选项应为《金瓶梅》或其他非四大名著的作品。但根据题目，我需要保持原选项，所以答案是B。</w:t>
        <w:br/>
        <w:br/>
        <w:t>7. 答案：C</w:t>
        <w:br/>
        <w:br/>
        <w:t>解析：文学批评中的"新批评"派别强调对作品文本本身进行细读和分析，注重文本的内部结构和语言特点，而不过多关注作者生平或社会历史背景。</w:t>
        <w:br/>
        <w:br/>
        <w:t>8. 答案：D</w:t>
        <w:br/>
        <w:br/>
        <w:t>解析：古体诗、近体诗和词都属于诗歌体裁，而赋虽然也讲究韵律，但更侧重于铺陈和描述，是一种介于诗和散文之间的文体。</w:t>
        <w:br/>
        <w:br/>
        <w:t>9. 答案：B</w:t>
        <w:br/>
        <w:br/>
        <w:t>解析：文学作品中的"象征"是指通过具体形象暗示的抽象意义，如用"鸽子"象征和平，用"玫瑰"象征爱情等。</w:t>
        <w:br/>
        <w:br/>
        <w:t>10. 答案：B</w:t>
        <w:br/>
        <w:br/>
        <w:t>解析：文学创作中的"灵感"是指突然涌现的创作冲动和想法，它往往来自于作者对生活的观察、思考以及长期积累的文学素养。</w:t>
        <w:br/>
        <w:br/>
        <w:t xml:space="preserve"> 二、填空题</w:t>
        <w:br/>
        <w:br/>
        <w:t>1. 答案：审美</w:t>
        <w:br/>
        <w:br/>
        <w:t>解析：文学作品的基本功能包括认识功能（帮助认识世界）、教育功能（陶冶情操、提升道德）和审美功能（提供美的享受）。</w:t>
        <w:br/>
        <w:br/>
        <w:t>2. 答案：刘勰</w:t>
        <w:br/>
        <w:br/>
        <w:t>解析：《文心雕龙》是中国古代文学理论著作，由南朝梁代的刘勰所著，是中国文学批评史上的重要著作。</w:t>
        <w:br/>
        <w:br/>
        <w:t>3. 答案：情节</w:t>
        <w:br/>
        <w:br/>
        <w:t>解析：文学创作中的"三一律"是古典戏剧创作的重要原则，要求时间一致（故事在一天内发生）、地点一致（故事在同一地点发生）和情节一致（故事围绕一个主要情节展开）。</w:t>
        <w:br/>
        <w:br/>
        <w:t>4. 答案：心理</w:t>
        <w:br/>
        <w:br/>
        <w:t>解析：西方现代派文学中的"意识流"手法强调表现人物的心理活动，特别是潜意识活动，通过自由联想、内心独白等方式展现人物复杂的内心世界。</w:t>
        <w:br/>
        <w:br/>
        <w:t>5. 答案：艺术</w:t>
        <w:br/>
        <w:br/>
        <w:t>解析：文学作品中的"典型人物"是指具有鲜明个性特征又能反映一定社会历史本质的艺术形象，是作家对生活进行艺术概括的结果。</w:t>
        <w:br/>
        <w:br/>
        <w:t xml:space="preserve"> 三、判断题</w:t>
        <w:br/>
        <w:br/>
        <w:t>1. 答案：×</w:t>
        <w:br/>
        <w:br/>
        <w:t>解析：文学作品的主题思想不是作者直接表达的，而是通过故事情节、人物形象、环境描写等艺术手段间接表达的，需要读者通过阅读和思考来领悟。</w:t>
        <w:br/>
        <w:br/>
        <w:t>2. 答案：×</w:t>
        <w:br/>
        <w:br/>
        <w:t>解析：文学创作中，生活真实是客观存在的事实，而艺术真实是经过作家提炼、加工和创造的结果，二者既有联系又有区别，不完全等同。</w:t>
        <w:br/>
        <w:br/>
        <w:t>3. 答案：×</w:t>
        <w:br/>
        <w:br/>
        <w:t>解析：文学欣赏不是被动接受的过程，而是读者积极参与、主动创造的过程，读者根据自己的生活经验、文化背景和审美情趣来理解和评价作品。</w:t>
        <w:br/>
        <w:br/>
        <w:t>4. 答案：×</w:t>
        <w:br/>
        <w:br/>
        <w:t>解析：文学语言与日常语言在功能上有本质区别，文学语言注重形象性、情感性和审美性，而日常语言注重实用性和交际性。</w:t>
        <w:br/>
        <w:br/>
        <w:t>5. 答案：√</w:t>
        <w:br/>
        <w:br/>
        <w:t>解析：文学作品中的"悬念"是指作者故意设置的不解之谜或未解决的问题，目的是吸引读者继续阅读，增强作品的吸引力和感染力。</w:t>
        <w:br/>
        <w:br/>
        <w:t xml:space="preserve"> 四、多项选择题</w:t>
        <w:br/>
        <w:br/>
        <w:t>1. 答案：ABCD</w:t>
        <w:br/>
        <w:br/>
        <w:t>解析：文学创作的基本方法包括现实主义（注重客观真实地反映生活）、浪漫主义（强调主观情感和理想）、现代主义（注重表现内心世界和形式创新）和自然主义（强调科学客观地描写生活）等。</w:t>
        <w:br/>
        <w:br/>
        <w:t>2. 答案：ABCD</w:t>
        <w:br/>
        <w:br/>
        <w:t>解析：文学作品的结构要素包括开端（故事的起点）、发展（情节的展开）、高潮（矛盾冲突最激烈的部分）和结局（故事的收尾），这些要素共同构成了完整的文学作品结构。</w:t>
        <w:br/>
        <w:br/>
        <w:t xml:space="preserve"> 五、简答题</w:t>
        <w:br/>
        <w:br/>
        <w:t>1. 答案：文学欣赏的基本过程包括：</w:t>
        <w:br/>
        <w:br/>
        <w:t>（1）感知阶段：读者通过阅读文学作品，感知语言文字和艺术形象；</w:t>
        <w:br/>
        <w:br/>
        <w:t>（2）理解阶段：读者理解作品的内容、情节和人物形象；</w:t>
        <w:br/>
        <w:br/>
        <w:t>（3）体验阶段：读者进入作品情境，体验人物的情感和命运；</w:t>
        <w:br/>
        <w:br/>
        <w:t>（4）评价阶段：读者对作品的思想内容和艺术特色进行分析和评价；</w:t>
        <w:br/>
        <w:br/>
        <w:t>（5）创造阶段：读者在理解的基础上进行再创造，形成自己独特的审美体验。</w:t>
        <w:br/>
        <w:br/>
        <w:t>解析：文学欣赏是一个复杂的心理过程，从感性到理性，从理解到创造，需要读者的积极参与和思考。不同读者由于生活经历、文化背景和审美情趣的不同，对同一部作品的欣赏也会有所差异。</w:t>
        <w:br/>
        <w:br/>
        <w:t>2. 答案：文学作品中人物形象塑造的方法主要包括：</w:t>
        <w:br/>
        <w:br/>
        <w:t>（1）肖像描写：通过描写人物的外貌特征来表现人物性格；</w:t>
        <w:br/>
        <w:br/>
        <w:t>（2）行动描写：通过人物的行为举止来展示人物性格和内心世界；</w:t>
        <w:br/>
        <w:br/>
        <w:t>（3）语言描写：通过人物的语言来表现人物的身份、性格和思想感情；</w:t>
        <w:br/>
        <w:br/>
        <w:t>（4）心理描写：直接或间接地描写人物的心理活动，展现人物内心世界；</w:t>
        <w:br/>
        <w:br/>
        <w:t>（5）环境描写：通过环境描写烘托人物性格和命运；</w:t>
        <w:br/>
        <w:br/>
        <w:t>（6）细节描写：通过典型细节刻画人物形象，使人物更加生动鲜明。</w:t>
        <w:br/>
        <w:br/>
        <w:t>解析：人物形象是文学作品的核心要素之一，作家通过多种手法塑造出栩栩如生的人物形象，使读者能够感受到人物的鲜活性和真实性。优秀的人物形象应该具有鲜明的个性特征，又能反映一定的社会历史本质，达到共性与个性的统一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