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2025年质量员电气试题及答案</w:t>
      </w:r>
    </w:p>
    <w:p>
      <w:r>
        <w:br/>
        <w:t xml:space="preserve"> 一、单项选择题（每题2分，共20分）</w:t>
        <w:br/>
        <w:br/>
        <w:t>1. 电气设备安装工程中，导线连接的基本要求是（ ）。</w:t>
        <w:br/>
        <w:br/>
        <w:t>A. 连接牢固可靠</w:t>
        <w:br/>
        <w:br/>
        <w:t>B. 接触电阻小</w:t>
        <w:br/>
        <w:br/>
        <w:t>C. 机械强度足够</w:t>
        <w:br/>
        <w:br/>
        <w:t>D. 以上都是</w:t>
        <w:br/>
        <w:br/>
        <w:t>2. 电气安装工程中，接地电阻的测量应使用（ ）。</w:t>
        <w:br/>
        <w:br/>
        <w:t>A. 万用表</w:t>
        <w:br/>
        <w:br/>
        <w:t>B. 接地电阻测试仪</w:t>
        <w:br/>
        <w:br/>
        <w:t>C. 兆欧表</w:t>
        <w:br/>
        <w:br/>
        <w:t>D. 钳形电流表</w:t>
        <w:br/>
        <w:br/>
        <w:t>3. 电缆敷设时，弯曲半径不应小于电缆外径的（ ）倍。</w:t>
        <w:br/>
        <w:br/>
        <w:t>A. 10</w:t>
        <w:br/>
        <w:br/>
        <w:t>B. 15</w:t>
        <w:br/>
        <w:br/>
        <w:t>C. 20</w:t>
        <w:br/>
        <w:br/>
        <w:t>D. 25</w:t>
        <w:br/>
        <w:br/>
        <w:t>4. 电气设备安装后，进行绝缘电阻测试时，一般使用的仪器是（ ）。</w:t>
        <w:br/>
        <w:br/>
        <w:t>A. 万用表</w:t>
        <w:br/>
        <w:br/>
        <w:t>B. 接地电阻测试仪</w:t>
        <w:br/>
        <w:br/>
        <w:t>C. 兆欧表</w:t>
        <w:br/>
        <w:br/>
        <w:t>D. 钳形电流表</w:t>
        <w:br/>
        <w:br/>
        <w:t>5. 电气工程中，保护接地的目的是（ ）。</w:t>
        <w:br/>
        <w:br/>
        <w:t>A. 防止设备漏电造成人身伤害</w:t>
        <w:br/>
        <w:br/>
        <w:t>B. 提高设备运行效率</w:t>
        <w:br/>
        <w:br/>
        <w:t>C. 减少电磁干扰</w:t>
        <w:br/>
        <w:br/>
        <w:t>D. 节约能源</w:t>
        <w:br/>
        <w:br/>
        <w:t>6. 电气安装工程中，配电箱安装高度一般为（ ）米。</w:t>
        <w:br/>
        <w:br/>
        <w:t>A. 0.5-0.8</w:t>
        <w:br/>
        <w:br/>
        <w:t>B. 1.0-1.5</w:t>
        <w:br/>
        <w:br/>
        <w:t>C. 1.5-1.8</w:t>
        <w:br/>
        <w:br/>
        <w:t>D. 2.0-2.5</w:t>
        <w:br/>
        <w:br/>
        <w:t>7. 电气设备安装工程中，导线颜色标识正确的是（ ）。</w:t>
        <w:br/>
        <w:br/>
        <w:t>A. 红色-火线，蓝色-零线，黄绿双色-地线</w:t>
        <w:br/>
        <w:br/>
        <w:t>B. 蓝色-火线，红色-零线，黄绿双色-地线</w:t>
        <w:br/>
        <w:br/>
        <w:t>C. 红色-火线，黑色-零线，黄绿双色-地线</w:t>
        <w:br/>
        <w:br/>
        <w:t>D. 蓝色-火线，黑色-零线，黄绿双色-地线</w:t>
        <w:br/>
        <w:br/>
        <w:t>8. 电气安装工程中，开关安装高度一般为（ ）米。</w:t>
        <w:br/>
        <w:br/>
        <w:t>A. 1.2-1.5</w:t>
        <w:br/>
        <w:br/>
        <w:t>B. 1.5-1.8</w:t>
        <w:br/>
        <w:br/>
        <w:t>C. 1.8-2.0</w:t>
        <w:br/>
        <w:br/>
        <w:t>D. 2.0-2.5</w:t>
        <w:br/>
        <w:br/>
        <w:t>9. 电气设备安装工程中，控制电缆的弯曲半径不应小于其外径的（ ）倍。</w:t>
        <w:br/>
        <w:br/>
        <w:t>A. 6</w:t>
        <w:br/>
        <w:br/>
        <w:t>B. 10</w:t>
        <w:br/>
        <w:br/>
        <w:t>C. 12</w:t>
        <w:br/>
        <w:br/>
        <w:t>D. 15</w:t>
        <w:br/>
        <w:br/>
        <w:t>10. 电气安装工程中，照明灯具安装高度低于（ ）米时，应使用安全电压。</w:t>
        <w:br/>
        <w:br/>
        <w:t>A. 2.0</w:t>
        <w:br/>
        <w:br/>
        <w:t>B. 2.4</w:t>
        <w:br/>
        <w:br/>
        <w:t>C. 3.0</w:t>
        <w:br/>
        <w:br/>
        <w:t>D. 3.5</w:t>
        <w:br/>
        <w:br/>
        <w:t xml:space="preserve"> 二、填空题（每题2分，共10分）</w:t>
        <w:br/>
        <w:br/>
        <w:t>1. 电气设备安装工程中，导线连接的基本要求是连接牢固可靠、接触电阻小、机械强度足够和绝缘性能良好。</w:t>
        <w:br/>
        <w:br/>
        <w:t>2. 电气安装工程中，接地电阻的测量应使用________进行测量。</w:t>
        <w:br/>
        <w:br/>
        <w:t>3. 电缆敷设时，弯曲半径不应小于电缆外径的________倍。</w:t>
        <w:br/>
        <w:br/>
        <w:t>4. 电气设备安装后，进行绝缘电阻测试时，一般使用的仪器是________。</w:t>
        <w:br/>
        <w:br/>
        <w:t>5. 电气工程中，保护接地的目的是防止设备漏电造成人身伤害。</w:t>
        <w:br/>
        <w:br/>
        <w:t xml:space="preserve"> 三、判断题（每题2分，共10分）</w:t>
        <w:br/>
        <w:br/>
        <w:t>1. 电气设备安装工程中，导线连接处可以不用绝缘胶带进行绝缘处理。（ ）</w:t>
        <w:br/>
        <w:br/>
        <w:t>2. 电气安装工程中，接地电阻测试应在断电状态下进行。（ ）</w:t>
        <w:br/>
        <w:br/>
        <w:t>3. 电缆敷设时，可以任意弯曲，只要不损伤电缆即可。（ ）</w:t>
        <w:br/>
        <w:br/>
        <w:t>4. 电气设备安装工程中，配电箱安装高度没有具体规定，可以根据实际情况确定。（ ）</w:t>
        <w:br/>
        <w:br/>
        <w:t>5. 电气安装工程中，开关安装高度一般为1.2-1.5米。（ ）</w:t>
        <w:br/>
        <w:br/>
        <w:t xml:space="preserve"> 四、多项选择题（每题2分，共4分）</w:t>
        <w:br/>
        <w:br/>
        <w:t>1. 电气设备安装工程中，导线连接的基本要求包括（ ）。</w:t>
        <w:br/>
        <w:br/>
        <w:t>A. 连接牢固可靠</w:t>
        <w:br/>
        <w:br/>
        <w:t>B. 接触电阻小</w:t>
        <w:br/>
        <w:br/>
        <w:t>C. 机械强度足够</w:t>
        <w:br/>
        <w:br/>
        <w:t>D. 绝缘性能良好</w:t>
        <w:br/>
        <w:br/>
        <w:t>2. 电气安装工程中，接地装置的组成包括（ ）。</w:t>
        <w:br/>
        <w:br/>
        <w:t>A. 接地体</w:t>
        <w:br/>
        <w:br/>
        <w:t>B. 接地线</w:t>
        <w:br/>
        <w:br/>
        <w:t>C. 接地端子</w:t>
        <w:br/>
        <w:br/>
        <w:t>D. 接地网</w:t>
        <w:br/>
        <w:br/>
        <w:t xml:space="preserve"> 五、简答题（每题5分，共10分）</w:t>
        <w:br/>
        <w:br/>
        <w:t>1. 简述电气设备安装工程中导线连接的质量控制要点。</w:t>
        <w:br/>
        <w:br/>
        <w:t>2. 简述电气安装工程中接地电阻测试的步骤和注意事项。</w:t>
        <w:br/>
        <w:br/>
        <w:t xml:space="preserve"> 参考答案及解析</w:t>
        <w:br/>
        <w:br/>
        <w:t xml:space="preserve"> 一、单项选择题（每题2分，共20分）</w:t>
        <w:br/>
        <w:br/>
        <w:t>1. 答案：D</w:t>
        <w:br/>
        <w:br/>
        <w:t>解析：导线连接的基本要求包括连接牢固可靠、接触电阻小、机械强度足够和绝缘性能良好。这些要求确保电气连接的安全可靠，减少接触电阻导致的发热，保证足够的机械强度以承受外力，并确保良好的绝缘性能防止漏电和短路。</w:t>
        <w:br/>
        <w:br/>
        <w:t>2. 答案：B</w:t>
        <w:br/>
        <w:br/>
        <w:t>解析：接地电阻的测量应使用专门的接地电阻测试仪，如摇表或数字接地电阻测试仪。万用表和兆欧表不适合测量接地电阻，因为它们的测量原理和范围不适合接地电阻的特殊要求。钳形电流表主要用于测量电流，不适合测量接地电阻。</w:t>
        <w:br/>
        <w:br/>
        <w:t>3. 答案：B</w:t>
        <w:br/>
        <w:br/>
        <w:t>解析：电缆敷设时，弯曲半径不应小于电缆外径的15倍。这是为了防止电缆在弯曲处受到过大的机械应力，导致绝缘层损坏或导体断裂。不同类型的电缆可能有不同的弯曲半径要求，但15倍是一个常见的标准值。</w:t>
        <w:br/>
        <w:br/>
        <w:t>4. 答案：C</w:t>
        <w:br/>
        <w:br/>
        <w:t>解析：绝缘电阻测试一般使用兆欧表（也称为摇表）进行。兆欧表能够产生较高的测试电压，测量设备或线路的绝缘电阻值，评估其绝缘性能。万用表通常用于测量低电阻值，不适合绝缘电阻测试。接地电阻测试仪用于测量接地电阻，钳形电流表用于测量电流。</w:t>
        <w:br/>
        <w:br/>
        <w:t>5. 答案：A</w:t>
        <w:br/>
        <w:br/>
        <w:t>解析：保护接地的主要目的是防止设备漏电造成人身伤害。通过将设备的金属外壳或框架接地，当设备发生漏电时，电流可以通过接地线流向大地，触发保护装置（如断路器或漏电保护器）切断电源，避免人员触电。保护接地还可以减少电磁干扰，但这不是其主要目的。</w:t>
        <w:br/>
        <w:br/>
        <w:t>6. 答案：B</w:t>
        <w:br/>
        <w:br/>
        <w:t>解析：配电箱的安装高度一般为1.0-1.5米。这个高度便于操作和维护，同时考虑到安全因素。安装高度过低可能导致误操作或碰撞，过高则不利于日常维护。具体高度可能根据使用场所和当地规范有所调整。</w:t>
        <w:br/>
        <w:br/>
        <w:t>7. 答案：A</w:t>
        <w:br/>
        <w:br/>
        <w:t>解析：根据国家标准，导线颜色标识一般为：红色-火线，蓝色-零线，黄绿双色-地线。这种颜色标识有助于区分不同功能的导线，减少接线错误。不同国家可能有不同的颜色标识标准，但在中国，这种标识方式是常见的。</w:t>
        <w:br/>
        <w:br/>
        <w:t>8. 答案：A</w:t>
        <w:br/>
        <w:br/>
        <w:t>解析：开关的安装高度一般为1.2-1.5米。这个高度便于大多数人员操作，同时考虑到安全因素。开关安装过高可能导致操作不便，过低则可能被意外触碰。具体高度可能根据使用场所和当地规范有所调整。</w:t>
        <w:br/>
        <w:br/>
        <w:t>9. 答案：C</w:t>
        <w:br/>
        <w:br/>
        <w:t>解析：控制电缆的弯曲半径不应小于其外径的12倍。这是为了防止电缆在弯曲处受到过大的机械应力，导致绝缘层损坏或导体断裂。不同类型的电缆可能有不同的弯曲半径要求，控制电缆通常要求比电力电缆更小的弯曲半径。</w:t>
        <w:br/>
        <w:br/>
        <w:t>10. 答案：B</w:t>
        <w:br/>
        <w:br/>
        <w:t>解析：照明灯具安装高度低于2.4米时，应使用安全电压（通常不超过36V）。这是为了防止人员触电风险，特别是在人员可能直接接触灯具的场所。安全电压可以有效降低触电风险，保障人身安全。</w:t>
        <w:br/>
        <w:br/>
        <w:t xml:space="preserve"> 二、填空题（每题2分，共10分）</w:t>
        <w:br/>
        <w:br/>
        <w:t>1. 答案：连接牢固可靠、接触电阻小、机械强度足够和绝缘性能良好</w:t>
        <w:br/>
        <w:br/>
        <w:t>解析：导线连接的基本要求包括四个方面：连接牢固可靠确保连接不会松动；接触电阻小减少发热和能量损耗；机械强度足够能够承受外力；绝缘性能良好防止漏电和短路。这些要求共同确保电气连接的安全可靠。</w:t>
        <w:br/>
        <w:br/>
        <w:t>2. 答案：接地电阻测试仪</w:t>
        <w:br/>
        <w:br/>
        <w:t>解析：接地电阻测试是电气安装工程中的重要环节，需要使用专门的接地电阻测试仪进行测量。这种仪器能够准确测量接地系统的接地电阻值，确保接地系统符合规范要求，保障电气安全。</w:t>
        <w:br/>
        <w:br/>
        <w:t>3. 答案：15</w:t>
        <w:br/>
        <w:br/>
        <w:t>解析：电缆敷设时，弯曲半径是一个重要的技术参数，不应小于电缆外径的15倍。这是为了防止电缆在弯曲处受到过大的机械应力，导致绝缘层损坏或导体断裂。不同类型的电缆可能有不同的弯曲半径要求，但15倍是一个常见的标准值。</w:t>
        <w:br/>
        <w:br/>
        <w:t>4. 答案：兆欧表</w:t>
        <w:br/>
        <w:br/>
        <w:t>解析：绝缘电阻测试是电气设备安装后的重要测试项目，一般使用兆欧表进行。兆欧表能够产生较高的测试电压，测量设备或线路的绝缘电阻值，评估其绝缘性能。测试结果应符合规范要求，确保设备安全运行。</w:t>
        <w:br/>
        <w:br/>
        <w:t>5. 答案：防止设备漏电造成人身伤害</w:t>
        <w:br/>
        <w:br/>
        <w:t>解析：保护接地是电气工程中的重要安全措施，其主要目的是防止设备漏电造成人身伤害。通过将设备的金属外壳或框架接地，当设备发生漏电时，电流可以通过接地线流向大地，触发保护装置切断电源，避免人员触电。</w:t>
        <w:br/>
        <w:br/>
        <w:t xml:space="preserve"> 三、判断题（每题2分，共10分）</w:t>
        <w:br/>
        <w:br/>
        <w:t>1. 答案：×</w:t>
        <w:br/>
        <w:br/>
        <w:t>解析：导线连接处必须进行绝缘处理，通常使用绝缘胶带或绝缘套管。绝缘处理可以防止导线连接处发生短路或漏电，确保电气安全。不进行绝缘处理可能导致安全隐患，甚至引发电气事故。</w:t>
        <w:br/>
        <w:br/>
        <w:t>2. 答案：√</w:t>
        <w:br/>
        <w:br/>
        <w:t>解析：接地电阻测试应在断电状态下进行，以确保测试安全和准确性。测试时，应断开被测设备的电源，并确保测试区域没有其他电气设备运行，以免影响测试结果或造成安全隐患。</w:t>
        <w:br/>
        <w:br/>
        <w:t>3. 答案：×</w:t>
        <w:br/>
        <w:br/>
        <w:t>解析：电缆敷设时不能任意弯曲，必须符合规范要求的弯曲半径。过小的弯曲半径会导致电缆绝缘层损坏、导体变形或断裂，影响电缆的使用寿命和安全性能。不同类型的电缆有不同的弯曲半径要求，敷设时应严格遵守。</w:t>
        <w:br/>
        <w:br/>
        <w:t>4. 答案：×</w:t>
        <w:br/>
        <w:br/>
        <w:t>解析：配电箱安装高度有具体规定，一般为1.0-1.5米。这个高度便于操作和维护，同时考虑到安全因素。安装高度过低可能导致误操作或碰撞，过高则不利于日常维护。具体高度可能根据使用场所和当地规范有所调整，但不能随意确定。</w:t>
        <w:br/>
        <w:br/>
        <w:t>5. 答案：√</w:t>
        <w:br/>
        <w:br/>
        <w:t>解析：开关安装高度一般为1.2-1.5米。这个高度便于大多数人员操作，同时考虑到安全因素。开关安装过高可能导致操作不便，过低则可能被意外触碰。具体高度可能根据使用场所和当地规范有所调整，但1.2-1.5米是一个常见的标准值。</w:t>
        <w:br/>
        <w:br/>
        <w:t xml:space="preserve"> 四、多项选择题（每题2分，共4分）</w:t>
        <w:br/>
        <w:br/>
        <w:t>1. 答案：A、B、C、D</w:t>
        <w:br/>
        <w:br/>
        <w:t>解析：导线连接的基本要求包括连接牢固可靠、接触电阻小、机械强度足够和绝缘性能良好。这些要求确保电气连接的安全可靠，减少接触电阻导致的发热，保证足够的机械强度以承受外力，并确保良好的绝缘性能防止漏电和短路。所有选项都是正确的。</w:t>
        <w:br/>
        <w:br/>
        <w:t>2. 答案：A、B、C、D</w:t>
        <w:br/>
        <w:br/>
        <w:t>解析：接地装置通常由接地体、接地线、接地端子和接地网组成。接地体是埋入地下的导体，接地线是连接接地体和设备的导体，接地端子是连接设备的端子，接地网是由多个接地体组成的网络。这些部分共同构成完整的接地系统，确保电气安全。所有选项都是正确的。</w:t>
        <w:br/>
        <w:br/>
        <w:t xml:space="preserve"> 五、简答题（每题5分，共10分）</w:t>
        <w:br/>
        <w:br/>
        <w:t>1. 答案：电气设备安装工程中导线连接的质量控制要点包括：</w:t>
        <w:br/>
        <w:br/>
        <w:t>(1) 导线连接前应检查导线规格、型号是否符合设计要求，导线表面应无损伤、氧化现象。</w:t>
        <w:br/>
        <w:br/>
        <w:t>(2) 导线连接应采用合适的连接方式，如压接、焊接或螺栓连接，确保连接牢固可靠。</w:t>
        <w:br/>
        <w:br/>
        <w:t>(3) 导线连接处应处理好绝缘，使用绝缘胶带或绝缘套管进行包裹，确保绝缘性能良好。</w:t>
        <w:br/>
        <w:br/>
        <w:t>(4) 导线连接后应进行必要的测试，如接触电阻测试、绝缘电阻测试等，确保连接质量符合要求。</w:t>
        <w:br/>
        <w:br/>
        <w:t>(5) 导线连接处应有适当的标识，便于后续维护和检修。</w:t>
        <w:br/>
        <w:br/>
        <w:t>解析：导线连接是电气设备安装工程中的重要环节，其质量直接影响电气系统的安全运行。质量控制要点包括导线检查、连接方式选择、绝缘处理、质量测试和标识等方面。每个环节都需要严格控制，确保导线连接的质量符合规范要求。</w:t>
        <w:br/>
        <w:br/>
        <w:t>2. 答案：电气安装工程中接地电阻测试的步骤和注意事项如下：</w:t>
        <w:br/>
        <w:br/>
        <w:t>步骤：</w:t>
        <w:br/>
        <w:br/>
        <w:t>(1) 准备测试仪器：接地电阻测试仪、测试线、接地棒等。</w:t>
        <w:br/>
        <w:br/>
        <w:t>(2) 断开被测设备的电源，确保测试安全。</w:t>
        <w:br/>
        <w:br/>
        <w:t>(3) 按照仪器说明书正确连接测试线，通常包括电流线、电压线和接地棒。</w:t>
        <w:br/>
        <w:br/>
        <w:t>(4) 将测试线正确连接到被测接地系统和接地棒上。</w:t>
        <w:br/>
        <w:br/>
        <w:t>(5) 启动测试仪器，进行测试并记录测试结果。</w:t>
        <w:br/>
        <w:br/>
        <w:t>(6) 测试完成后，断开测试线，恢复设备正常运行。</w:t>
        <w:br/>
        <w:br/>
        <w:t>注意事项：</w:t>
        <w:br/>
        <w:br/>
        <w:t>(1) 测试时应确保测试区域安全，避免触电风险。</w:t>
        <w:br/>
        <w:br/>
        <w:t>(2) 测试线应远离其他电气设备和金属物体，避免干扰测试结果。</w:t>
        <w:br/>
        <w:br/>
        <w:t>(3) 测试时应选择天气晴朗、土壤湿度适宜的时段进行，避免天气因素影响测试结果。</w:t>
        <w:br/>
        <w:br/>
        <w:t>(4) 测试结果应符合规范要求，一般接地电阻不应大于4欧姆。</w:t>
        <w:br/>
        <w:br/>
        <w:t>(5) 测试完成后，应妥善保管测试仪器，确保下次测试的准确性。</w:t>
        <w:br/>
        <w:br/>
        <w:t>解析：接地电阻测试是电气安装工程中的重要测试项目，用于评估接地系统的性能。测试步骤包括准备仪器、断开电源、连接测试线、进行测试和记录结果等环节。注意事项包括安全防护、避免干扰、选择适宜测试条件、评估测试结果和仪器维护等方面。正确的测试步骤和注意事项可以确保测试结果的准确性和可靠性，保障电气安全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