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2025年防晒测试题及答案</w:t>
      </w:r>
    </w:p>
    <w:p>
      <w:r>
        <w:br/>
        <w:t xml:space="preserve"> 一、单项选择题（每题2分，共20分）</w:t>
        <w:br/>
        <w:br/>
        <w:t>1. 关于紫外线，以下说法正确的是：</w:t>
        <w:br/>
        <w:br/>
        <w:t>A. 紫外线分为UVA、UVB和UVC三种，其中UVA穿透力最强</w:t>
        <w:br/>
        <w:br/>
        <w:t>B. 紫外线只在夏季强烈，冬季可以不防晒</w:t>
        <w:br/>
        <w:br/>
        <w:t>C. 紫外线可以穿透玻璃，室内不需要防晒</w:t>
        <w:br/>
        <w:br/>
        <w:t>D. 所有紫外线都被臭氧层吸收，不会到达地面</w:t>
        <w:br/>
        <w:br/>
        <w:t>2. 防晒霜上的SPF值代表：</w:t>
        <w:br/>
        <w:br/>
        <w:t>A. 防晒霜的防晒能力</w:t>
        <w:br/>
        <w:br/>
        <w:t>B. 防晒霜的防水能力</w:t>
        <w:br/>
        <w:br/>
        <w:t>C. 防晒霜的持久时间</w:t>
        <w:br/>
        <w:br/>
        <w:t>D. 防晒霜的成分安全性</w:t>
        <w:br/>
        <w:br/>
        <w:t>3. 以下哪种防晒成分属于物理防晒剂？</w:t>
        <w:br/>
        <w:br/>
        <w:t>A. 氧化锌</w:t>
        <w:br/>
        <w:br/>
        <w:t>B. 二苯酮-3</w:t>
        <w:br/>
        <w:br/>
        <w:t>C. 奥克立林</w:t>
        <w:br/>
        <w:br/>
        <w:t>D. 阿伏苯宗</w:t>
        <w:br/>
        <w:br/>
        <w:t>4. 关于防晒霜的使用量，以下正确的是：</w:t>
        <w:br/>
        <w:br/>
        <w:t>A. 脸部使用约1元硬币大小</w:t>
        <w:br/>
        <w:br/>
        <w:t>B. 身体每个部位只需少量涂抹</w:t>
        <w:br/>
        <w:br/>
        <w:t>C. 可以只在阳光照射到的部位涂抹</w:t>
        <w:br/>
        <w:br/>
        <w:t>D. 防晒霜越少越好，以免堵塞毛孔</w:t>
        <w:br/>
        <w:br/>
        <w:t>5. 防晒霜应该在出门前多久涂抹？</w:t>
        <w:br/>
        <w:br/>
        <w:t>A. 5-10分钟</w:t>
        <w:br/>
        <w:br/>
        <w:t>B. 20-30分钟</w:t>
        <w:br/>
        <w:br/>
        <w:t>C. 1小时</w:t>
        <w:br/>
        <w:br/>
        <w:t>D. 出门前即可</w:t>
        <w:br/>
        <w:br/>
        <w:t>6. 关于防晒，以下说法错误的是：</w:t>
        <w:br/>
        <w:br/>
        <w:t>A. 阴天不需要防晒</w:t>
        <w:br/>
        <w:br/>
        <w:t>B. 紫外线可以穿透水面</w:t>
        <w:br/>
        <w:br/>
        <w:t>C. 雪地反射紫外线更强</w:t>
        <w:br/>
        <w:br/>
        <w:t>D. 高海拔地区紫外线更强</w:t>
        <w:br/>
        <w:br/>
        <w:t>7. 2025年最新的防晒技术趋势是：</w:t>
        <w:br/>
        <w:br/>
        <w:t>A. 纳米技术提高防晒效果</w:t>
        <w:br/>
        <w:br/>
        <w:t>B. 生物防晒技术</w:t>
        <w:br/>
        <w:br/>
        <w:t>C. 智能响应型防晒产品</w:t>
        <w:br/>
        <w:br/>
        <w:t>D. 以上都是</w:t>
        <w:br/>
        <w:br/>
        <w:t>8. 关于防晒衣，以下说法正确的是：</w:t>
        <w:br/>
        <w:br/>
        <w:t>A. 所有防晒衣都具有相同的防晒效果</w:t>
        <w:br/>
        <w:br/>
        <w:t>B. 防晒衣的UPF值越高，防晒效果越好</w:t>
        <w:br/>
        <w:br/>
        <w:t>C. 防晒衣不需要洗涤，可以永久使用</w:t>
        <w:br/>
        <w:br/>
        <w:t>D. 防晒衣只在夏天有效</w:t>
        <w:br/>
        <w:br/>
        <w:t>9. 以下哪种人群更需要特别注意防晒？</w:t>
        <w:br/>
        <w:br/>
        <w:t>A. 皮肤白皙的人</w:t>
        <w:br/>
        <w:br/>
        <w:t>B. 经常户外活动的人</w:t>
        <w:br/>
        <w:br/>
        <w:t>C. 有皮肤癌家族史的人</w:t>
        <w:br/>
        <w:br/>
        <w:t>D. 以上都是</w:t>
        <w:br/>
        <w:br/>
        <w:t>10. 关于防晒产品的保存，以下正确的是：</w:t>
        <w:br/>
        <w:br/>
        <w:t>A. 可以存放在高温环境下</w:t>
        <w:br/>
        <w:br/>
        <w:t>B. 开封后可以使用2年以上</w:t>
        <w:br/>
        <w:br/>
        <w:t>C. 需要存放在阴凉干燥处</w:t>
        <w:br/>
        <w:br/>
        <w:t>D. 防晒产品不会过期</w:t>
        <w:br/>
        <w:br/>
        <w:t xml:space="preserve"> 二、填空题（每题2分，共12分）</w:t>
        <w:br/>
        <w:br/>
        <w:t>1. 防晒霜上的PA值"+"号越多，防护______的能力越强。</w:t>
        <w:br/>
        <w:br/>
        <w:t>2. 紫外线中，______是导致皮肤晒黑的主要原因。</w:t>
        <w:br/>
        <w:br/>
        <w:t>3. 防晒霜一般建议每______小时补涂一次。</w:t>
        <w:br/>
        <w:br/>
        <w:t>4. 2025年防晒产品研发的新方向包括环保配方和______技术。</w:t>
        <w:br/>
        <w:br/>
        <w:t>5. 防晒指数SPF30表示可以防护______倍的紫外线。</w:t>
        <w:br/>
        <w:br/>
        <w:t>6. 防晒产品中的______成分可以帮助修复紫外线损伤。</w:t>
        <w:br/>
        <w:br/>
        <w:t xml:space="preserve"> 三、判断题（每题2分，共12分）</w:t>
        <w:br/>
        <w:br/>
        <w:t>1. 防晒霜可以完全阻挡所有紫外线。（ ）</w:t>
        <w:br/>
        <w:br/>
        <w:t>2. 戴帽子可以完全保护头皮不受紫外线伤害。（ ）</w:t>
        <w:br/>
        <w:br/>
        <w:t>3. 防晒霜只在户外使用时才需要。（ ）</w:t>
        <w:br/>
        <w:br/>
        <w:t>4. 皮肤黑的人不需要使用防晒产品。（ ）</w:t>
        <w:br/>
        <w:br/>
        <w:t>5. 防晒产品中的化学防晒剂是通过吸收紫外线来发挥作用的。（ ）</w:t>
        <w:br/>
        <w:br/>
        <w:t>6. 防晒产品可以预防皮肤老化。（ ）</w:t>
        <w:br/>
        <w:br/>
        <w:t xml:space="preserve"> 四、多项选择题（每题2分，共4分）</w:t>
        <w:br/>
        <w:br/>
        <w:t>1. 以下哪些是防晒霜中常见的化学防晒成分？（ ）</w:t>
        <w:br/>
        <w:br/>
        <w:t>A. 氧化锌</w:t>
        <w:br/>
        <w:br/>
        <w:t>B. 二苯酮-3</w:t>
        <w:br/>
        <w:br/>
        <w:t>C. 奥克立林</w:t>
        <w:br/>
        <w:br/>
        <w:t>D. 二氧化钛</w:t>
        <w:br/>
        <w:br/>
        <w:t>2. 以下哪些情况需要加强防晒措施？（ ）</w:t>
        <w:br/>
        <w:br/>
        <w:t>A. 高海拔地区</w:t>
        <w:br/>
        <w:br/>
        <w:t>B. 雪地环境</w:t>
        <w:br/>
        <w:br/>
        <w:t>C. 水上活动</w:t>
        <w:br/>
        <w:br/>
        <w:t>D. 阴天</w:t>
        <w:br/>
        <w:br/>
        <w:t xml:space="preserve"> 五、简答题（每题5分，共10分）</w:t>
        <w:br/>
        <w:br/>
        <w:t>1. 请简述SPF值和PA值的区别，以及如何根据不同场景选择合适的防晒产品。</w:t>
        <w:br/>
        <w:br/>
        <w:t>2. 请解释2025年防晒技术的最新进展，以及这些技术如何提高防晒效果和用户体验。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紫外线分为UVA、UVB和UVC三种。UVA穿透力最强，能够穿透玻璃，深入真皮层，导致皮肤老化；UVB主要作用于表皮层，导致晒伤；UVC大多被臭氧层吸收，不会到达地面。选项B错误，因为紫外线在冬季同样存在；选项C错误，因为UVA可以穿透玻璃；选项D错误，因为UVA和UVB会到达地面。</w:t>
        <w:br/>
        <w:br/>
        <w:t>2. 答案：A</w:t>
        <w:br/>
        <w:br/>
        <w:t>解析：SPF值代表防晒霜防护UVB的能力，数值越高，防护能力越强。SPF15可以阻挡约93%的UVB，SPF30可以阻挡约97%，SPF50可以阻挡约98%。选项B是关于防水能力的，通常用"防水"或"耐水"来表示；选项C与持久时间有关，但不是SPF的直接含义；选项D与成分安全性无关。</w:t>
        <w:br/>
        <w:br/>
        <w:t>3. 答案：A</w:t>
        <w:br/>
        <w:br/>
        <w:t>解析：氧化锌和二氧化钛是常见的物理防晒剂，它们通过反射和散射紫外线来工作。二苯酮-3和奥克立林是化学防晒剂，它们通过吸收紫外线并将其转化为热量来工作。</w:t>
        <w:br/>
        <w:br/>
        <w:t>4. 答案：A</w:t>
        <w:br/>
        <w:br/>
        <w:t>解析：防晒霜的使用量很重要，脸部应该使用约1元硬币大小的量，身体每个部位也需要足够涂抹。防晒霜不足会导致防护效果大幅下降。选项B、C、D都是错误的，因为防晒霜需要均匀覆盖所有暴露的皮肤，且足够的量是保证防护效果的关键。</w:t>
        <w:br/>
        <w:br/>
        <w:t>5. 答案：B</w:t>
        <w:br/>
        <w:br/>
        <w:t>解析：防晒霜需要在出门前20-30分钟涂抹，这样可以让防晒成分在皮肤上形成有效的保护膜。涂抹后立即出门，防晒效果会大打折扣。</w:t>
        <w:br/>
        <w:br/>
        <w:t>6. 答案：A</w:t>
        <w:br/>
        <w:br/>
        <w:t>解析：阴天仍然有紫外线，云层只能阻挡部分UVB，但UVA仍然可以穿透云层，因此阴天也需要防晒。选项B正确，因为紫外线可以穿透水面；选项C正确，因为雪地会反射紫外线，增加暴露；选项D正确，因为高海拔地区空气稀薄，紫外线更强。</w:t>
        <w:br/>
        <w:br/>
        <w:t>7. 答案：D</w:t>
        <w:br/>
        <w:br/>
        <w:t>解析：2025年防晒技术的最新趋势包括纳米技术提高防晒效果、生物防晒技术（利用植物提取物等天然成分）、智能响应型防晒产品（根据紫外线强度自动调整防护效果）等。</w:t>
        <w:br/>
        <w:br/>
        <w:t>8. 答案：B</w:t>
        <w:br/>
        <w:br/>
        <w:t>解析：防晒衣的UPF值代表紫外线防护系数，UPF值越高，防晒效果越好。不同防晒衣的UPF值不同，效果也不同。防晒衣需要定期洗涤，UPF值会随着洗涤次数降低；防晒衣在全年都有效，不仅限于夏天。</w:t>
        <w:br/>
        <w:br/>
        <w:t>9. 答案：D</w:t>
        <w:br/>
        <w:br/>
        <w:t>解析：皮肤白皙的人黑色素较少，更容易受到紫外线伤害；经常户外活动的人暴露在阳光下的时间更长；有皮肤癌家族史的人遗传了更高的皮肤癌风险。这三类人群都需要特别注意防晒。</w:t>
        <w:br/>
        <w:br/>
        <w:t>10. 答案：C</w:t>
        <w:br/>
        <w:br/>
        <w:t>解析：防晒产品应存放在阴凉干燥处，避免高温和阳光直射，因为高温和阳光会破坏防晒成分。防晒产品有保质期，开封后一般建议在6-12个月内使用完；防晒产品会过期，过期后防护效果会降低。</w:t>
        <w:br/>
        <w:br/>
        <w:t xml:space="preserve"> 二、填空题</w:t>
        <w:br/>
        <w:br/>
        <w:t>1. 答案：UVA</w:t>
        <w:br/>
        <w:br/>
        <w:t>解析：PA值代表防护UVA的能力，"+"号越多，防护UVA的能力越强。PA+表示防护效果较低，PA++表示中等防护，PA+++表示高效防护。</w:t>
        <w:br/>
        <w:br/>
        <w:t>2. 答案：UVA</w:t>
        <w:br/>
        <w:br/>
        <w:t>解析：UVA是导致皮肤晒黑的主要原因，它能够穿透表皮层，刺激黑色素细胞的产生，导致皮肤变黑。同时，UVA也是导致皮肤老化的主要因素。</w:t>
        <w:br/>
        <w:br/>
        <w:t>3. 答案：2-3</w:t>
        <w:br/>
        <w:br/>
        <w:t>解析：防晒霜一般建议每2-3小时补涂一次，特别是在出汗、游泳或擦拭后。长时间户外活动时，应更频繁地补涂。</w:t>
        <w:br/>
        <w:br/>
        <w:t>4. 答案：智能响应</w:t>
        <w:br/>
        <w:br/>
        <w:t>解析：2025年防晒产品研发的新方向包括环保配方（减少对环境的影响）和智能响应技术（根据紫外线强度自动调整防护效果）。</w:t>
        <w:br/>
        <w:br/>
        <w:t>5. 答案：30</w:t>
        <w:br/>
        <w:br/>
        <w:t>解析：防晒指数SPF30表示可以防护30倍的紫外线，即可以延长30倍的晒红时间。例如，如果不涂防晒霜，10分钟会晒红，涂SPF30的防晒霜可以延长到300分钟才会晒红。</w:t>
        <w:br/>
        <w:br/>
        <w:t>6. 答案：抗氧化</w:t>
        <w:br/>
        <w:br/>
        <w:t>解析：防晒产品中的抗氧化成分（如维生素C、维生素E、绿茶提取物等）可以帮助修复紫外线引起的氧化损伤，减少自由基对皮肤的伤害。</w:t>
        <w:br/>
        <w:br/>
        <w:t xml:space="preserve"> 三、判断题</w:t>
        <w:br/>
        <w:br/>
        <w:t>1. 答案：×</w:t>
        <w:br/>
        <w:br/>
        <w:t>解析：防晒霜不能完全阻挡所有紫外线，SPF50的防晒霜可以阻挡约98%的UVB，但仍有2%的紫外线会到达皮肤。此外，防晒霜对UVA的防护效果取决于PA值，即使是高PA值的防晒霜也无法100%阻挡UVA。</w:t>
        <w:br/>
        <w:br/>
        <w:t>2. 答案：×</w:t>
        <w:br/>
        <w:br/>
        <w:t>解析：帽子可以保护头皮不受紫外线直接照射，但帽子的边缘和头发的缝隙仍然会有紫外线到达头皮。此外，如果帽子材质轻薄，紫外线也可能穿透帽子。</w:t>
        <w:br/>
        <w:br/>
        <w:t>3. 答案：×</w:t>
        <w:br/>
        <w:br/>
        <w:t>解析：防晒霜不仅适用于户外，室内也需要使用，特别是靠近窗户的位置，因为UVA可以穿透玻璃。长期暴露在室内靠近窗户的位置，仍然可能导致皮肤老化和色素沉着。</w:t>
        <w:br/>
        <w:br/>
        <w:t>4. 答案：×</w:t>
        <w:br/>
        <w:br/>
        <w:t>解析：皮肤黑的人也需要使用防晒产品。虽然黑色素可以提供一定的自然防护，但仍然无法完全阻挡紫外线的伤害。长期暴露在紫外线下，皮肤黑的人同样会面临皮肤老化和皮肤癌的风险。</w:t>
        <w:br/>
        <w:br/>
        <w:t>5. 答案：√</w:t>
        <w:br/>
        <w:br/>
        <w:t>解析：化学防晒剂是通过吸收紫外线并将其转化为热量来发挥作用的。它们在吸收紫外线后，分子结构会发生变化，然后通过释放热量恢复原状。</w:t>
        <w:br/>
        <w:br/>
        <w:t>6. 答案：√</w:t>
        <w:br/>
        <w:br/>
        <w:t>解析：防晒产品可以预防皮肤老化。紫外线是导致皮肤老化的主要外部因素，长期暴露在紫外线下会导致胶原蛋白分解、弹性纤维减少，从而形成皱纹和松弛。使用防晒产品可以有效减少紫外线对皮肤的伤害，预防皮肤老化。</w:t>
        <w:br/>
        <w:br/>
        <w:t xml:space="preserve"> 四、多项选择题</w:t>
        <w:br/>
        <w:br/>
        <w:t>1. 答案：B、C</w:t>
        <w:br/>
        <w:br/>
        <w:t>解析：二苯酮-3和奥克立林是常见的化学防晒成分，它们通过吸收紫外线来工作。氧化锌和二氧化钛是物理防晒成分，它们通过反射和散射紫外线来工作。</w:t>
        <w:br/>
        <w:br/>
        <w:t>2. 答案：A、B、C、D</w:t>
        <w:br/>
        <w:br/>
        <w:t>解析：所有列出的情况都需要加强防晒措施。高海拔地区空气稀薄，紫外线更强；雪地环境会反射紫外线，增加暴露；水上活动时，水面反射紫外线，且水会冲刷掉防晒产品；阴天虽然云层阻挡部分UVB，但UVA仍然可以穿透云层，因此阴天也需要防晒。</w:t>
        <w:br/>
        <w:br/>
        <w:t xml:space="preserve"> 五、简答题</w:t>
        <w:br/>
        <w:br/>
        <w:t>1. 答案：</w:t>
        <w:br/>
        <w:br/>
        <w:t>SPF值和PA值是防晒产品中两个重要的指标，但它们代表不同的防护能力。SPF值主要衡量防护UVB（导致晒伤）的能力，数值越高，防护时间越长。PA值主要衡量防护UVA（导致晒黑和老化）的能力，"+"号越多，防护效果越好。</w:t>
        <w:br/>
        <w:br/>
        <w:t>根据不同场景选择合适的防晒产品：</w:t>
        <w:br/>
        <w:br/>
        <w:t>- 日常通勤：选择SPF15-30，PA++的防晒产品即可</w:t>
        <w:br/>
        <w:br/>
        <w:t>- 户外活动：选择SPF50，PA+++的高倍数防晒产品</w:t>
        <w:br/>
        <w:br/>
        <w:t>- 海边或水上活动：选择防水型高倍数防晒产品</w:t>
        <w:br/>
        <w:br/>
        <w:t>- 敏感肌肤：选择物理防晒或专为敏感肌肤设计的产品</w:t>
        <w:br/>
        <w:br/>
        <w:t>- 油性肌肤：选择清爽不油腻的配方</w:t>
        <w:br/>
        <w:br/>
        <w:t>- 干性肌肤：选择含有保湿成分的防晒产品</w:t>
        <w:br/>
        <w:br/>
        <w:t>2. 答案：</w:t>
        <w:br/>
        <w:br/>
        <w:t>2025年防晒技术的最新进展主要体现在以下几个方面：</w:t>
        <w:br/>
        <w:br/>
        <w:t>1. 智能响应型防晒技术：这类防晒产品含有特殊成分，能够根据紫外线强度自动调整防护效果，在紫外线强时提供更强防护，在紫外线弱时保持舒适肤感。</w:t>
        <w:br/>
        <w:br/>
        <w:t>2. 生物防晒技术：利用植物提取物、微生物发酵产物等天然成分，不仅能够防护紫外线，还能修复紫外线引起的损伤，具有抗氧化和抗炎作用。</w:t>
        <w:br/>
        <w:br/>
        <w:t>3. 纳米技术改进：通过纳米技术改进防晒成分的粒径，提高防晒效果的同时减少对皮肤的刺激和负担，使防晒产品更加清爽舒适。</w:t>
        <w:br/>
        <w:br/>
        <w:t>4. 环保配方：开发对海洋生物友好的防晒成分，减少对珊瑚礁等海洋生态系统的伤害，同时减少塑料包装的使用。</w:t>
        <w:br/>
        <w:br/>
        <w:t>5. 多功能整合：将防晒与抗衰老、美白、控油等功能相结合，简化护肤步骤，提高用户体验。</w:t>
        <w:br/>
        <w:br/>
        <w:t>这些技术进步不仅提高了防晒效果，还改善了产品的使用体验，使防晒更加便捷、舒适和环保。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