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2025年康复护理判断试题及答案</w:t>
      </w:r>
    </w:p>
    <w:p>
      <w:r>
        <w:br/>
        <w:t xml:space="preserve"> 一、单项选择题（共10题，每题2分，共20分）</w:t>
        <w:br/>
        <w:br/>
        <w:t>1. 康复护理的基本原则是：</w:t>
        <w:br/>
        <w:br/>
        <w:t>A. 以疾病为中心</w:t>
        <w:br/>
        <w:br/>
        <w:t>B. 以功能恢复为中心</w:t>
        <w:br/>
        <w:br/>
        <w:t>C. 以医疗为中心</w:t>
        <w:br/>
        <w:br/>
        <w:t>D. 以药物为中心</w:t>
        <w:br/>
        <w:br/>
        <w:t>2. 脑卒中患者最常见的功能障碍是：</w:t>
        <w:br/>
        <w:br/>
        <w:t>A. 视觉障碍</w:t>
        <w:br/>
        <w:br/>
        <w:t>B. 听觉障碍</w:t>
        <w:br/>
        <w:br/>
        <w:t>C. 运动功能障碍</w:t>
        <w:br/>
        <w:br/>
        <w:t>D. 语言障碍</w:t>
        <w:br/>
        <w:br/>
        <w:t>3. 康复护理中，ADL指的是：</w:t>
        <w:br/>
        <w:br/>
        <w:t>A. 日常生活活动</w:t>
        <w:br/>
        <w:br/>
        <w:t>B. 急救生活能力</w:t>
        <w:br/>
        <w:br/>
        <w:t>C. 高级生活技能</w:t>
        <w:br/>
        <w:br/>
        <w:t>D. 基本生活需求</w:t>
        <w:br/>
        <w:br/>
        <w:t>4. 长期卧床患者最容易出现的并发症是：</w:t>
        <w:br/>
        <w:br/>
        <w:t>A. 高血压</w:t>
        <w:br/>
        <w:br/>
        <w:t>B. 压疮</w:t>
        <w:br/>
        <w:br/>
        <w:t>C. 糖尿病</w:t>
        <w:br/>
        <w:br/>
        <w:t>D. 冠心病</w:t>
        <w:br/>
        <w:br/>
        <w:t>5. 康复评定中，Barthel指数主要用于评估：</w:t>
        <w:br/>
        <w:br/>
        <w:t>A. 认知功能</w:t>
        <w:br/>
        <w:br/>
        <w:t>B. 日常生活活动能力</w:t>
        <w:br/>
        <w:br/>
        <w:t>C. 运动功能</w:t>
        <w:br/>
        <w:br/>
        <w:t>D. 语言功能</w:t>
        <w:br/>
        <w:br/>
        <w:t>6. 脊髓损伤患者体位变换的主要目的是：</w:t>
        <w:br/>
        <w:br/>
        <w:t>A. 提高舒适度</w:t>
        <w:br/>
        <w:br/>
        <w:t>B. 预防压疮</w:t>
        <w:br/>
        <w:br/>
        <w:t>C. 促进血液循环</w:t>
        <w:br/>
        <w:br/>
        <w:t>D. 以上都是</w:t>
        <w:br/>
        <w:br/>
        <w:t>7. 康复护理中，关节活动度训练的主要目的是：</w:t>
        <w:br/>
        <w:br/>
        <w:t>A. 增强肌肉力量</w:t>
        <w:br/>
        <w:br/>
        <w:t>B. 预防关节挛缩</w:t>
        <w:br/>
        <w:br/>
        <w:t>C. 提高平衡能力</w:t>
        <w:br/>
        <w:br/>
        <w:t>D. 改善心肺功能</w:t>
        <w:br/>
        <w:br/>
        <w:t>8. 对于偏瘫患者，正确的转移技术是：</w:t>
        <w:br/>
        <w:br/>
        <w:t>A. 直接从床上抱起</w:t>
        <w:br/>
        <w:br/>
        <w:t>B. 利用健侧肢体辅助</w:t>
        <w:br/>
        <w:br/>
        <w:t>C. 完全依赖护理人员</w:t>
        <w:br/>
        <w:br/>
        <w:t>D. 尽量减少活动</w:t>
        <w:br/>
        <w:br/>
        <w:t>9. 帕金森病患者步态训练的重点是：</w:t>
        <w:br/>
        <w:br/>
        <w:t>A. 加快步行速度</w:t>
        <w:br/>
        <w:br/>
        <w:t>B. 增大步幅</w:t>
        <w:br/>
        <w:br/>
        <w:t>C. 提高步态稳定性</w:t>
        <w:br/>
        <w:br/>
        <w:t>D. 减少步行次数</w:t>
        <w:br/>
        <w:br/>
        <w:t>10. 康复护理中，"循序渐进"原则的含义是：</w:t>
        <w:br/>
        <w:br/>
        <w:t>A. 尽快恢复功能</w:t>
        <w:br/>
        <w:br/>
        <w:t>B. 根据患者情况逐步增加训练强度</w:t>
        <w:br/>
        <w:br/>
        <w:t>C. 先进行高强度训练</w:t>
        <w:br/>
        <w:br/>
        <w:t>D. 训练内容固定不变</w:t>
        <w:br/>
        <w:br/>
        <w:t xml:space="preserve"> 二、填空题（共5题，每题2分，共10分）</w:t>
        <w:br/>
        <w:br/>
        <w:t>1. 康复护理的最终目标是帮助患者实现______和______的最大化。</w:t>
        <w:br/>
        <w:br/>
        <w:t>2. 脑卒中患者康复的"黄金期"是指发病后的______个月内。</w:t>
        <w:br/>
        <w:br/>
        <w:t>3. 康复环境设计应遵循______、______和安全性原则。</w:t>
        <w:br/>
        <w:br/>
        <w:t>4. 常用的康复评定方法包括______、______和仪器评定法。</w:t>
        <w:br/>
        <w:br/>
        <w:t>5. 长期卧床患者应至少每______小时翻身一次，以预防压疮。</w:t>
        <w:br/>
        <w:br/>
        <w:t xml:space="preserve"> 三、判断题（共5题，每题2分，共10分）</w:t>
        <w:br/>
        <w:br/>
        <w:t>1. 康复护理只关注患者的生理功能恢复，不需要考虑心理和社会因素。（ ）</w:t>
        <w:br/>
        <w:br/>
        <w:t>2. 脑卒中患者只要在黄金期内进行康复训练，一定能完全恢复功能。（ ）</w:t>
        <w:br/>
        <w:br/>
        <w:t>3. 关节被动活动应在患者疼痛范围内进行，避免造成二次损伤。（ ）</w:t>
        <w:br/>
        <w:br/>
        <w:t>4. 康复训练过程中，患者出现轻微疲劳是正常现象，不需要调整训练计划。（ ）</w:t>
        <w:br/>
        <w:br/>
        <w:t>5. 所有康复患者都需要相同的康复计划和训练强度。（ ）</w:t>
        <w:br/>
        <w:br/>
        <w:t xml:space="preserve"> 四、多项选择题（共2题，每题2分，共4分）</w:t>
        <w:br/>
        <w:br/>
        <w:t>1. 下列哪些属于康复护理的基本原则？（ ）</w:t>
        <w:br/>
        <w:br/>
        <w:t>A. 个体化原则</w:t>
        <w:br/>
        <w:br/>
        <w:t>B. 全面性原则</w:t>
        <w:br/>
        <w:br/>
        <w:t>C. 早期介入原则</w:t>
        <w:br/>
        <w:br/>
        <w:t>D. 以疾病为中心原则</w:t>
        <w:br/>
        <w:br/>
        <w:t>2. 预防压疮的措施包括哪些？（ ）</w:t>
        <w:br/>
        <w:br/>
        <w:t>A. 定时翻身</w:t>
        <w:br/>
        <w:br/>
        <w:t>B. 保持皮肤清洁干燥</w:t>
        <w:br/>
        <w:br/>
        <w:t>C. 使用减压设备</w:t>
        <w:br/>
        <w:br/>
        <w:t>D. 增加高热量食物摄入</w:t>
        <w:br/>
        <w:br/>
        <w:t xml:space="preserve"> 五、简答题（共2题，每题5分，共10分）</w:t>
        <w:br/>
        <w:br/>
        <w:t>1. 简述康复护理中"功能训练"的主要内容和方法。</w:t>
        <w:br/>
        <w:br/>
        <w:t>2. 请列举脑卒中患者常见的功能障碍及相应的护理措施。</w:t>
        <w:br/>
        <w:br/>
        <w:t xml:space="preserve"> 参考答案及解析</w:t>
        <w:br/>
        <w:br/>
        <w:t xml:space="preserve"> 一、单项选择题</w:t>
        <w:br/>
        <w:br/>
        <w:t>1. 答案：B</w:t>
        <w:br/>
        <w:br/>
        <w:t>解析：康复护理的基本原则是以功能恢复为中心，而不是以疾病、医疗或药物为中心。康复护理的核心理念是通过各种手段帮助患者恢复或提高受损的功能，提高生活自理能力和生活质量。</w:t>
        <w:br/>
        <w:br/>
        <w:t>2. 答案：C</w:t>
        <w:br/>
        <w:br/>
        <w:t>解析：脑卒中患者最常见的功能障碍是运动功能障碍，包括偏瘫、肌张力异常、平衡障碍等。虽然视觉障碍、听觉障碍和语言障碍也可能发生，但运动功能障碍是最常见的。</w:t>
        <w:br/>
        <w:br/>
        <w:t>3. 答案：A</w:t>
        <w:br/>
        <w:br/>
        <w:t>解析：康复护理中，ADL是"Activities of Daily Living"的缩写，中文译为"日常生活活动"，指人们为了维持生存及适应环境而每日必须反复进行的、最基本的活动，如进食、穿衣、如厕、洗漱等。</w:t>
        <w:br/>
        <w:br/>
        <w:t>4. 答案：B</w:t>
        <w:br/>
        <w:br/>
        <w:t>解析：长期卧床患者由于局部组织持续受压、血液循环不畅，最容易出现的并发症是压疮。其他选项如高血压、糖尿病、冠心病虽然也可能发生，但不是长期卧床最直接、最常见的并发症。</w:t>
        <w:br/>
        <w:br/>
        <w:t>5. 答案：B</w:t>
        <w:br/>
        <w:br/>
        <w:t>解析：Barthel指数是康复评定中常用的量表，主要用于评估患者的日常生活活动能力，包括进食、穿衣、如厕、转移、行走等方面，是评定患者功能状态和制定康复计划的重要依据。</w:t>
        <w:br/>
        <w:br/>
        <w:t>6. 答案：D</w:t>
        <w:br/>
        <w:br/>
        <w:t>解析：脊髓损伤患者体位变换的主要目的是多方面的：提高舒适度、预防压疮、促进血液循环、预防肺部并发症等。因此，"以上都是"是正确答案。</w:t>
        <w:br/>
        <w:br/>
        <w:t>7. 答案：B</w:t>
        <w:br/>
        <w:br/>
        <w:t>解析：关节活动度训练的主要目的是预防关节挛缩和僵硬，维持关节的正常活动范围。虽然增强肌肉力量、提高平衡能力和改善心肺功能也是康复训练的重要目标，但不是关节活动度训练的主要目的。</w:t>
        <w:br/>
        <w:br/>
        <w:t>8. 答案：B</w:t>
        <w:br/>
        <w:br/>
        <w:t>解析：对于偏瘫患者，正确的转移技术是利用健侧肢体辅助，通过健侧肢体的力量和协调性完成转移动作，而不是直接从床上抱起（可能造成二次损伤）、完全依赖护理人员或尽量减少活动（不利于功能恢复）。</w:t>
        <w:br/>
        <w:br/>
        <w:t>9. 答案：C</w:t>
        <w:br/>
        <w:br/>
        <w:t>解析：帕金森病患者的主要步态异常是慌张步态、启动困难、步幅小、平衡障碍等，因此步态训练的重点是提高步态稳定性，而不是加快步行速度、增大步幅或减少步行次数。</w:t>
        <w:br/>
        <w:br/>
        <w:t>10. 答案：B</w:t>
        <w:br/>
        <w:br/>
        <w:t>解析：康复护理中的"循序渐进"原则是指根据患者情况逐步增加训练强度和难度，而不是尽快恢复功能、先进行高强度训练或训练内容固定不变。这一原则确保康复训练的安全性和有效性。</w:t>
        <w:br/>
        <w:br/>
        <w:t xml:space="preserve"> 二、填空题</w:t>
        <w:br/>
        <w:br/>
        <w:t>1. 答案：功能、生活质量</w:t>
        <w:br/>
        <w:br/>
        <w:t>解析：康复护理的最终目标是帮助患者实现功能和生活质量的最大化。功能恢复包括身体功能、认知功能、心理社会功能等多个方面；生活质量则涉及患者的主观感受、社会参与和幸福感等。</w:t>
        <w:br/>
        <w:br/>
        <w:t>2. 答案：3</w:t>
        <w:br/>
        <w:br/>
        <w:t>解析：脑卒中患者康复的"黄金期"是指发病后的3个月内。这一时期大脑可塑性最强，功能恢复潜力最大，是进行康复干预的最佳时机。虽然3个月后仍有恢复可能，但恢复速度和程度通常会减慢。</w:t>
        <w:br/>
        <w:br/>
        <w:t>3. 答案：无障碍、舒适</w:t>
        <w:br/>
        <w:br/>
        <w:t>解析：康复环境设计应遵循无障碍、舒适和安全性原则。无障碍环境便于患者活动和参与；舒适的环境有助于患者放松和恢复；安全性则是预防跌倒、碰撞等意外事件的基本保障。</w:t>
        <w:br/>
        <w:br/>
        <w:t>4. 答案：评定量表、观察法</w:t>
        <w:br/>
        <w:br/>
        <w:t>解析：常用的康复评定方法包括评定量表（如Barthel指数、Fugl-Meyer评定等）、观察法（直接观察患者行为表现）、仪器评定法（使用专业设备测量生理指标）等。这些方法各有优势，常结合使用以全面评估患者功能状态。</w:t>
        <w:br/>
        <w:br/>
        <w:t>5. 答案：2</w:t>
        <w:br/>
        <w:br/>
        <w:t>解析：长期卧床患者应至少每2小时翻身一次，以预防压疮。这一频率是根据皮肤受压后血液循环恢复所需时间确定的，可以有效减轻局部组织压力，促进血液循环，预防压疮发生。</w:t>
        <w:br/>
        <w:br/>
        <w:t xml:space="preserve"> 三、判断题</w:t>
        <w:br/>
        <w:br/>
        <w:t>1. 答案：×</w:t>
        <w:br/>
        <w:br/>
        <w:t>解析：康复护理不仅关注患者的生理功能恢复，还需要考虑心理和社会因素。康复是一个全面的过程，包括身体功能、心理状态、社会适应等多个方面，只有综合考虑这些因素，才能实现真正的康复目标。</w:t>
        <w:br/>
        <w:br/>
        <w:t>2. 答案：×</w:t>
        <w:br/>
        <w:br/>
        <w:t>解析：虽然脑卒中患者在黄金期内进行康复训练有助于功能恢复，但"一定能完全恢复功能"的说法过于绝对。康复效果受多种因素影响，包括病变部位和范围、患者年龄、合并症、康复依从性等，并非所有患者都能完全恢复功能。</w:t>
        <w:br/>
        <w:br/>
        <w:t>3. 答案：√</w:t>
        <w:br/>
        <w:br/>
        <w:t>解析：关节被动活动应在患者疼痛范围内进行，避免造成二次损伤。这一原则确保了康复训练的安全性和有效性，过度拉伸或强行活动可能导致关节损伤、肌肉拉伤等并发症。</w:t>
        <w:br/>
        <w:br/>
        <w:t>4. 答案：×</w:t>
        <w:br/>
        <w:br/>
        <w:t>解析：康复训练过程中，患者出现轻微疲劳是正常现象，但如果疲劳程度过重或持续时间过长，可能需要调整训练计划。康复训练应根据患者的反应和恢复情况灵活调整，避免过度训练导致疲劳累积或损伤。</w:t>
        <w:br/>
        <w:br/>
        <w:t>5. 答案：×</w:t>
        <w:br/>
        <w:br/>
        <w:t>解析：并非所有康复患者都需要相同的康复计划和训练强度。康复护理应遵循个体化原则，根据患者的具体情况（如功能障碍类型、程度、年龄、合并症、个人目标等）制定个性化的康复计划，并随着恢复情况及时调整。</w:t>
        <w:br/>
        <w:br/>
        <w:t xml:space="preserve"> 四、多项选择题</w:t>
        <w:br/>
        <w:br/>
        <w:t>1. 答案：ABC</w:t>
        <w:br/>
        <w:br/>
        <w:t>解析：康复护理的基本原则包括个体化原则（根据患者具体情况制定个性化方案）、全面性原则（综合考虑生理、心理、社会等多方面因素）和早期介入原则（尽早开始康复干预）。而"以疾病为中心原则"不是康复护理的原则，康复护理是以功能恢复为中心的。</w:t>
        <w:br/>
        <w:br/>
        <w:t>2. 答案：ABC</w:t>
        <w:br/>
        <w:br/>
        <w:t>解析：预防压疮的措施包括定时翻身（减轻局部压力）、保持皮肤清洁干燥（维护皮肤屏障功能）、使用减压设备（如气垫床、减压垫等，分散压力）。而增加高热量食物摄入虽然对整体健康有益，但不是预防压疮的直接措施。</w:t>
        <w:br/>
        <w:br/>
        <w:t xml:space="preserve"> 五、简答题</w:t>
        <w:br/>
        <w:br/>
        <w:t>1. 答案：</w:t>
        <w:br/>
        <w:br/>
        <w:t>康复护理中"功能训练"的主要内容和方法包括：</w:t>
        <w:br/>
        <w:br/>
        <w:t>（1）运动功能训练：包括关节活动度训练（维持和增加关节活动范围）、肌力训练（增强肌肉力量和耐力）、平衡与协调训练（提高身体控制能力）、步态训练（改善行走功能）等。</w:t>
        <w:br/>
        <w:br/>
        <w:t>（2）日常生活活动能力训练：包括进食、穿衣、如厕、洗漱、转移等基本生活技能的训练。</w:t>
        <w:br/>
        <w:br/>
        <w:t>（3）认知功能训练：包括注意力、记忆力、定向力、解决问题能力等方面的训练。</w:t>
        <w:br/>
        <w:br/>
        <w:t>（4）语言和吞咽功能训练：针对语言障碍和吞咽障碍患者进行的专业训练。</w:t>
        <w:br/>
        <w:br/>
        <w:t>（5）心理社会功能训练：包括情绪管理、社交技能、职业能力等方面的训练。</w:t>
        <w:br/>
        <w:br/>
        <w:t>方法上，功能训练应遵循个体化、循序渐进、主动参与、全面性等原则，结合患者的具体情况选择适当的训练方法和强度，必要时辅以理疗、作业治疗、言语治疗等专业干预。</w:t>
        <w:br/>
        <w:br/>
        <w:t>2. 答案：</w:t>
        <w:br/>
        <w:br/>
        <w:t>脑卒中患者常见的功能障碍及相应的护理措施：</w:t>
        <w:br/>
        <w:br/>
        <w:t>（1）运动功能障碍（偏瘫、肌张力异常、平衡障碍等）：</w:t>
        <w:br/>
        <w:br/>
        <w:t>- 护理措施：早期良肢位摆放、被动关节活动度训练、体位变换、肌力训练、平衡训练、步态训练、使用辅助器具等。</w:t>
        <w:br/>
        <w:br/>
        <w:t>（2）感觉障碍（本体感觉减退、痛温觉异常等）：</w:t>
        <w:br/>
        <w:br/>
        <w:t>- 护理措施：感觉再教育训练、保护患肢避免损伤、使用辅助设备提高安全性、环境调整等。</w:t>
        <w:br/>
        <w:br/>
        <w:t>（3）言语障碍（失语症、构音障碍等）：</w:t>
        <w:br/>
        <w:br/>
        <w:t>- 护理措施：言语治疗、沟通技巧训练、使用辅助沟通工具、创造良好交流环境等。</w:t>
        <w:br/>
        <w:br/>
        <w:t>（4）吞咽障碍：</w:t>
        <w:br/>
        <w:br/>
        <w:t>- 护理措施：吞咽功能评估、调整食物性状、进食体位调整、吞咽训练、预防误吸等。</w:t>
        <w:br/>
        <w:br/>
        <w:t>（5）认知障碍（注意力、记忆力、定向力等障碍）：</w:t>
        <w:br/>
        <w:br/>
        <w:t>- 护理措施：认知训练、环境调整、安全防护、记忆辅助工具使用、家属教育等。</w:t>
        <w:br/>
        <w:br/>
        <w:t>（6）心理障碍（抑郁、焦虑、情绪波动等）：</w:t>
        <w:br/>
        <w:br/>
        <w:t>- 护理措施：心理支持、情绪疏导、鼓励参与康复活动、必要时转介心理治疗、家属配合等。</w:t>
        <w:br/>
        <w:br/>
        <w:t>（7）并发症预防：</w:t>
        <w:br/>
        <w:br/>
        <w:t>- 护理措施：预防压疮（定时翻身、皮肤护理）、预防深静脉血栓（活动肢体、使用弹力袜）、预防肺部感染（呼吸训练、有效排痰）、预防肩手综合征（良肢位摆放、避免过度牵拉）等。</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