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2025年防触电培训试题及答案</w:t>
      </w:r>
    </w:p>
    <w:p>
      <w:r>
        <w:br/>
        <w:t xml:space="preserve"> 一、单项选择题（共10题，每题2分，共20分）</w:t>
        <w:br/>
        <w:br/>
        <w:t>1. 人体安全电压是多少伏特？</w:t>
        <w:br/>
        <w:br/>
        <w:t>A. 12V</w:t>
        <w:br/>
        <w:br/>
        <w:t>B. 24V</w:t>
        <w:br/>
        <w:br/>
        <w:t>C. 36V</w:t>
        <w:br/>
        <w:br/>
        <w:t>D. 220V</w:t>
        <w:br/>
        <w:br/>
        <w:t>2. 下列哪种物质是电的良导体？</w:t>
        <w:br/>
        <w:br/>
        <w:t>A. 橡胶</w:t>
        <w:br/>
        <w:br/>
        <w:t>B. 塑料</w:t>
        <w:br/>
        <w:br/>
        <w:t>C. 玻璃</w:t>
        <w:br/>
        <w:br/>
        <w:t>D. 金属</w:t>
        <w:br/>
        <w:br/>
        <w:t>3. 触电后，应首先采取的措施是？</w:t>
        <w:br/>
        <w:br/>
        <w:t>A. 立即进行人工呼吸</w:t>
        <w:br/>
        <w:br/>
        <w:t>B. 立即拨打急救电话</w:t>
        <w:br/>
        <w:br/>
        <w:t>C. 切断电源</w:t>
        <w:br/>
        <w:br/>
        <w:t>D. 给伤者喝水</w:t>
        <w:br/>
        <w:br/>
        <w:t>4. 家用电器的金属外壳应该？</w:t>
        <w:br/>
        <w:br/>
        <w:t>A. 不接地</w:t>
        <w:br/>
        <w:br/>
        <w:t>B. 接地</w:t>
        <w:br/>
        <w:br/>
        <w:t>C. 涂漆</w:t>
        <w:br/>
        <w:br/>
        <w:t>D. 包裹绝缘材料</w:t>
        <w:br/>
        <w:br/>
        <w:t>5. 雷雨天气时，下列做法错误的是？</w:t>
        <w:br/>
        <w:br/>
        <w:t>A. 待在室内</w:t>
        <w:br/>
        <w:br/>
        <w:t>B. 使用固定电话</w:t>
        <w:br/>
        <w:br/>
        <w:t>C. 拔掉电器插头</w:t>
        <w:br/>
        <w:br/>
        <w:t>D. 远离窗户和金属物体</w:t>
        <w:br/>
        <w:br/>
        <w:t>6. 发现有人触电，正确的急救步骤是？</w:t>
        <w:br/>
        <w:br/>
        <w:t>A. 直接用手拉触电者</w:t>
        <w:br/>
        <w:br/>
        <w:t>B. 用干燥的木棍或塑料物品挑开电线</w:t>
        <w:br/>
        <w:br/>
        <w:t>C. 用湿布覆盖触电者</w:t>
        <w:br/>
        <w:br/>
        <w:t>D. 继续使用电器</w:t>
        <w:br/>
        <w:br/>
        <w:t>7. 下列哪种电器最容易发生漏电？</w:t>
        <w:br/>
        <w:br/>
        <w:t>A. 台灯</w:t>
        <w:br/>
        <w:br/>
        <w:t>B. 电风扇</w:t>
        <w:br/>
        <w:br/>
        <w:t>C. 电热水器</w:t>
        <w:br/>
        <w:br/>
        <w:t>D. 电视机</w:t>
        <w:br/>
        <w:br/>
        <w:t>8. 家庭电路中，保险丝的作用是？</w:t>
        <w:br/>
        <w:br/>
        <w:t>A. 增加电流</w:t>
        <w:br/>
        <w:br/>
        <w:t>B. 减少电压</w:t>
        <w:br/>
        <w:br/>
        <w:t>C. 保护电路安全</w:t>
        <w:br/>
        <w:br/>
        <w:t>D. 提高电器效率</w:t>
        <w:br/>
        <w:br/>
        <w:t>9. 使用电钻等手持电动工具时，应该？</w:t>
        <w:br/>
        <w:br/>
        <w:t>A. 穿着普通衣服</w:t>
        <w:br/>
        <w:br/>
        <w:t>B. 戴绝缘手套</w:t>
        <w:br/>
        <w:br/>
        <w:t>C. 在潮湿环境下使用</w:t>
        <w:br/>
        <w:br/>
        <w:t>D. 不需要任何防护措施</w:t>
        <w:br/>
        <w:br/>
        <w:t>10. 下列哪种情况会导致触电风险增加？</w:t>
        <w:br/>
        <w:br/>
        <w:t>A. 使用合格的电器产品</w:t>
        <w:br/>
        <w:br/>
        <w:t>B. 定期检查电路</w:t>
        <w:br/>
        <w:br/>
        <w:t>C. 在潮湿环境中使用电器</w:t>
        <w:br/>
        <w:br/>
        <w:t>D. 安装漏电保护器</w:t>
        <w:br/>
        <w:br/>
        <w:t xml:space="preserve"> 二、填空题（共6题，每题2分，共12分）</w:t>
        <w:br/>
        <w:br/>
        <w:t>1. 人体通过______毫安的交流电流就会感到疼痛，超过______毫安可能导致心室颤动。</w:t>
        <w:br/>
        <w:br/>
        <w:t>2. 防止触电的基本原则是：不接触______带电体，不靠近______带电体。</w:t>
        <w:br/>
        <w:br/>
        <w:t>3. 家用电器的三线插头中，较长的插脚是______线，用于连接电器外壳。</w:t>
        <w:br/>
        <w:br/>
        <w:t>4. 漏电保护器的主要作用是当检测到漏电流达到______毫安时自动切断电源。</w:t>
        <w:br/>
        <w:br/>
        <w:t>5. 雷雨天气时，应避免在______、______等高大物体附近停留。</w:t>
        <w:br/>
        <w:br/>
        <w:t>6. 电气设备检修时，必须先______，并悬挂"有人工作，禁止合闸"的警示牌。</w:t>
        <w:br/>
        <w:br/>
        <w:t xml:space="preserve"> 三、判断题（共6题，每题2分，共12分）</w:t>
        <w:br/>
        <w:br/>
        <w:t>1. 人体只要接触低压电就一定会触电。（ ）</w:t>
        <w:br/>
        <w:br/>
        <w:t>2. 使用绝缘手套可以完全防止触电事故的发生。（ ）</w:t>
        <w:br/>
        <w:br/>
        <w:t>3. 雷雨天气可以在室外使用手机。（ ）</w:t>
        <w:br/>
        <w:br/>
        <w:t>4. 家用电器长时间不用时，应该拔掉电源插头。（ ）</w:t>
        <w:br/>
        <w:br/>
        <w:t>5. 电气火灾时，可以使用泡沫灭火器进行灭火。（ ）</w:t>
        <w:br/>
        <w:br/>
        <w:t>6. 发现电线老化，应该立即更换，不能继续使用。（ ）</w:t>
        <w:br/>
        <w:br/>
        <w:t xml:space="preserve"> 四、多项选择题（共2题，每题2分，共4分）</w:t>
        <w:br/>
        <w:br/>
        <w:t>1. 下列哪些行为会增加触电风险？（ ）</w:t>
        <w:br/>
        <w:br/>
        <w:t>A. 用湿手触摸开关</w:t>
        <w:br/>
        <w:br/>
        <w:t>B. 在浴室使用电吹风</w:t>
        <w:br/>
        <w:br/>
        <w:t>C. 定期检查电器线路</w:t>
        <w:br/>
        <w:br/>
        <w:t>D. 使用破损的电源线</w:t>
        <w:br/>
        <w:br/>
        <w:t>E. 安装漏电保护器</w:t>
        <w:br/>
        <w:br/>
        <w:t>2. 下列哪些措施可以有效预防触电事故？（ ）</w:t>
        <w:br/>
        <w:br/>
        <w:t>A. 使用合格的电器产品</w:t>
        <w:br/>
        <w:br/>
        <w:t>B. 不超负荷使用电路</w:t>
        <w:br/>
        <w:br/>
        <w:t>C. 定期检查和维护电器</w:t>
        <w:br/>
        <w:br/>
        <w:t>D. 在潮湿环境中使用普通电器</w:t>
        <w:br/>
        <w:br/>
        <w:t>E. 自行改装电器电路</w:t>
        <w:br/>
        <w:br/>
        <w:t xml:space="preserve"> 五、简答题（共2题，每题5分，共10分）</w:t>
        <w:br/>
        <w:br/>
        <w:t>1. 简述触电急救的基本步骤。</w:t>
        <w:br/>
        <w:br/>
        <w:t>2. 请列举至少五种日常生活中预防触电的安全措施。</w:t>
        <w:br/>
        <w:br/>
        <w:t xml:space="preserve"> 参考答案及解析</w:t>
        <w:br/>
        <w:br/>
        <w:t xml:space="preserve"> 一、单项选择题</w:t>
        <w:br/>
        <w:br/>
        <w:t>1. 答案：C. 36V</w:t>
        <w:br/>
        <w:br/>
        <w:t>解析：根据国家标准，人体安全电压一般不超过36V。在潮湿环境或金属容器中，安全电压应更低，通常为12V。12V是绝对安全电压，24V是相对安全电压，36V是普通环境下的安全电压，而220V是家庭用电电压，远高于安全电压。</w:t>
        <w:br/>
        <w:br/>
        <w:t>2. 答案：D. 金属</w:t>
        <w:br/>
        <w:br/>
        <w:t>解析：金属是电的良导体，容易导电。橡胶、塑料和玻璃都是绝缘体，不容易导电。这是基本的电学知识，了解不同物质的导电性对于防触电非常重要。</w:t>
        <w:br/>
        <w:br/>
        <w:t>3. 答案：C. 切断电源</w:t>
        <w:br/>
        <w:br/>
        <w:t>解析：发现有人触电时，首要任务是切断电源，使触电者脱离电源。直接用手拉触电者会导致施救者也触电；立即拨打急救电话虽然重要，但不是首要步骤；给伤者喝水不是急救触电的正确方法。</w:t>
        <w:br/>
        <w:br/>
        <w:t>4. 答案：B. 接地</w:t>
        <w:br/>
        <w:br/>
        <w:t>解析：家用电器金属外壳接地是为了防止漏电时人体接触带电外壳而触电。接地可以将漏电流导入大地，保护人身安全。不接地可能导致触电风险增加；涂漆和包裹绝缘材料不能完全保证安全。</w:t>
        <w:br/>
        <w:br/>
        <w:t>5. 答案：B. 使用固定电话</w:t>
        <w:br/>
        <w:br/>
        <w:t>解析：雷雨天气时，使用固定电话有引雷入室的风险，因为电话线可能将雷电引入室内。应该待在室内，远离窗户和金属物体，并拔掉电器插头，这些都是正确的防雷措施。</w:t>
        <w:br/>
        <w:br/>
        <w:t>6. 答案：B. 用干燥的木棍或塑料物品挑开电线</w:t>
        <w:br/>
        <w:br/>
        <w:t>解析：发现有人触电时，应该用干燥的木棍、塑料杆等绝缘物将电线挑开，使触电者脱离电源。直接用手拉触电者会导致施救者也触电；用湿布覆盖触电者无效且危险；继续使用电器会使触电者持续处于危险中。</w:t>
        <w:br/>
        <w:br/>
        <w:t>7. 答案：C. 电热水器</w:t>
        <w:br/>
        <w:br/>
        <w:t>解析：电热水器通常工作在高功率、高电流状态下，且经常接触水，是漏电风险较高的电器。台灯、电风扇和电视机虽然也有漏电风险，但相对电热水器较低。</w:t>
        <w:br/>
        <w:br/>
        <w:t>8. 答案：C. 保护电路安全</w:t>
        <w:br/>
        <w:br/>
        <w:t>解析：保险丝的主要作用是保护电路安全。当电路中电流过大时，保险丝会熔断，切断电路，防止电气火灾和设备损坏。增加电流、减少电压和提高电器效率都不是保险丝的作用。</w:t>
        <w:br/>
        <w:br/>
        <w:t>9. 答案：B. 戴绝缘手套</w:t>
        <w:br/>
        <w:br/>
        <w:t>解析：使用电钻等手持电动工具时，应该戴绝缘手套，防止触电。穿着普通衣服没有防护作用；在潮湿环境下使用电器会增加触电风险；不需要任何防护措施是错误的。</w:t>
        <w:br/>
        <w:br/>
        <w:t>10. 答案：C. 在潮湿环境中使用电器</w:t>
        <w:br/>
        <w:br/>
        <w:t>解析：在潮湿环境中使用电器会增加触电风险，因为水是导体。使用合格的电器产品、定期检查电路和安装漏电保护器都是减少触电风险的安全措施。</w:t>
        <w:br/>
        <w:br/>
        <w:t xml:space="preserve"> 二、填空题</w:t>
        <w:br/>
        <w:br/>
        <w:t>1. 答案：10，50</w:t>
        <w:br/>
        <w:br/>
        <w:t>解析：人体通过10毫安的交流电流就会感到疼痛，超过50毫安的电流可能导致心室颤动，危及生命。这是触电安全的基本知识，了解电流对人体的影响有助于预防触电事故。</w:t>
        <w:br/>
        <w:br/>
        <w:t>2. 答案：低压，高压</w:t>
        <w:br/>
        <w:br/>
        <w:t>解析：防止触电的基本原则是"不接触低压带电体，不靠近高压带电体"。低压一般指36V以下的电压，高压一般指1000V以上的电压。遵循这一原则可以有效减少触电风险。</w:t>
        <w:br/>
        <w:br/>
        <w:t>3. 答案：地</w:t>
        <w:br/>
        <w:br/>
        <w:t>解析：家用电器的三线插头中，较长的插脚是地线，用于连接电器外壳。地线的作用是将可能漏电的电流导入大地，保护人身安全。火线和零线则分别用于提供电源和回路。</w:t>
        <w:br/>
        <w:br/>
        <w:t>4. 答案：30</w:t>
        <w:br/>
        <w:br/>
        <w:t>解析：漏电保护器的主要作用是当检测到漏电流达到30毫安时自动切断电源。这个数值是根据人体安全电流设定的，可以有效防止触电事故。漏电保护器是重要的电气安全设备。</w:t>
        <w:br/>
        <w:br/>
        <w:t>5. 答案：树木，电线杆</w:t>
        <w:br/>
        <w:br/>
        <w:t>解析：雷雨天气时，应避免在树木、电线杆等高大物体附近停留，因为这些物体容易引雷，增加被雷击的风险。此外，还应避免在开阔地带、水域附近停留。</w:t>
        <w:br/>
        <w:br/>
        <w:t>6. 答案：断电</w:t>
        <w:br/>
        <w:br/>
        <w:t>解析：电气设备检修时，必须先断电，并悬挂"有人工作，禁止合闸"的警示牌。这是电气作业的基本安全规程，可以防止误送电导致触电事故。</w:t>
        <w:br/>
        <w:br/>
        <w:t xml:space="preserve"> 三、判断题</w:t>
        <w:br/>
        <w:br/>
        <w:t>1. 答案：×</w:t>
        <w:br/>
        <w:br/>
        <w:t>解析：人体接触低压电不一定都会触电，这取决于电压大小、电流路径、接触时间等因素。在干燥环境下，接触36V以下的电压通常不会造成触电伤害。但安全起见，应避免直接接触任何带电体。</w:t>
        <w:br/>
        <w:br/>
        <w:t>2. 答案：×</w:t>
        <w:br/>
        <w:br/>
        <w:t>解析：绝缘手套可以大大降低触电风险，但不能完全防止触电事故。手套可能破损、老化或有缺陷，且使用不当也会导致防护失效。因此，即使佩戴绝缘手套，也应避免直接接触带电体。</w:t>
        <w:br/>
        <w:br/>
        <w:t>3. 答案：×</w:t>
        <w:br/>
        <w:br/>
        <w:t>解析：雷雨天气不应在室外使用手机，因为手机可能引雷，增加被雷击的风险。此外，手机信号也可能吸引雷电。正确的做法是在室内使用手机，并远离窗户和金属物体。</w:t>
        <w:br/>
        <w:br/>
        <w:t>4. 答案：√</w:t>
        <w:br/>
        <w:br/>
        <w:t>解析：家用电器长时间不用时，应该拔掉电源插头。这不仅可以节约电能，还可以防止因电器老化、线路问题等导致的电气火灾和触电事故。同时，也可以避免因电压波动对电器造成损害。</w:t>
        <w:br/>
        <w:br/>
        <w:t>5. 答案：×</w:t>
        <w:br/>
        <w:br/>
        <w:t>解析：电气火灾时，不能使用泡沫灭火器进行灭火，因为泡沫是导电的，可能导致灭火人员触电。应该使用干粉灭火器、二氧化碳灭火器等不导电的灭火器材，或者切断电源后用水灭火。</w:t>
        <w:br/>
        <w:br/>
        <w:t>6. 答案：√</w:t>
        <w:br/>
        <w:br/>
        <w:t>解析：发现电线老化，应该立即更换，不能继续使用。老化的电线绝缘层可能破损，导致漏电或短路，引发电气火灾或触电事故。定期检查电线并及时更换老化电线是预防电气事故的重要措施。</w:t>
        <w:br/>
        <w:br/>
        <w:t xml:space="preserve"> 四、多项选择题</w:t>
        <w:br/>
        <w:br/>
        <w:t>1. 答案：A、B、D</w:t>
        <w:br/>
        <w:br/>
        <w:t>解析：用湿手触摸开关、在浴室使用电吹风、使用破损的电源线都会增加触电风险。因为水是导体，湿手和潮湿环境会降低人体电阻，增加触电可能性；破损的电源线可能导致直接接触带电部分。定期检查电器线路和安装漏电保护器是减少触电风险的安全措施。</w:t>
        <w:br/>
        <w:br/>
        <w:t>2. 答案：A、B、C</w:t>
        <w:br/>
        <w:br/>
        <w:t>解析：使用合格的电器产品、不超负荷使用电路、定期检查和维护电器可以有效预防触电事故。这些措施可以减少电器故障和线路问题的发生。在潮湿环境中使用普通电器会增加触电风险；自行改装电器电路可能导致安全隐患，增加触电风险。</w:t>
        <w:br/>
        <w:br/>
        <w:t xml:space="preserve"> 五、简答题</w:t>
        <w:br/>
        <w:br/>
        <w:t>1. 答案：</w:t>
        <w:br/>
        <w:br/>
        <w:t>触电急救的基本步骤如下：</w:t>
        <w:br/>
        <w:br/>
        <w:t>(1) 切断电源：立即切断电源或用干燥的绝缘物将电线挑开，使触电者脱离电源。</w:t>
        <w:br/>
        <w:br/>
        <w:t>(2) 判断意识：轻拍触电者肩膀，大声呼唤，判断其是否有意识。</w:t>
        <w:br/>
        <w:br/>
        <w:t>(3) 呼救：立即拨打急救电话(120)，说明情况并请求专业医疗救助。</w:t>
        <w:br/>
        <w:br/>
        <w:t>(4) 检查呼吸和心跳：检查触电者是否有呼吸和心跳。</w:t>
        <w:br/>
        <w:br/>
        <w:t>(5) 进行心肺复苏：如果触电者没有呼吸和心跳，应立即进行心肺复苏，包括胸外按压和人工呼吸。</w:t>
        <w:br/>
        <w:br/>
        <w:t>(6) 持续急救：直到专业医护人员到达或触电者恢复生命体征。</w:t>
        <w:br/>
        <w:br/>
        <w:t>解析：触电急救的关键是迅速使触电者脱离电源，然后进行必要的急救措施。切断电源是首要任务，确保施救者自身安全。判断意识和呼救可以确保及时获得专业医疗帮助。检查呼吸和心跳以及进行心肺复苏是挽救生命的重要措施。整个急救过程需要冷静、有序地进行。</w:t>
        <w:br/>
        <w:br/>
        <w:t>2. 答案：</w:t>
        <w:br/>
        <w:br/>
        <w:t>日常生活中预防触电的安全措施包括：</w:t>
        <w:br/>
        <w:br/>
        <w:t>(1) 使用合格的电器产品：购买有3C认证的电器产品，避免使用劣质电器。</w:t>
        <w:br/>
        <w:br/>
        <w:t>(2) 正确使用电器：按照说明书正确使用电器，不超负荷使用电路。</w:t>
        <w:br/>
        <w:br/>
        <w:t>(3) 定期检查电器：定期检查电器线路、插头和插座是否完好，发现问题及时更换。</w:t>
        <w:br/>
        <w:br/>
        <w:t>(4) 保持干燥：避免在潮湿环境中使用电器，保持电器周围环境干燥。</w:t>
        <w:br/>
        <w:br/>
        <w:t>(5) 安装漏电保护器：在家庭电路中安装漏电保护器，提高用电安全性。</w:t>
        <w:br/>
        <w:br/>
        <w:t>(6) 正确拔插电源：拔插电源时手要保持干燥，不要拉拽电线。</w:t>
        <w:br/>
        <w:br/>
        <w:t>(7) 儿童接触防护：将电源插座安装保护盖，防止儿童将手指插入插座。</w:t>
        <w:br/>
        <w:br/>
        <w:t>(8) 雷雨天气防护：雷雨天气拔掉电器插头，避免使用电器和电话。</w:t>
        <w:br/>
        <w:br/>
        <w:t>解析：预防触电需要从多个方面入手，包括使用合格产品、正确使用、定期检查、保持环境干燥、安装保护装置、注意操作规范、保护特殊人群和特殊天气防护等。这些措施可以有效减少触电风险，保障人身安全。在日常用电中，应该养成良好的用电习惯，时刻注意用电安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