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2025年高考语文试题汇编及答案</w:t>
      </w:r>
    </w:p>
    <w:p>
      <w:r>
        <w:br/>
        <w:t xml:space="preserve"> 一、单项选择题（每题2分，共20分）</w:t>
        <w:br/>
        <w:br/>
        <w:t>1. 下列词语中，加点字的读音完全正确的一项是：</w:t>
        <w:br/>
        <w:br/>
        <w:t>A. 模(mó)型 载(zǎi)重 薄(bó)荷</w:t>
        <w:br/>
        <w:br/>
        <w:t>B. 剥(bāo)削 模(mú)样 载(zài)歌载舞</w:t>
        <w:br/>
        <w:br/>
        <w:t>C. 薄(bò)弱 载(zǎi)入 模(mó)仿</w:t>
        <w:br/>
        <w:br/>
        <w:t>D. 薄(báo)片 模(mú)特 载(zài)重</w:t>
        <w:br/>
        <w:br/>
        <w:t>2. 下列句子中，没有语病的一项是：</w:t>
        <w:br/>
        <w:br/>
        <w:t>A. 通过这次活动，使我们更加深刻地认识到保护环境的重要性。</w:t>
        <w:br/>
        <w:br/>
        <w:t>B. 能否有效控制疫情，关系到人民群众的生命健康和社会稳定。</w:t>
        <w:br/>
        <w:br/>
        <w:t>C. 为了防止这类事故不再发生，我们必须采取有效措施。</w:t>
        <w:br/>
        <w:br/>
        <w:t>D. 他的学习成绩优秀，所以被学校评为"三好学生"的称号。</w:t>
        <w:br/>
        <w:br/>
        <w:t>3. 下列文学常识表述不正确的一项是：</w:t>
        <w:br/>
        <w:br/>
        <w:t>A. 《红楼梦》是中国古代四大名著之一，作者是清代作家曹雪芹。</w:t>
        <w:br/>
        <w:br/>
        <w:t>B. "唐宋八大家"包括韩愈、柳宗元、欧阳修、苏洵、苏轼、苏辙、王安石、曾巩。</w:t>
        <w:br/>
        <w:br/>
        <w:t>C. 《诗经》是中国最早的诗歌总集，收录了从西周初年至春秋中期的诗歌。</w:t>
        <w:br/>
        <w:br/>
        <w:t>D. 鲁迅是中国现代文学的奠基人，代表作有《呐喊》《彷徨》《朝花夕拾》等。</w:t>
        <w:br/>
        <w:br/>
        <w:t>4. 下列句子中，标点符号使用正确的一项是：</w:t>
        <w:br/>
        <w:br/>
        <w:t>A. 他问我："你明天去不去图书馆？"</w:t>
        <w:br/>
        <w:br/>
        <w:t>B. 《红楼梦》的作者是谁？是曹雪芹。</w:t>
        <w:br/>
        <w:br/>
        <w:t>C. 我买了三本书：《论语》《孟子》《大学》。</w:t>
        <w:br/>
        <w:br/>
        <w:t>D. 他喜欢唱歌、跳舞、画画等文艺活动。</w:t>
        <w:br/>
        <w:br/>
        <w:t>5. 下列句子中，加点成语使用恰当的一项是：</w:t>
        <w:br/>
        <w:br/>
        <w:t>A. 这篇文章写得很好，简直是妙笔生花。</w:t>
        <w:br/>
        <w:br/>
        <w:t>B. 他学习很努力，总是废寝忘食地读书。</w:t>
        <w:br/>
        <w:br/>
        <w:t>C. 这个问题很复杂，需要我们集思广益。</w:t>
        <w:br/>
        <w:br/>
        <w:t>D. 他做事总是马马虎虎，从不认真对待。</w:t>
        <w:br/>
        <w:br/>
        <w:t>6. 下列句子中，修辞手法与其他三项不同的一项是：</w:t>
        <w:br/>
        <w:br/>
        <w:t>A. 春风又绿江南岸。</w:t>
        <w:br/>
        <w:br/>
        <w:t>B. 白云千载空悠悠。</w:t>
        <w:br/>
        <w:br/>
        <w:t>C. 桃花潭水深千尺。</w:t>
        <w:br/>
        <w:br/>
        <w:t>D. 孤帆远影碧空尽。</w:t>
        <w:br/>
        <w:br/>
        <w:t>7. 下列句子中，加点词语解释不正确的一项是：</w:t>
        <w:br/>
        <w:br/>
        <w:t>A. 他为人正直，从不阿谀奉承。（阿谀：奉承，讨好）</w:t>
        <w:br/>
        <w:br/>
        <w:t>B. 这篇文章言简意赅，表达清晰。（言简意赅：言语虽少，但意思完备）</w:t>
        <w:br/>
        <w:br/>
        <w:t>C. 他做事总是循规蹈矩，从不越雷池一步。（循规蹈矩：遵守规矩）</w:t>
        <w:br/>
        <w:br/>
        <w:t>D. 这个问题错综复杂，需要仔细分析。（错综复杂：形容情况复杂）</w:t>
        <w:br/>
        <w:br/>
        <w:t>8. 下列句子中，表达方式与其他三项不同的一项是：</w:t>
        <w:br/>
        <w:br/>
        <w:t>A. 春天来了，花儿开了，鸟儿叫了。</w:t>
        <w:br/>
        <w:br/>
        <w:t>B. 这座山很高，有1000多米。</w:t>
        <w:br/>
        <w:br/>
        <w:t>C. 他学习很努力，每天都很晚才睡觉。</w:t>
        <w:br/>
        <w:br/>
        <w:t>D. 这里的风景很美，空气也很清新。</w:t>
        <w:br/>
        <w:br/>
        <w:t>9. 下列句子中，加点词语使用不恰当的一项是：</w:t>
        <w:br/>
        <w:br/>
        <w:t>A. 他学习很刻苦，成绩一直名列前茅。</w:t>
        <w:br/>
        <w:br/>
        <w:t>B. 这个问题很棘手，需要我们认真对待。</w:t>
        <w:br/>
        <w:br/>
        <w:t>C. 他做事总是敷衍了事，从不认真负责。</w:t>
        <w:br/>
        <w:br/>
        <w:t>D. 这个计划很完美，没有任何缺点。</w:t>
        <w:br/>
        <w:br/>
        <w:t>10. 下列句子中，标点符号使用不正确的一项是：</w:t>
        <w:br/>
        <w:br/>
        <w:t>A. "你来了？"他惊讶地问。</w:t>
        <w:br/>
        <w:br/>
        <w:t>B. 《红楼梦》是中国古典小说的巅峰之作。</w:t>
        <w:br/>
        <w:br/>
        <w:t>C. 他喜欢读《论语》《孟子》等经典著作。</w:t>
        <w:br/>
        <w:br/>
        <w:t>D. "这个问题，你怎么看？"他问道。</w:t>
        <w:br/>
        <w:br/>
        <w:t xml:space="preserve"> 二、填空题（每题2分，共12分）</w:t>
        <w:br/>
        <w:br/>
        <w:t>1. "海内存知己，天涯若比邻"出自唐代诗人________的《________》。</w:t>
        <w:br/>
        <w:br/>
        <w:t>2. "落霞与孤鹜齐飞，秋水共长天一色"出自唐代文学家________的《________》。</w:t>
        <w:br/>
        <w:br/>
        <w:t>3. "先天下之忧而忧，后天下之乐而乐"出自宋代文学家________的《________》。</w:t>
        <w:br/>
        <w:br/>
        <w:t>4. "人生自古谁无死，留取丹心照汗青"出自宋代民族英雄________的《________》。</w:t>
        <w:br/>
        <w:br/>
        <w:t>5. "采菊东篱下，悠然见南山"出自东晋诗人________的《________》。</w:t>
        <w:br/>
        <w:br/>
        <w:t>6. "会当凌绝顶，一览众山小"出自唐代诗人________的《________》。</w:t>
        <w:br/>
        <w:br/>
        <w:t xml:space="preserve"> 三、判断题（每题2分，共12分）</w:t>
        <w:br/>
        <w:br/>
        <w:t>1. "举头望明月，低头思故乡"出自李白的《静夜思》。（ ）</w:t>
        <w:br/>
        <w:br/>
        <w:t>2. "春蚕到死丝方尽，蜡炬成灰泪始干"出自李商隐的《无题》。（ ）</w:t>
        <w:br/>
        <w:br/>
        <w:t>3. "山重水复疑无路，柳暗花明又一村"出自陆游的《游山西村》。（ ）</w:t>
        <w:br/>
        <w:br/>
        <w:t>4. "人生得意须尽欢，莫使金樽空对月"出自杜甫的《将进酒》。（ ）</w:t>
        <w:br/>
        <w:br/>
        <w:t>5. "海内存知己，天涯若比邻"出自王勃的《送杜少府之任蜀州》。（ ）</w:t>
        <w:br/>
        <w:br/>
        <w:t>6. "落红不是无情物，化作春泥更护花"出自龚自珍的《己亥杂诗》。（ ）</w:t>
        <w:br/>
        <w:br/>
        <w:t xml:space="preserve"> 四、多项选择题（每题2分，共4分）</w:t>
        <w:br/>
        <w:br/>
        <w:t>1. 下列哪些是唐代的诗人？（ ）</w:t>
        <w:br/>
        <w:br/>
        <w:t>A. 李白</w:t>
        <w:br/>
        <w:br/>
        <w:t>B. 杜甫</w:t>
        <w:br/>
        <w:br/>
        <w:t>C. 苏轼</w:t>
        <w:br/>
        <w:br/>
        <w:t>D. 白居易</w:t>
        <w:br/>
        <w:br/>
        <w:t>E. 辛弃疾</w:t>
        <w:br/>
        <w:br/>
        <w:t>2. 下列哪些是中国古代四大名著？（ ）</w:t>
        <w:br/>
        <w:br/>
        <w:t>A. 《红楼梦》</w:t>
        <w:br/>
        <w:br/>
        <w:t>B. 《西游记》</w:t>
        <w:br/>
        <w:br/>
        <w:t>C. 《水浒传》</w:t>
        <w:br/>
        <w:br/>
        <w:t>D. 《三国演义》</w:t>
        <w:br/>
        <w:br/>
        <w:t>E. 《儒林外史》</w:t>
        <w:br/>
        <w:br/>
        <w:t xml:space="preserve"> 五、简答题（每题5分，共10分）</w:t>
        <w:br/>
        <w:br/>
        <w:t>1. 请简述《红楼梦》的主要内容和主题思想。</w:t>
        <w:br/>
        <w:br/>
        <w:t>2. 请分析"落霞与孤鹜齐飞，秋水共长天一色"这句诗的艺术特色。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解析：A项中"模型"的"模"应读mó；C项中"载入"的"载"应读zài；D项中"薄片"的"薄"应读báo。B项中所有加点字的读音都正确。</w:t>
        <w:br/>
        <w:br/>
        <w:t>2. 答案：B</w:t>
        <w:br/>
        <w:br/>
        <w:t>解析：A项缺少主语，应去掉"通过"或"使"；C项中"防止"和"不再"语义重复，应去掉"不"；D项中"被评为"和"称号"搭配不当，应去掉"的称号"。B项没有语病。</w:t>
        <w:br/>
        <w:br/>
        <w:t>3. 答案：D</w:t>
        <w:br/>
        <w:br/>
        <w:t>解析：鲁迅是中国现代文学的奠基人，代表作有《呐喊》《彷徨》《野草》等，《朝花夕拾》是他的散文集。其他选项表述正确。</w:t>
        <w:br/>
        <w:br/>
        <w:t>4. 答案：A</w:t>
        <w:br/>
        <w:br/>
        <w:t>解析：B项中问号应改为逗号；C项中冒号使用不当，应改为顿号；D项中"等"字前不应使用顿号，应改为逗号。A项标点符号使用正确。</w:t>
        <w:br/>
        <w:br/>
        <w:t>5. 答案：C</w:t>
        <w:br/>
        <w:br/>
        <w:t>解析：A项中"妙笔生花"形容文章写得很好，但用在这里不够恰当；B项中"废寝忘食"形容非常专心努力，但用在这里不够恰当；D项中"马马虎虎"形容做事不认真，但用在这里不够恰当。C项中"集思广益"形容集中大家的智慧，解决问题，用在这里恰当。</w:t>
        <w:br/>
        <w:br/>
        <w:t>6. 答案：B</w:t>
        <w:br/>
        <w:br/>
        <w:t>解析：A、C、D三项都使用了比喻的修辞手法，B项使用了夸张的修辞手法。因此，B项与其他三项不同。</w:t>
        <w:br/>
        <w:br/>
        <w:t>7. 答案：D</w:t>
        <w:br/>
        <w:br/>
        <w:t>解析：A、B、C三项中加点词语的解释都正确。D项中"错综复杂"形容头绪多，情况复杂，解释不够准确，应改为"形容头绪繁多，情况复杂"。</w:t>
        <w:br/>
        <w:br/>
        <w:t>8. 答案：B</w:t>
        <w:br/>
        <w:br/>
        <w:t>解析：A、C、D三项都使用了描写的方式，B项使用了说明的方式。因此，B项与其他三项不同。</w:t>
        <w:br/>
        <w:br/>
        <w:t>9. 答案：D</w:t>
        <w:br/>
        <w:br/>
        <w:t>解析：A、B、C三项中加点词语的使用都恰当。D项中"完美"一词使用不恰当，因为任何计划都不可能没有任何缺点，应改为"很好"或"比较完善"。</w:t>
        <w:br/>
        <w:br/>
        <w:t>10. 答案：C</w:t>
        <w:br/>
        <w:br/>
        <w:t>解析：A、B、D三项中标点符号的使用都正确。C项中"《论语》《孟子》"之间应使用顿号，而不是逗号。</w:t>
        <w:br/>
        <w:br/>
        <w:t xml:space="preserve"> 二、填空题</w:t>
        <w:br/>
        <w:br/>
        <w:t>1. 答案：王勃；《送杜少府之任蜀州》</w:t>
        <w:br/>
        <w:br/>
        <w:t>解析：这句诗出自唐代诗人王勃的《送杜少府之任蜀州》，是一首送别诗，表达了诗人对友人的深情厚谊。</w:t>
        <w:br/>
        <w:br/>
        <w:t>2. 答案：王勃；《滕王阁序》</w:t>
        <w:br/>
        <w:br/>
        <w:t>解析：这句诗出自唐代文学家王勃的《滕王阁序》，是描写滕王阁周围景色的名句，展现了壮丽的自然景观。</w:t>
        <w:br/>
        <w:br/>
        <w:t>3. 答案：范仲淹；《岳阳楼记》</w:t>
        <w:br/>
        <w:br/>
        <w:t>解析：这句名言出自宋代文学家范仲淹的《岳阳楼记》，表达了作者忧国忧民的家国情怀。</w:t>
        <w:br/>
        <w:br/>
        <w:t>4. 答案：文天祥；《过零丁洋》</w:t>
        <w:br/>
        <w:br/>
        <w:t>解析：这句诗出自宋代民族英雄文天祥的《过零丁洋》，表达了作者为国捐躯的决心和气节。</w:t>
        <w:br/>
        <w:br/>
        <w:t>5. 答案：陶渊明；《饮酒》</w:t>
        <w:br/>
        <w:br/>
        <w:t>解析：这句诗出自东晋诗人陶渊明的《饮酒》，表现了诗人超然物外、闲适自得的生活态度。</w:t>
        <w:br/>
        <w:br/>
        <w:t>6. 答案：杜甫；《望岳》</w:t>
        <w:br/>
        <w:br/>
        <w:t>解析：这句诗出自唐代诗人杜甫的《望岳》，表达了诗人登高望远的豪迈情怀和远大志向。</w:t>
        <w:br/>
        <w:br/>
        <w:t xml:space="preserve"> 三、判断题</w:t>
        <w:br/>
        <w:br/>
        <w:t>1. 答案：√</w:t>
        <w:br/>
        <w:br/>
        <w:t>解析：这句诗出自李白的《静夜思》，是李白最著名的诗作之一，表达了诗人思乡之情。</w:t>
        <w:br/>
        <w:br/>
        <w:t>2. 答案：√</w:t>
        <w:br/>
        <w:br/>
        <w:t>解析：这句诗出自李商隐的《无题》，是李商隐最著名的诗句之一，表达了诗人对爱情的执着和奉献。</w:t>
        <w:br/>
        <w:br/>
        <w:t>3. 答案：√</w:t>
        <w:br/>
        <w:br/>
        <w:t>解析：这句诗出自陆游的《游山西村》，是陆游最著名的诗句之一，表达了诗人对生活的热爱和对未来的希望。</w:t>
        <w:br/>
        <w:br/>
        <w:t>4. 答案：×</w:t>
        <w:br/>
        <w:br/>
        <w:t>解析：这句诗出自李白的《将进酒》，不是杜甫的作品。杜甫的代表作有《春望》《登高》等。</w:t>
        <w:br/>
        <w:br/>
        <w:t>5. 答案：√</w:t>
        <w:br/>
        <w:br/>
        <w:t>解析：这句诗出自王勃的《送杜少府之任蜀州》，是王勃最著名的诗句之一，表达了诗人对友人的深情厚谊。</w:t>
        <w:br/>
        <w:br/>
        <w:t>6. 答案：√</w:t>
        <w:br/>
        <w:br/>
        <w:t>解析：这句诗出自龚自珍的《己亥杂诗》，是龚自珍最著名的诗句之一，表达了诗人对生命的热爱和对未来的希望。</w:t>
        <w:br/>
        <w:br/>
        <w:t xml:space="preserve"> 四、多项选择题</w:t>
        <w:br/>
        <w:br/>
        <w:t>1. 答案：ABD</w:t>
        <w:br/>
        <w:br/>
        <w:t>解析：李白、杜甫、白居易都是唐代的著名诗人，苏轼是宋代诗人，辛弃疾是宋代词人。因此，正确答案是A、B、D。</w:t>
        <w:br/>
        <w:br/>
        <w:t>2. 答案：ABCD</w:t>
        <w:br/>
        <w:br/>
        <w:t>解析：中国古代四大名著是《红楼梦》《西游记》《水浒传》《三国演义》，《儒林外史》是清代吴敬梓的作品，不属于四大名著。因此，正确答案是A、B、C、D。</w:t>
        <w:br/>
        <w:br/>
        <w:t xml:space="preserve"> 五、简答题</w:t>
        <w:br/>
        <w:br/>
        <w:t>1. 答案：</w:t>
        <w:br/>
        <w:br/>
        <w:t>《红楼梦》是中国古典小说的巅峰之作，主要描写了贾、史、王、薛四大家族的兴衰史，特别是贾宝玉、林黛玉、薛宝钗之间的爱情悲剧。小说以贾宝玉、林黛玉、薛宝钗的爱情婚姻悲剧为主线，展现了封建社会的种种弊端和腐朽，揭示了封建制度必然灭亡的历史趋势。</w:t>
        <w:br/>
        <w:br/>
        <w:t>解析：本题考查学生对《红楼梦》主要内容和主题思想的理解。回答时应包括小说的基本情节、主要人物和主题思想三个方面。</w:t>
        <w:br/>
        <w:br/>
        <w:t>2. 答案：</w:t>
        <w:br/>
        <w:br/>
        <w:t>这句诗的艺术特色主要表现在以下几个方面：</w:t>
        <w:br/>
        <w:br/>
        <w:t>（1）意境优美：诗句描绘了一幅壮丽的秋日黄昏图景，意境开阔，给人以美的享受。</w:t>
        <w:br/>
        <w:br/>
        <w:t>（2）对仗工整：诗句中"落霞"对"孤鹜"，"秋水"对"长天"，"齐飞"对"一色"，对仗工整，音韵和谐。</w:t>
        <w:br/>
        <w:br/>
        <w:t>（3）色彩鲜明：诗句中"落霞"、"秋水"、"长天"等词语色彩鲜明，给人以强烈的视觉感受。</w:t>
        <w:br/>
        <w:br/>
        <w:t>（4）动静结合：诗句中"齐飞"和"一色"一动一静，相互映衬，使画面更加生动。</w:t>
        <w:br/>
        <w:br/>
        <w:t>解析：本题考查学生对诗句艺术特色的分析能力。回答时应从意境、对仗、色彩、动静结合等方面进行分析，全面把握诗句的艺术特色。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