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2025年电信与通信试题及答案</w:t>
      </w:r>
    </w:p>
    <w:p>
      <w:r>
        <w:br/>
        <w:t xml:space="preserve"> 一、单项选择题（共10题，每题2分，共20分）</w:t>
        <w:br/>
        <w:br/>
        <w:t>1. 5G网络的主要特点不包括以下哪一项？</w:t>
        <w:br/>
        <w:br/>
        <w:t>A. 高速率</w:t>
        <w:br/>
        <w:br/>
        <w:t>B. 低延迟</w:t>
        <w:br/>
        <w:br/>
        <w:t>C. 大连接</w:t>
        <w:br/>
        <w:br/>
        <w:t>D. 高能耗</w:t>
        <w:br/>
        <w:br/>
        <w:t>2. 以下哪种技术不是现代光纤通信系统的组成部分？</w:t>
        <w:br/>
        <w:br/>
        <w:t>A. 光源</w:t>
        <w:br/>
        <w:br/>
        <w:t>B. 光纤</w:t>
        <w:br/>
        <w:br/>
        <w:t>C. 光检测器</w:t>
        <w:br/>
        <w:br/>
        <w:t>D. 磁场发生器</w:t>
        <w:br/>
        <w:br/>
        <w:t>3. 以下哪种协议是互联网通信的基础协议？</w:t>
        <w:br/>
        <w:br/>
        <w:t>A. TCP/IP</w:t>
        <w:br/>
        <w:br/>
        <w:t>B. HTTP</w:t>
        <w:br/>
        <w:br/>
        <w:t>C. FTP</w:t>
        <w:br/>
        <w:br/>
        <w:t>D. SMTP</w:t>
        <w:br/>
        <w:br/>
        <w:t>4. 以下哪种技术用于提高无线通信系统的容量？</w:t>
        <w:br/>
        <w:br/>
        <w:t>A. MIMO</w:t>
        <w:br/>
        <w:br/>
        <w:t>B. CDMA</w:t>
        <w:br/>
        <w:br/>
        <w:t>C. OFDM</w:t>
        <w:br/>
        <w:br/>
        <w:t>D. 以上都是</w:t>
        <w:br/>
        <w:br/>
        <w:t>5. 以下哪项不是物联网(IoT)的关键技术？</w:t>
        <w:br/>
        <w:br/>
        <w:t>A. 传感器技术</w:t>
        <w:br/>
        <w:br/>
        <w:t>B. 通信技术</w:t>
        <w:br/>
        <w:br/>
        <w:t>C. 数据分析技术</w:t>
        <w:br/>
        <w:br/>
        <w:t>D. 纳米制造技术</w:t>
        <w:br/>
        <w:br/>
        <w:t>6. 以下哪种编码方式常用于数字通信中的差错控制？</w:t>
        <w:br/>
        <w:br/>
        <w:t>A. ASCII编码</w:t>
        <w:br/>
        <w:br/>
        <w:t>B. Huffman编码</w:t>
        <w:br/>
        <w:br/>
        <w:t>C. 奇偶校验</w:t>
        <w:br/>
        <w:br/>
        <w:t>D. Base64编码</w:t>
        <w:br/>
        <w:br/>
        <w:t>7. 以下哪种网络拓扑结构具有最高的可靠性？</w:t>
        <w:br/>
        <w:br/>
        <w:t>A. 星型拓扑</w:t>
        <w:br/>
        <w:br/>
        <w:t>B. 环型拓扑</w:t>
        <w:br/>
        <w:br/>
        <w:t>C. 网状拓扑</w:t>
        <w:br/>
        <w:br/>
        <w:t>D. 总线型拓扑</w:t>
        <w:br/>
        <w:br/>
        <w:t>8. 以下哪种技术用于提高移动通信系统的频谱效率？</w:t>
        <w:br/>
        <w:br/>
        <w:t>A. 载波聚合</w:t>
        <w:br/>
        <w:br/>
        <w:t>B. 多址接入</w:t>
        <w:br/>
        <w:br/>
        <w:t>C. 调制技术</w:t>
        <w:br/>
        <w:br/>
        <w:t>D. 以上都是</w:t>
        <w:br/>
        <w:br/>
        <w:t>9. 以下哪种技术不是5G网络的关键技术？</w:t>
        <w:br/>
        <w:br/>
        <w:t>A. 网络切片</w:t>
        <w:br/>
        <w:br/>
        <w:t>B. 超密集组网</w:t>
        <w:br/>
        <w:br/>
        <w:t>C. 软件定义网络</w:t>
        <w:br/>
        <w:br/>
        <w:t>D. 电路交换</w:t>
        <w:br/>
        <w:br/>
        <w:t>10. 以下哪种技术用于提高卫星通信系统的容量？</w:t>
        <w:br/>
        <w:br/>
        <w:t>A. 多波束天线</w:t>
        <w:br/>
        <w:br/>
        <w:t>B. 高通量卫星</w:t>
        <w:br/>
        <w:br/>
        <w:t>C. 频率复用</w:t>
        <w:br/>
        <w:br/>
        <w:t>D. 以上都是</w:t>
        <w:br/>
        <w:br/>
        <w:t xml:space="preserve"> 二、填空题（共6题，每题2分，共12分）</w:t>
        <w:br/>
        <w:br/>
        <w:t>1. 电信与通信系统中，信噪比是指信号功率与______的比值。</w:t>
        <w:br/>
        <w:br/>
        <w:t>2. 在光纤通信中，______是指光信号在光纤中传播时功率的衰减程度。</w:t>
        <w:br/>
        <w:br/>
        <w:t>3. 5G网络的三大应用场景包括增强移动宽带、超高可靠低延迟通信和______。</w:t>
        <w:br/>
        <w:br/>
        <w:t>4. 在TCP/IP协议栈中，______层负责数据的路由和转发。</w:t>
        <w:br/>
        <w:br/>
        <w:t>5. 电信网络中，______是指单位时间内传输的信息量。</w:t>
        <w:br/>
        <w:br/>
        <w:t>6. 在移动通信系统中，______是指基站与用户设备之间的无线链路质量。</w:t>
        <w:br/>
        <w:br/>
        <w:t xml:space="preserve"> 三、判断题（共6题，每题2分，共12分）</w:t>
        <w:br/>
        <w:br/>
        <w:t>1. 5G网络的理论峰值速率可以达到10Gbps以上。（ ）</w:t>
        <w:br/>
        <w:br/>
        <w:t>2. 光纤通信的传输速率不受距离限制。（ ）</w:t>
        <w:br/>
        <w:br/>
        <w:t>3. 卫星通信的延迟通常较低，适合实时应用。（ ）</w:t>
        <w:br/>
        <w:br/>
        <w:t>4. 在电信网络中，频谱资源是有限的，需要合理分配。（ ）</w:t>
        <w:br/>
        <w:br/>
        <w:t>5. 5G网络完全取代了4G网络，成为唯一的移动通信标准。（ ）</w:t>
        <w:br/>
        <w:br/>
        <w:t>6. 量子通信可以实现绝对安全的通信。（ ）</w:t>
        <w:br/>
        <w:br/>
        <w:t xml:space="preserve"> 四、多项选择题（共2题，每题2分，共4分）</w:t>
        <w:br/>
        <w:br/>
        <w:t>1. 以下哪些技术可以提高无线通信系统的频谱效率？（ ）</w:t>
        <w:br/>
        <w:br/>
        <w:t>A. MIMO技术</w:t>
        <w:br/>
        <w:br/>
        <w:t>B. 载波聚合</w:t>
        <w:br/>
        <w:br/>
        <w:t>C. 高阶调制</w:t>
        <w:br/>
        <w:br/>
        <w:t>D. 空间复用</w:t>
        <w:br/>
        <w:br/>
        <w:t>2. 以下哪些是5G网络的关键技术？（ ）</w:t>
        <w:br/>
        <w:br/>
        <w:t>A. 网络切片</w:t>
        <w:br/>
        <w:br/>
        <w:t>B. 超密集组网</w:t>
        <w:br/>
        <w:br/>
        <w:t>C. 边缘计算</w:t>
        <w:br/>
        <w:br/>
        <w:t>D. 软件定义网络</w:t>
        <w:br/>
        <w:br/>
        <w:t xml:space="preserve"> 五、简答题（共2题，每题5分，共10分）</w:t>
        <w:br/>
        <w:br/>
        <w:t>1. 简述5G网络的主要特点及其应用场景。</w:t>
        <w:br/>
        <w:br/>
        <w:t>2. 解释光纤通信的基本原理及其优势。</w:t>
        <w:br/>
        <w:br/>
        <w:t xml:space="preserve"> 参考答案及解析</w:t>
        <w:br/>
        <w:br/>
        <w:t xml:space="preserve"> 一、单项选择题</w:t>
        <w:br/>
        <w:br/>
        <w:t>1. 答案：D</w:t>
        <w:br/>
        <w:br/>
        <w:t>解析：5G网络的主要特点包括高速率、低延迟、大连接，而5G网络设计的目标之一是降低能耗，因此高能耗不是5G的特点。</w:t>
        <w:br/>
        <w:br/>
        <w:t>2. 答案：D</w:t>
        <w:br/>
        <w:br/>
        <w:t>解析：现代光纤通信系统主要由光源（如激光器）、光纤和光检测器（如光电二极管）组成，磁场发生器不是光纤通信系统的组成部分。</w:t>
        <w:br/>
        <w:br/>
        <w:t>3. 答案：A</w:t>
        <w:br/>
        <w:br/>
        <w:t>解析：TCP/IP是互联网通信的基础协议，它定义了数据如何在网络中传输和路由。HTTP、FTP和SMTP都是基于TCP/IP的应用层协议。</w:t>
        <w:br/>
        <w:br/>
        <w:t>4. 答案：D</w:t>
        <w:br/>
        <w:br/>
        <w:t>解析：MIMO（多输入多输出）、CDMA（码分多址）和OFDM（正交频分复用）都是用于提高无线通信系统容量的技术。</w:t>
        <w:br/>
        <w:br/>
        <w:t>5. 答案：D</w:t>
        <w:br/>
        <w:br/>
        <w:t>解析：物联网的关键技术包括传感器技术、通信技术和数据分析技术，而纳米制造技术虽然与传感器相关，但不是物联网的核心技术。</w:t>
        <w:br/>
        <w:br/>
        <w:t>6. 答案：C</w:t>
        <w:br/>
        <w:br/>
        <w:t>解析：奇偶校验是一种简单的差错控制编码方式，用于检测数据传输中的错误。ASCII编码是字符编码标准，Huffman编码是一种数据压缩方法，Base64编码用于将二进制数据转换为文本格式。</w:t>
        <w:br/>
        <w:br/>
        <w:t>7. 答案：C</w:t>
        <w:br/>
        <w:br/>
        <w:t>解析：网状拓扑结构具有多条路径连接各个节点，当某条链路失效时，数据可以通过其他路径传输，因此具有最高的可靠性。</w:t>
        <w:br/>
        <w:br/>
        <w:t>8. 答案：D</w:t>
        <w:br/>
        <w:br/>
        <w:t>解析：载波聚合、多址接入和调制技术都可以提高移动通信系统的频谱效率，通过更有效地利用频谱资源来传输更多数据。</w:t>
        <w:br/>
        <w:br/>
        <w:t>9. 答案：D</w:t>
        <w:br/>
        <w:br/>
        <w:t>解析：网络切片、超密集组网和软件定义网络都是5G网络的关键技术，而电路交换是传统的电话交换技术，不是5G的核心技术。</w:t>
        <w:br/>
        <w:br/>
        <w:t>10. 答案：D</w:t>
        <w:br/>
        <w:br/>
        <w:t>解析：多波束天线、高通量卫星和频率复用都是提高卫星通信系统容量的技术，通过更有效地利用卫星资源和频谱资源来增加系统容量。</w:t>
        <w:br/>
        <w:br/>
        <w:t xml:space="preserve"> 二、填空题</w:t>
        <w:br/>
        <w:br/>
        <w:t>1. 答案：噪声功率</w:t>
        <w:br/>
        <w:br/>
        <w:t>解析：信噪比(Signal-to-Noise Ratio, SNR)是指信号功率与噪声功率的比值，是衡量通信系统性能的重要指标，信噪比越高，通信质量越好。</w:t>
        <w:br/>
        <w:br/>
        <w:t>2. 答案：衰减</w:t>
        <w:br/>
        <w:br/>
        <w:t>解析：在光纤通信中，衰减是指光信号在光纤中传播时功率的损失程度，通常用dB/km表示。衰减是限制光纤通信传输距离的主要因素之一。</w:t>
        <w:br/>
        <w:br/>
        <w:t>3. 答案：海量机器类通信</w:t>
        <w:br/>
        <w:br/>
        <w:t>解析：5G网络的三大应用场景包括增强移动宽带(eMBB)、超高可靠低延迟通信(uRLLC)和海量机器类通信(mMTC)，分别对应不同的应用需求。</w:t>
        <w:br/>
        <w:br/>
        <w:t>4. 答案：网络</w:t>
        <w:br/>
        <w:br/>
        <w:t>解析：在TCP/IP协议栈中，网络层（也称为IP层）负责数据的路由和转发，确保数据能够从源主机传输到目标主机。</w:t>
        <w:br/>
        <w:br/>
        <w:t>5. 答案：带宽</w:t>
        <w:br/>
        <w:br/>
        <w:t>解析：在电信网络中，带宽是指单位时间内传输的信息量，通常用bps（比特每秒）表示，是衡量网络传输能力的重要指标。</w:t>
        <w:br/>
        <w:br/>
        <w:t>6. 答案：信号质量</w:t>
        <w:br/>
        <w:br/>
        <w:t>解析：在移动通信系统中，信号质量是指基站与用户设备之间的无线链路质量，通常用信噪比、误码率等指标来衡量，直接影响通信质量和用户体验。</w:t>
        <w:br/>
        <w:br/>
        <w:t xml:space="preserve"> 三、判断题</w:t>
        <w:br/>
        <w:br/>
        <w:t>1. 答案：√</w:t>
        <w:br/>
        <w:br/>
        <w:t>解析：5G网络的理论峰值速率可以达到10Gbps以上，这比4G网络的峰值速率（约100Mbps）提高了100倍，能够支持高清视频、VR/AR等高带宽应用。</w:t>
        <w:br/>
        <w:br/>
        <w:t>2. 答案：×</w:t>
        <w:br/>
        <w:br/>
        <w:t>解析：光纤通信的传输速率受到距离的限制，主要是因为光信号在光纤中传播时会发生衰减，随着距离的增加，信号质量会下降，需要通过中继器或放大器来增强信号。</w:t>
        <w:br/>
        <w:br/>
        <w:t>3. 答案：×</w:t>
        <w:br/>
        <w:br/>
        <w:t>解析：卫星通信的延迟通常较高，因为信号需要从地面传输到卫星，再从卫星传输到地面，这个物理距离导致了显著的延迟（通常为几百毫秒），不适合对实时性要求高的应用。</w:t>
        <w:br/>
        <w:br/>
        <w:t>4. 答案：√</w:t>
        <w:br/>
        <w:br/>
        <w:t>解析：频谱资源是有限的，是一种宝贵的自然资源，需要合理分配和管理，以确保不同通信系统之间的兼容性和高效利用。</w:t>
        <w:br/>
        <w:br/>
        <w:t>5. 答案：×</w:t>
        <w:br/>
        <w:br/>
        <w:t>解析：5G网络并不是完全取代4G网络，而是与4G网络共存，形成混合网络架构，逐步实现5G网络的覆盖和优化，这是一个渐进的过程。</w:t>
        <w:br/>
        <w:br/>
        <w:t>6. 答案：√</w:t>
        <w:br/>
        <w:br/>
        <w:t>解析：量子通信基于量子力学原理，利用量子态的不可克隆性和测量会干扰量子态的特性，可以实现理论上不可窃听、不可破解的通信，因此可以实现绝对安全的通信。</w:t>
        <w:br/>
        <w:br/>
        <w:t xml:space="preserve"> 四、多项选择题</w:t>
        <w:br/>
        <w:br/>
        <w:t>1. 答案：ABCD</w:t>
        <w:br/>
        <w:br/>
        <w:t>解析：MIMO技术通过利用多个天线实现空间分集和空间复用，提高系统容量；载波聚合将多个频段聚合在一起，增加可用带宽；高阶调制可以在相同的带宽下传输更多数据；空间复用利用多天线同时传输多个数据流，提高频谱效率。这些技术都可以提高无线通信系统的频谱效率。</w:t>
        <w:br/>
        <w:br/>
        <w:t>2. 答案：ABCD</w:t>
        <w:br/>
        <w:br/>
        <w:t>解析：网络切片允许将物理网络划分为多个虚拟网络，满足不同应用的需求；超密集组网通过增加基站密度提高系统容量和覆盖；边缘计算将计算和存储资源下沉到网络边缘，降低延迟；软件定义网络实现了网络功能的虚拟化和可编程性。这些都是5G网络的关键技术。</w:t>
        <w:br/>
        <w:br/>
        <w:t xml:space="preserve"> 五、简答题</w:t>
        <w:br/>
        <w:br/>
        <w:t>1. 答案：</w:t>
        <w:br/>
        <w:br/>
        <w:t>5G网络的主要特点包括：</w:t>
        <w:br/>
        <w:br/>
        <w:t>- 高速率：理论峰值速率可达10Gbps以上，比4G提高100倍</w:t>
        <w:br/>
        <w:br/>
        <w:t>- 低延迟：端到端延迟可降至1ms以下，满足实时应用需求</w:t>
        <w:br/>
        <w:br/>
        <w:t>- 大连接：每平方公里可连接100万设备，支持物联网应用</w:t>
        <w:br/>
        <w:br/>
        <w:t>- 高可靠性：通信可靠性可达99.999%，满足关键业务需求</w:t>
        <w:br/>
        <w:br/>
        <w:t>5G网络的应用场景包括：</w:t>
        <w:br/>
        <w:br/>
        <w:t>- 增强移动宽带(eMBB)：支持高清视频、VR/AR等高带宽应用</w:t>
        <w:br/>
        <w:br/>
        <w:t>- 超高可靠低延迟通信(uRLLC)：支持自动驾驶、远程医疗等实时应用</w:t>
        <w:br/>
        <w:br/>
        <w:t>- 海量机器类通信(mMTC)：支持智慧城市、工业物联网等大规模连接应用</w:t>
        <w:br/>
        <w:br/>
        <w:t>解析：5G网络作为第五代移动通信技术，相比前几代技术有显著提升，不仅提高了传输速率，还降低了延迟，增加了连接密度，提高了可靠性。这些特点使得5G能够支持多样化的应用场景，从个人消费到工业互联网，从智慧城市到远程医疗，都有广泛的应用前景。</w:t>
        <w:br/>
        <w:br/>
        <w:t>2. 答案：</w:t>
        <w:br/>
        <w:br/>
        <w:t>光纤通信的基本原理：</w:t>
        <w:br/>
        <w:br/>
        <w:t>光纤通信利用光作为信息载体，通过光纤传输光信号。在发送端，电信号通过光源（如激光器）转换为光信号，然后耦合到光纤中；在接收端，光信号通过光检测器（如光电二极管）转换为电信号，再经过解调恢复为原始信息。</w:t>
        <w:br/>
        <w:br/>
        <w:t>光纤通信的优势：</w:t>
        <w:br/>
        <w:br/>
        <w:t>- 传输带宽大：光纤的带宽可达THz级别，支持高速率传输</w:t>
        <w:br/>
        <w:br/>
        <w:t>- 传输距离远：光纤的衰减低，无需中继即可传输几十甚至上百公里</w:t>
        <w:br/>
        <w:br/>
        <w:t>- 抗电磁干扰：光纤是绝缘体，不受电磁干扰影响</w:t>
        <w:br/>
        <w:br/>
        <w:t>- 保密性好：光信号在光纤中传输，难以被窃听</w:t>
        <w:br/>
        <w:br/>
        <w:t>- 体积小、重量轻：相比传统电缆，光纤更细更轻</w:t>
        <w:br/>
        <w:br/>
        <w:t>- 资源丰富：光纤的主要材料是石英，资源丰富且成本低</w:t>
        <w:br/>
        <w:br/>
        <w:t>解析：光纤通信是现代通信网络的基础技术之一，利用光的全反射原理在光纤中传输光信号。相比传统的铜缆通信，光纤通信具有显著的带宽优势、抗干扰能力和保密性，已成为长途通信、数据中心和接入网的首选技术。随着5G和物联网的发展，光纤通信的重要性将进一步增加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