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2025年隧道测量笔试题及答案</w:t>
      </w:r>
    </w:p>
    <w:p>
      <w:r>
        <w:br/>
        <w:t xml:space="preserve"> 一、单项选择题（每题2分，共20分）</w:t>
        <w:br/>
        <w:br/>
        <w:t>1. 隧道测量中，以下哪种仪器主要用于确定隧道中线的平面位置？</w:t>
        <w:br/>
        <w:br/>
        <w:t>A. 水准仪</w:t>
        <w:br/>
        <w:br/>
        <w:t>B. 全站仪</w:t>
        <w:br/>
        <w:br/>
        <w:t>C. 经纬仪</w:t>
        <w:br/>
        <w:br/>
        <w:t>D. 测距仪</w:t>
        <w:br/>
        <w:br/>
        <w:t>2. 隧道贯通误差的主要来源不包括以下哪项？</w:t>
        <w:br/>
        <w:br/>
        <w:t>A. 地下控制测量误差</w:t>
        <w:br/>
        <w:br/>
        <w:t>B. 地面控制测量误差</w:t>
        <w:br/>
        <w:br/>
        <w:t>C. 施工误差</w:t>
        <w:br/>
        <w:br/>
        <w:t>D. 大气折射误差</w:t>
        <w:br/>
        <w:br/>
        <w:t>3. 隧道施工中，以下哪种测量方法主要用于确定隧道开挖轮廓线？</w:t>
        <w:br/>
        <w:br/>
        <w:t>A. 导线测量</w:t>
        <w:br/>
        <w:br/>
        <w:t>B. 断面测量</w:t>
        <w:br/>
        <w:br/>
        <w:t>C. 高程测量</w:t>
        <w:br/>
        <w:br/>
        <w:t>D. 角度测量</w:t>
        <w:br/>
        <w:br/>
        <w:t>4. 隧道测量中，"贯通"是指什么？</w:t>
        <w:br/>
        <w:br/>
        <w:t>A. 隧道两端同时开始施工</w:t>
        <w:br/>
        <w:br/>
        <w:t>B. 隧道从一端开挖到另一端</w:t>
        <w:br/>
        <w:br/>
        <w:t>C. 隧道中间设置竖井或斜井</w:t>
        <w:br/>
        <w:br/>
        <w:t>D. 隧道与另一条隧道相交</w:t>
        <w:br/>
        <w:br/>
        <w:t>5. 隧道测量中，以下哪种误差对隧道贯通影响最大？</w:t>
        <w:br/>
        <w:br/>
        <w:t>A. 测角误差</w:t>
        <w:br/>
        <w:br/>
        <w:t>B. 量边误差</w:t>
        <w:br/>
        <w:br/>
        <w:t>C. 高程传递误差</w:t>
        <w:br/>
        <w:br/>
        <w:t>D. 温度变化引起的误差</w:t>
        <w:br/>
        <w:br/>
        <w:t>6. 隧道施工测量中，以下哪种方法主要用于确定隧道开挖方向？</w:t>
        <w:br/>
        <w:br/>
        <w:t>A. 导线测量</w:t>
        <w:br/>
        <w:br/>
        <w:t>B. 激光指向</w:t>
        <w:br/>
        <w:br/>
        <w:t>C. 水准测量</w:t>
        <w:br/>
        <w:br/>
        <w:t>D. 三角测量</w:t>
        <w:br/>
        <w:br/>
        <w:t>7. 隧道测量中，以下哪种仪器主要用于测量隧道断面？</w:t>
        <w:br/>
        <w:br/>
        <w:t>A. 全站仪</w:t>
        <w:br/>
        <w:br/>
        <w:t>B. 激光扫描仪</w:t>
        <w:br/>
        <w:br/>
        <w:t>C. 测距仪</w:t>
        <w:br/>
        <w:br/>
        <w:t>D. 经纬仪</w:t>
        <w:br/>
        <w:br/>
        <w:t>8. 隧道测量中，"闭合导线"是指什么？</w:t>
        <w:br/>
        <w:br/>
        <w:t>A. 起点和终点重合的导线</w:t>
        <w:br/>
        <w:br/>
        <w:t>B. 形成闭合环的导线</w:t>
        <w:br/>
        <w:br/>
        <w:t>C. 沿隧道中线布设的导线</w:t>
        <w:br/>
        <w:br/>
        <w:t>D. 与隧道轴线平行的导线</w:t>
        <w:br/>
        <w:br/>
        <w:t>9. 隧道测量中，以下哪种方法主要用于确定隧道高程？</w:t>
        <w:br/>
        <w:br/>
        <w:t>A. 三角高程测量</w:t>
        <w:br/>
        <w:br/>
        <w:t>B. 水准测量</w:t>
        <w:br/>
        <w:br/>
        <w:t>C. GPS高程测量</w:t>
        <w:br/>
        <w:br/>
        <w:t>D. 气压高程测量</w:t>
        <w:br/>
        <w:br/>
        <w:t>10. 隧道测量中，以下哪种误差属于系统误差？</w:t>
        <w:br/>
        <w:br/>
        <w:t>A. 读数误差</w:t>
        <w:br/>
        <w:br/>
        <w:t>B. 仪器误差</w:t>
        <w:br/>
        <w:br/>
        <w:t>C. 环境误差</w:t>
        <w:br/>
        <w:br/>
        <w:t>D. 操作误差</w:t>
        <w:br/>
        <w:br/>
        <w:t xml:space="preserve"> 二、填空题（每题2分，共12分）</w:t>
        <w:br/>
        <w:br/>
        <w:t>1. 隧道测量中，控制测量分为地面控制和________控制。</w:t>
        <w:br/>
        <w:br/>
        <w:t>2. 隧道贯通误差包括横向误差、纵向误差和________误差。</w:t>
        <w:br/>
        <w:br/>
        <w:t>3. 隧道测量中，常用的定向方法有几何定向和________定向。</w:t>
        <w:br/>
        <w:br/>
        <w:t>4. 隧道施工测量中，常用的激光指向仪通常采用________激光。</w:t>
        <w:br/>
        <w:br/>
        <w:t>5. 隧道测量中，全站仪的主要功能包括角度测量、距离测量和________测量。</w:t>
        <w:br/>
        <w:br/>
        <w:t>6. 隧道断面测量中，常用的方法有极坐标法、断面仪法和________法。</w:t>
        <w:br/>
        <w:br/>
        <w:t xml:space="preserve"> 三、判断题（每题2分，共12分）</w:t>
        <w:br/>
        <w:br/>
        <w:t>1. 隧道测量中，地面控制测量的精度要求高于地下控制测量。（ ）</w:t>
        <w:br/>
        <w:br/>
        <w:t>2. 隧道贯通误差的大小与隧道长度成正比。（ ）</w:t>
        <w:br/>
        <w:br/>
        <w:t>3. 隧道测量中，GPS测量可以完全替代传统的地面控制测量。（ ）</w:t>
        <w:br/>
        <w:br/>
        <w:t>4. 隧道施工中，激光指向仪可以替代全站仪进行精确的点位放样。（ ）</w:t>
        <w:br/>
        <w:br/>
        <w:t>5. 隧道测量中，闭合导线的测量精度高于附合导线。（ ）</w:t>
        <w:br/>
        <w:br/>
        <w:t>6. 隧道测量中，三角高程测量的精度高于水准测量。（ ）</w:t>
        <w:br/>
        <w:br/>
        <w:t xml:space="preserve"> 四、多项选择题（每题2分，共4分）</w:t>
        <w:br/>
        <w:br/>
        <w:t>1. 以下哪些因素会影响隧道测量的精度？（ ）</w:t>
        <w:br/>
        <w:br/>
        <w:t>A. 仪器精度</w:t>
        <w:br/>
        <w:br/>
        <w:t>B. 测量人员技术水平</w:t>
        <w:br/>
        <w:br/>
        <w:t>C. 测量环境条件</w:t>
        <w:br/>
        <w:br/>
        <w:t>D. 测量方法选择</w:t>
        <w:br/>
        <w:br/>
        <w:t>E. 隧道长度</w:t>
        <w:br/>
        <w:br/>
        <w:t>2. 隧道测量中，常用的控制测量方法包括（ ）</w:t>
        <w:br/>
        <w:br/>
        <w:t>A. 导线测量</w:t>
        <w:br/>
        <w:br/>
        <w:t>B. 三角测量</w:t>
        <w:br/>
        <w:br/>
        <w:t>C. GPS测量</w:t>
        <w:br/>
        <w:br/>
        <w:t>D. 水准测量</w:t>
        <w:br/>
        <w:br/>
        <w:t>E. 摄影测量</w:t>
        <w:br/>
        <w:br/>
        <w:t xml:space="preserve"> 五、简答题（每题5分，共10分）</w:t>
        <w:br/>
        <w:br/>
        <w:t>1. 简述隧道测量中贯通误差的来源及其控制方法。</w:t>
        <w:br/>
        <w:br/>
        <w:t>2. 简述隧道施工测量中常用的定向方法及其适用条件。</w:t>
        <w:br/>
        <w:br/>
        <w:t xml:space="preserve"> 参考答案及解析</w:t>
        <w:br/>
        <w:br/>
        <w:t xml:space="preserve"> 一、单项选择题</w:t>
        <w:br/>
        <w:br/>
        <w:t>1. 答案：B. 全站仪</w:t>
        <w:br/>
        <w:br/>
        <w:t>解析：全站仪集成了角度测量、距离测量和坐标计算功能，能够精确测定隧道中线的平面位置。水准仪主要用于高程测量，经纬仪主要用于角度测量，测距仪主要用于距离测量，而全站仪能够综合完成这些功能，是隧道中线测量的主要仪器。</w:t>
        <w:br/>
        <w:br/>
        <w:t>2. 答案：D. 大气折射误差</w:t>
        <w:br/>
        <w:br/>
        <w:t>解析：隧道贯通误差的主要来源包括地下控制测量误差、地面控制测量误差和施工误差。大气折射误差主要影响地面测量中的视线传播，对隧道贯通影响较小，隧道内测量环境相对稳定，大气折射影响可以忽略不计。</w:t>
        <w:br/>
        <w:br/>
        <w:t>3. 答案：B. 断面测量</w:t>
        <w:br/>
        <w:br/>
        <w:t>解析：断面测量是专门用于确定隧道开挖轮廓线的测量方法，通过测量隧道横断面上各点的位置，可以精确控制隧道的开挖形状和尺寸。导线测量主要用于控制测量，高程测量主要用于确定高程，角度测量主要用于测定方向。</w:t>
        <w:br/>
        <w:br/>
        <w:t>4. 答案：B. 隧道从一端开挖到另一端</w:t>
        <w:br/>
        <w:br/>
        <w:t>解析：隧道测量中的"贯通"指的是隧道从一端开挖到另一端，两端在预定位置准确对接的过程。这是隧道施工测量的关键环节，需要精确控制测量误差，确保两端能够准确对接。</w:t>
        <w:br/>
        <w:br/>
        <w:t>5. 答案：A. 测角误差</w:t>
        <w:br/>
        <w:br/>
        <w:t>解析：在隧道测量中，测角误差对隧道贯通的影响最大。这是因为角度测量误差会随着距离的累积而放大，对隧道横向贯通误差的影响尤为显著。量边误差主要影响纵向贯通误差，高程传递误差主要影响高程贯通误差，温度变化引起的误差可以通过测量时进行温度修正来减小。</w:t>
        <w:br/>
        <w:br/>
        <w:t>6. 答案：B. 激光指向</w:t>
        <w:br/>
        <w:br/>
        <w:t>解析：激光指向是隧道施工测量中确定开挖方向的主要方法，通过激光发射器发出的激光束，可以为隧道施工提供精确的方向指引。导线测量主要用于控制测量，水准测量主要用于高程测量，三角测量主要用于地面控制测量。</w:t>
        <w:br/>
        <w:br/>
        <w:t>7. 答案：B. 激光扫描仪</w:t>
        <w:br/>
        <w:br/>
        <w:t>解析：激光扫描仪是现代隧道断面测量的主要仪器，能够快速、精确地获取隧道断面的三维坐标数据。全站仪也可以用于断面测量，但效率较低；测距仪主要用于距离测量；经纬仪主要用于角度测量。</w:t>
        <w:br/>
        <w:br/>
        <w:t>8. 答案：B. 形成闭合环的导线</w:t>
        <w:br/>
        <w:br/>
        <w:t>解析：隧道测量中的"闭合导线"是指起点和终点重合，形成闭合环的导线。这种导线可以进行闭合差检核，提高测量精度。沿隧道中线布设的导线通常是支导线或附合导线，与隧道轴线平行的导线不是专业术语。</w:t>
        <w:br/>
        <w:br/>
        <w:t>9. 答案：B. 水准测量</w:t>
        <w:br/>
        <w:br/>
        <w:t>解析：水准测量是隧道高程测量的主要方法，能够提供较高的精度。三角高程测量精度较低，GPS高程测量在隧道内无法使用，气压高程测量精度最低。</w:t>
        <w:br/>
        <w:br/>
        <w:t>10. 答案：B. 仪器误差</w:t>
        <w:br/>
        <w:br/>
        <w:t>解析：仪器误差属于系统误差，具有规律性和可预测性，可以通过校正和计算进行修正。读数误差、环境误差和操作误差通常属于偶然误差，没有明显的规律性。</w:t>
        <w:br/>
        <w:br/>
        <w:t xml:space="preserve"> 二、填空题</w:t>
        <w:br/>
        <w:br/>
        <w:t>1. 答案：地下</w:t>
        <w:br/>
        <w:br/>
        <w:t>解析：隧道测量中的控制测量分为地面控制和地下控制两部分。地面控制测量是在隧道入口和出口附近建立控制网，为地下控制测量提供基准；地下控制测量是在隧道内部建立的控制网，直接指导隧道施工。</w:t>
        <w:br/>
        <w:br/>
        <w:t>2. 答案：高程</w:t>
        <w:br/>
        <w:br/>
        <w:t>解析：隧道贯通误差包括横向误差（垂直于隧道轴线方向的误差）、纵向误差（沿隧道轴线方向的误差）和高程误差（垂直方向的误差）。这三项误差是评价隧道贯通质量的主要指标。</w:t>
        <w:br/>
        <w:br/>
        <w:t>3. 答案：物理</w:t>
        <w:br/>
        <w:br/>
        <w:t>解析：隧道测量中常用的定向方法有几何定向（如陀螺经纬仪定向）和物理定向（如陀螺仪定向）。几何定向是通过测量几何关系来确定方向，物理定向是通过物理原理（如地球自转）来确定方向。</w:t>
        <w:br/>
        <w:br/>
        <w:t>4. 答案：红色</w:t>
        <w:br/>
        <w:br/>
        <w:t>解析：隧道施工测量中常用的激光指向仪通常采用红色激光，因为红色激光在粉尘较多的隧道环境中可见度较高，便于施工人员识别和使用。</w:t>
        <w:br/>
        <w:br/>
        <w:t>5. 答案：坐标</w:t>
        <w:br/>
        <w:br/>
        <w:t>解析：全站仪的主要功能包括角度测量、距离测量和坐标测量。现代全站仪内置计算功能，可以直接测量和计算点的三维坐标，大大提高了测量效率。</w:t>
        <w:br/>
        <w:br/>
        <w:t>6. 答案：摄影</w:t>
        <w:br/>
        <w:br/>
        <w:t>解析：隧道断面测量中常用的方法有极坐标法、断面仪法和摄影法。摄影法是通过拍摄隧道断面的照片，然后通过图像处理技术获取断面数据，具有非接触、效率高的特点。</w:t>
        <w:br/>
        <w:br/>
        <w:t xml:space="preserve"> 三、判断题</w:t>
        <w:br/>
        <w:br/>
        <w:t>1. 答案：×</w:t>
        <w:br/>
        <w:br/>
        <w:t>解析：隧道测量中，地下控制测量的精度要求高于地面控制测量。这是因为地下控制测量直接指导隧道施工，其误差会直接影响隧道贯通质量，而地面控制测量为地下控制测量提供基准，其误差可以通过多次测量和严密平差来减小。</w:t>
        <w:br/>
        <w:br/>
        <w:t>2. 答案：√</w:t>
        <w:br/>
        <w:br/>
        <w:t>解析：隧道贯通误差的大小与隧道长度成正比。这是因为测量误差会随着距离的累积而放大，隧道越长，累积的误差越大，贯通误差也越大。</w:t>
        <w:br/>
        <w:br/>
        <w:t>3. 答案：×</w:t>
        <w:br/>
        <w:br/>
        <w:t>解析：隧道测量中，GPS测量不能完全替代传统的地面控制测量。虽然GPS测量可以提供高精度的平面位置，但在隧道入口和出口附近，由于信号遮挡和多路径效应，GPS测量的精度会降低，需要与传统的地面测量方法结合使用。</w:t>
        <w:br/>
        <w:br/>
        <w:t>4. 答案：×</w:t>
        <w:br/>
        <w:br/>
        <w:t>解析：隧道施工中，激光指向仪不能替代全站仪进行精确的点位放样。激光指向仪主要用于提供方向指引，精度较低；而全站仪可以精确测定点的三维坐标，适用于高精度的点位放样。</w:t>
        <w:br/>
        <w:br/>
        <w:t>5. 答案：√</w:t>
        <w:br/>
        <w:br/>
        <w:t>解析：隧道测量中，闭合导线的测量精度高于附合导线。这是因为闭合导线可以形成闭合环，可以进行闭合差检核，发现和修正测量误差；而附合导线两端连接到已知点，无法进行内部检核。</w:t>
        <w:br/>
        <w:br/>
        <w:t>6. 答案：×</w:t>
        <w:br/>
        <w:br/>
        <w:t>解析：隧道测量中，水准测量的精度高于三角高程测量。水准测量是通过水平视线测定高差，精度较高；而三角高程测量是通过测量垂直角和距离来计算高差，受大气折光和地球曲率影响较大，精度较低。</w:t>
        <w:br/>
        <w:br/>
        <w:t xml:space="preserve"> 四、多项选择题</w:t>
        <w:br/>
        <w:br/>
        <w:t>1. 答案：ABCDE</w:t>
        <w:br/>
        <w:br/>
        <w:t>解析：隧道测量的精度受多种因素影响：仪器精度决定了测量数据的可靠性；测量人员技术水平影响操作规范性和数据处理能力；测量环境条件（如温度、湿度、粉尘等）会影响仪器性能和测量结果；测量方法选择是否合理直接影响测量精度；隧道长度越长，测量误差累积越大，对精度要求也越高。</w:t>
        <w:br/>
        <w:br/>
        <w:t>2. 答案：ABCD</w:t>
        <w:br/>
        <w:br/>
        <w:t>解析：隧道测量中常用的控制测量方法包括：导线测量（适用于隧道内部控制）、三角测量（适用于地面控制）、GPS测量（适用于地面控制）和水准测量（适用于高程控制）。摄影测量主要用于地形测量和隧道变形监测，不是主要的控制测量方法。</w:t>
        <w:br/>
        <w:br/>
        <w:t xml:space="preserve"> 五、简答题</w:t>
        <w:br/>
        <w:br/>
        <w:t>1. 答案：</w:t>
        <w:br/>
        <w:br/>
        <w:t>隧道贯通误差的来源主要包括：</w:t>
        <w:br/>
        <w:br/>
        <w:t>(1) 地面控制测量误差：包括起始点误差、测量误差和数据处理误差；</w:t>
        <w:br/>
        <w:br/>
        <w:t>(2) 地下控制测量误差：包括导线测量误差、高程传递误差等；</w:t>
        <w:br/>
        <w:br/>
        <w:t>(3) 联系测量误差：包括地面与地下之间的定向误差和高程传递误差；</w:t>
        <w:br/>
        <w:br/>
        <w:t>(4) 施工误差：包括开挖误差、支护误差等。</w:t>
        <w:br/>
        <w:br/>
        <w:t>控制方法：</w:t>
        <w:br/>
        <w:br/>
        <w:t>(1) 提高控制测量精度：使用高精度仪器，采用合理的测量方案；</w:t>
        <w:br/>
        <w:br/>
        <w:t>(2) 加强检核：进行多次测量，闭合差检核，平差计算；</w:t>
        <w:br/>
        <w:br/>
        <w:t>(3) 合理分配误差：根据隧道长度和精度要求，合理分配各项误差；</w:t>
        <w:br/>
        <w:br/>
        <w:t>(4) 实时监测：施工过程中进行实时监测，及时调整施工参数。</w:t>
        <w:br/>
        <w:br/>
        <w:t>2. 答案：</w:t>
        <w:br/>
        <w:br/>
        <w:t>隧道施工测量中常用的定向方法有：</w:t>
        <w:br/>
        <w:br/>
        <w:t>(1) 陀螺经纬仪定向：利用陀螺仪的定轴性确定真北方向，适用于长隧道和曲线隧道，精度高，但设备复杂，操作要求高；</w:t>
        <w:br/>
        <w:br/>
        <w:t>(2) 导线定向：通过地面与地下之间的导线测量传递方向，适用于短隧道和直线隧道，操作简单，但精度较低；</w:t>
        <w:br/>
        <w:br/>
        <w:t>(3) 激光指向：利用激光束提供方向指引，适用于直线隧道，操作简单，效率高，但精度较低；</w:t>
        <w:br/>
        <w:br/>
        <w:t>(4) GPS定向：利用GPS测量确定方向，适用于隧道入口和出口，精度较高，但受信号影响大。</w:t>
        <w:br/>
        <w:br/>
        <w:t>适用条件：</w:t>
        <w:br/>
        <w:br/>
        <w:t>- 陀螺经纬仪定向适用于高精度要求的长大隧道；</w:t>
        <w:br/>
        <w:br/>
        <w:t>- 导线定向适用于一般精度的短隧道；</w:t>
        <w:br/>
        <w:br/>
        <w:t>- 激光指向适用于施工过程中的方向指引；</w:t>
        <w:br/>
        <w:br/>
        <w:t>- GPS定向适用于地面控制测量和隧道入口处的定向。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