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2025年钳工考技师试题及答案</w:t>
      </w:r>
    </w:p>
    <w:p>
      <w:r>
        <w:br/>
        <w:t xml:space="preserve"> 一、单项选择题（共10题，每题2分，共20分）</w:t>
        <w:br/>
        <w:br/>
        <w:t>1. 钳工在加工精密零件时，常用的测量工具是（ ）</w:t>
        <w:br/>
        <w:br/>
        <w:t>A. 钢直尺</w:t>
        <w:br/>
        <w:br/>
        <w:t>B. 游标卡尺</w:t>
        <w:br/>
        <w:br/>
        <w:t>C. 千分尺</w:t>
        <w:br/>
        <w:br/>
        <w:t>D. 角度尺</w:t>
        <w:br/>
        <w:br/>
        <w:t>2. 钳工在锉削平面时，为了获得较好的表面质量，应选择的锉刀是（ ）</w:t>
        <w:br/>
        <w:br/>
        <w:t>A. 粗齿锉刀</w:t>
        <w:br/>
        <w:br/>
        <w:t>B. 中齿锉刀</w:t>
        <w:br/>
        <w:br/>
        <w:t>C. 细齿锉刀</w:t>
        <w:br/>
        <w:br/>
        <w:t>D. 油光锉刀</w:t>
        <w:br/>
        <w:br/>
        <w:t>3. 钻削过程中，为了提高孔的表面质量，应采用的钻头是（ ）</w:t>
        <w:br/>
        <w:br/>
        <w:t>A. 标准麻花钻</w:t>
        <w:br/>
        <w:br/>
        <w:t>B. 群钻</w:t>
        <w:br/>
        <w:br/>
        <w:t>C. 扩孔钻</w:t>
        <w:br/>
        <w:br/>
        <w:t>D. 中心钻</w:t>
        <w:br/>
        <w:br/>
        <w:t>4. 钳工在装配轴承时，常用的装配方法是（ ）</w:t>
        <w:br/>
        <w:br/>
        <w:t>A. 压入法</w:t>
        <w:br/>
        <w:br/>
        <w:t>B. 温差法</w:t>
        <w:br/>
        <w:br/>
        <w:t>C. 液压法</w:t>
        <w:br/>
        <w:br/>
        <w:t>D. 以上都是</w:t>
        <w:br/>
        <w:br/>
        <w:t>5. 钳工在加工螺纹时，为了保证螺纹精度，应选择的工具是（ ）</w:t>
        <w:br/>
        <w:br/>
        <w:t>A. 丝锥</w:t>
        <w:br/>
        <w:br/>
        <w:t>B. 板牙</w:t>
        <w:br/>
        <w:br/>
        <w:t>C. 螺纹量规</w:t>
        <w:br/>
        <w:br/>
        <w:t>D. 螺纹千分尺</w:t>
        <w:br/>
        <w:br/>
        <w:t>6. 钳工在刮削平面时，为了获得较高的平面度，应选择的刮刀角度是（ ）</w:t>
        <w:br/>
        <w:br/>
        <w:t>A. 45°</w:t>
        <w:br/>
        <w:br/>
        <w:t>B. 60°</w:t>
        <w:br/>
        <w:br/>
        <w:t>C. 75°</w:t>
        <w:br/>
        <w:br/>
        <w:t>D. 90°</w:t>
        <w:br/>
        <w:br/>
        <w:t>7. 钳工在研磨硬质合金时，应选择的研磨剂是（ ）</w:t>
        <w:br/>
        <w:br/>
        <w:t>A. 金刚石研磨膏</w:t>
        <w:br/>
        <w:br/>
        <w:t>B. 氧化铝研磨膏</w:t>
        <w:br/>
        <w:br/>
        <w:t>C. 碳化硅研磨膏</w:t>
        <w:br/>
        <w:br/>
        <w:t>D. 氧化铁研磨膏</w:t>
        <w:br/>
        <w:br/>
        <w:t>8. 钳工在装配齿轮时，为了保证齿轮啮合质量，应检查的项目是（ ）</w:t>
        <w:br/>
        <w:br/>
        <w:t>A. 齿侧间隙</w:t>
        <w:br/>
        <w:br/>
        <w:t>B. 接触斑点</w:t>
        <w:br/>
        <w:br/>
        <w:t>C. 径向跳动</w:t>
        <w:br/>
        <w:br/>
        <w:t>D. 以上都是</w:t>
        <w:br/>
        <w:br/>
        <w:t>9. 钳工在加工精密孔时，常用的加工方法是（ ）</w:t>
        <w:br/>
        <w:br/>
        <w:t>A. 钻孔</w:t>
        <w:br/>
        <w:br/>
        <w:t>B. 扩孔</w:t>
        <w:br/>
        <w:br/>
        <w:t>C. 铰孔</w:t>
        <w:br/>
        <w:br/>
        <w:t>D. 镗孔</w:t>
        <w:br/>
        <w:br/>
        <w:t>10. 钳工在装配密封件时，为了保证密封效果，应特别注意的事项是（ ）</w:t>
        <w:br/>
        <w:br/>
        <w:t>A. 表面粗糙度</w:t>
        <w:br/>
        <w:br/>
        <w:t>B. 装配压力</w:t>
        <w:br/>
        <w:br/>
        <w:t>C. 装配方向</w:t>
        <w:br/>
        <w:br/>
        <w:t>D. 以上都是</w:t>
        <w:br/>
        <w:br/>
        <w:t xml:space="preserve"> 二、判断题（共5题，每题2分，共10分）</w:t>
        <w:br/>
        <w:br/>
        <w:t>1. 钳工在使用台虎钳夹持工件时，可以锤击手柄以增加夹紧力。（ ）</w:t>
        <w:br/>
        <w:br/>
        <w:t>2. 钻削深孔时，应采用分级进给的方式，以排屑和冷却。（ ）</w:t>
        <w:br/>
        <w:br/>
        <w:t>3. 钳工在锉削时，应始终保持锉刀水平，不得上下摆动。（ ）</w:t>
        <w:br/>
        <w:br/>
        <w:t>4. 钳工在装配滚动轴承时，应使用铜棒或软金属垫块进行敲击。（ ）</w:t>
        <w:br/>
        <w:br/>
        <w:t>5. 钳工在研磨硬质合金时，可以使用碳化硅砂轮进行粗磨。（ ）</w:t>
        <w:br/>
        <w:br/>
        <w:t xml:space="preserve"> 三、多项选择题（共2题，每题2分，共4分）</w:t>
        <w:br/>
        <w:br/>
        <w:t>1. 钳工在加工精密零件时，需要控制的精度指标包括（ ）</w:t>
        <w:br/>
        <w:br/>
        <w:t>A. 尺寸精度</w:t>
        <w:br/>
        <w:br/>
        <w:t>B. 形状精度</w:t>
        <w:br/>
        <w:br/>
        <w:t>C. 位置精度</w:t>
        <w:br/>
        <w:br/>
        <w:t>D. 表面粗糙度</w:t>
        <w:br/>
        <w:br/>
        <w:t>2. 钳工在装配机械设备时，需要考虑的因素有（ ）</w:t>
        <w:br/>
        <w:br/>
        <w:t>A. 配合性质</w:t>
        <w:br/>
        <w:br/>
        <w:t>B. 装配顺序</w:t>
        <w:br/>
        <w:br/>
        <w:t>C. 装配方法</w:t>
        <w:br/>
        <w:br/>
        <w:t>D. 装配环境</w:t>
        <w:br/>
        <w:br/>
        <w:t xml:space="preserve"> 四、填空题（共5题，每题2分，共10分）</w:t>
        <w:br/>
        <w:br/>
        <w:t>1. 钳工常用的划线工具包括划针、________、高度尺和方箱等。</w:t>
        <w:br/>
        <w:br/>
        <w:t>2. 钳工在钻孔时，为了防止钻头偏斜，应先在工件上打出________。</w:t>
        <w:br/>
        <w:br/>
        <w:t>3. 钳工在锉削时，常用的锉削方法有交叉锉、顺向锉和________。</w:t>
        <w:br/>
        <w:br/>
        <w:t>4. 钳工在装配时，常用的装配方法有完全互换法、分组互换法、________和调整法。</w:t>
        <w:br/>
        <w:br/>
        <w:t>5. 钳工在研磨时，常用的研磨剂有液态研磨剂和________研磨剂。</w:t>
        <w:br/>
        <w:br/>
        <w:t xml:space="preserve"> 五、简答题（共2题，每题5分，共10分）</w:t>
        <w:br/>
        <w:br/>
        <w:t>1. 简述钳工在加工精密零件时，如何保证零件的加工精度？</w:t>
        <w:br/>
        <w:br/>
        <w:t>2. 钳工在装配机械设备时，应遵循哪些基本原则？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解析：精密零件加工需要高精度的测量工具。钢直尺精度较低，游标卡尺精度适中，千分尺精度最高可达0.01mm，角度尺主要用于测量角度。因此，加工精密零件时，千分尺是最常用的测量工具。</w:t>
        <w:br/>
        <w:br/>
        <w:t>2. 答案：D</w:t>
        <w:br/>
        <w:br/>
        <w:t>解析：锉刀的齿数越细，锉削后的表面质量越好。粗齿锉刀用于粗加工，中齿锉刀用于半精加工，细齿锉刀用于精加工，油光锉刀用于获得最佳表面质量。因此，为了获得较好的表面质量，应选择油光锉刀。</w:t>
        <w:br/>
        <w:br/>
        <w:t>3. 答案：B</w:t>
        <w:br/>
        <w:br/>
        <w:t>解析：标准麻花钻用于普通钻孔，群钻是改进的麻花钻，具有更好的排屑和冷却性能，能提高孔的表面质量。扩孔钻用于扩大已有孔，中心钻用于加工中心孔。因此，为了提高孔的表面质量，应采用群钻。</w:t>
        <w:br/>
        <w:br/>
        <w:t>4. 答案：D</w:t>
        <w:br/>
        <w:br/>
        <w:t>解析：轴承装配有多种方法，包括压入法、温差法（热装或冷装）、液压法等。具体选择哪种方法取决于轴承类型、尺寸和工作条件。因此，以上方法都是常用的轴承装配方法。</w:t>
        <w:br/>
        <w:br/>
        <w:t>5. 答案：C</w:t>
        <w:br/>
        <w:br/>
        <w:t>解析：丝锥和板牙是加工螺纹的工具，而螺纹量规和螺纹千分尺是测量螺纹精度的工具。为了保证螺纹精度，应使用螺纹量规进行综合测量，或使用螺纹千分尺进行单项参数测量。</w:t>
        <w:br/>
        <w:br/>
        <w:t>6. 答案：C</w:t>
        <w:br/>
        <w:br/>
        <w:t>解析：刮刀的角度影响刮削效果。45°刮刀用于粗刮，60°刮刀用于半精刮，75°刮刀用于精刮，90°刮刀用于光刮。为了获得较高的平面度，应选择75°刮刀。</w:t>
        <w:br/>
        <w:br/>
        <w:t>7. 答案：A</w:t>
        <w:br/>
        <w:br/>
        <w:t>解析：硬质合金是一种非常硬的材料，需要使用高硬度的研磨剂。金刚石研磨膏硬度最高，适合研磨硬质合金。氧化铝、碳化硅和氧化铁研磨膏硬度较低，不适合研磨硬质合金。</w:t>
        <w:br/>
        <w:br/>
        <w:t>8. 答案：D</w:t>
        <w:br/>
        <w:br/>
        <w:t>解析：齿轮装配质量需要检查多个项目，包括齿侧间隙（保证齿轮运转灵活性）、接触斑点（保证齿轮载荷分布均匀）和径向跳动（保证齿轮运转平稳性）。因此，以上都是需要检查的项目。</w:t>
        <w:br/>
        <w:br/>
        <w:t>9. 答案：C</w:t>
        <w:br/>
        <w:br/>
        <w:t>解析：钻孔精度较低，扩孔精度中等，铰孔精度高，可达IT7-IT9级，镗孔精度最高可达IT6级。对于精密孔加工，铰孔是一种常用的方法。</w:t>
        <w:br/>
        <w:br/>
        <w:t>10. 答案：D</w:t>
        <w:br/>
        <w:br/>
        <w:t>解析：密封件装配效果受多个因素影响，包括表面粗糙度（影响密封性能）、装配压力（影响密封变形）和装配方向（影响密封效果）。因此，以上都是需要特别注意的事项。</w:t>
        <w:br/>
        <w:br/>
        <w:t xml:space="preserve"> 二、判断题</w:t>
        <w:br/>
        <w:br/>
        <w:t>1. 答案：×</w:t>
        <w:br/>
        <w:br/>
        <w:t>解析：台虎钳设计时已经考虑了足够的夹紧力，锤击手柄可能会导致台虎钳损坏或工件变形。正确的做法是使用适当的力矩拧紧手柄，确保工件牢固夹持。</w:t>
        <w:br/>
        <w:br/>
        <w:t>2. 答案：√</w:t>
        <w:br/>
        <w:br/>
        <w:t>解析：钻削深孔时，由于钻头长径比大，排屑困难，容易产生切削热导致钻头损坏。采用分级进给的方式，可以及时排屑和冷却，保证钻削质量和钻头寿命。</w:t>
        <w:br/>
        <w:br/>
        <w:t>3. 答案：×</w:t>
        <w:br/>
        <w:br/>
        <w:t>解析：锉削时，锉刀可以有一定的上下摆动，特别是在锉削曲面时。正确的锉削姿势是保持锉刀基本水平，同时根据工件形状适当调整角度和运动方式。</w:t>
        <w:br/>
        <w:br/>
        <w:t>4. 答案：√</w:t>
        <w:br/>
        <w:br/>
        <w:t>解析：装配滚动轴承时，应避免直接敲击轴承本体，以免损坏轴承。使用铜棒或软金属垫块进行敲击，可以均匀传递力，保护轴承不受损伤。</w:t>
        <w:br/>
        <w:br/>
        <w:t>5. 答案：×</w:t>
        <w:br/>
        <w:br/>
        <w:t>解析：硬质合金硬度极高，普通砂轮难以对其进行加工。碳化硅砂轮虽然硬度较高，但仍不适合研磨硬质合金。硬质合金应使用金刚石砂轮进行加工。</w:t>
        <w:br/>
        <w:br/>
        <w:t xml:space="preserve"> 三、多项选择题</w:t>
        <w:br/>
        <w:br/>
        <w:t>1. 答案：ABCD</w:t>
        <w:br/>
        <w:br/>
        <w:t>解析：精密零件加工需要控制的精度指标包括：尺寸精度（零件的实际尺寸与设计尺寸的符合程度）、形状精度（零件表面的实际形状与理想形状的符合程度）、位置精度（零件各表面之间的相对位置精度）和表面粗糙度（零件表面的微观不平度）。这些指标共同决定了零件的加工质量。</w:t>
        <w:br/>
        <w:br/>
        <w:t>2. 答案：ABCD</w:t>
        <w:br/>
        <w:br/>
        <w:t>解析：钳工在装配机械设备时，需要考虑的因素包括：配合性质（过盈配合、过渡配合或间隙配合）、装配顺序（合理的装配顺序可以保证装配质量和效率）、装配方法（压入法、温差法、液压法等）和装配环境（温度、湿度、清洁度等）。这些因素都会影响装配质量和设备性能。</w:t>
        <w:br/>
        <w:br/>
        <w:t xml:space="preserve"> 四、填空题</w:t>
        <w:br/>
        <w:br/>
        <w:t>1. 答案：划规</w:t>
        <w:br/>
        <w:br/>
        <w:t>解析：划线是钳工加工的第一道工序，常用的划线工具包括划针（用于在工件表面划线）、划规（用于划圆或圆弧）、高度尺（用于测量和划高度线）和方箱（用于夹持工件和划垂直线）。</w:t>
        <w:br/>
        <w:br/>
        <w:t>2. 答案：中心孔</w:t>
        <w:br/>
        <w:br/>
        <w:t>解析：钻孔时，为了防止钻头偏斜，应先在工件上打出中心孔。中心孔可以引导钻头，使钻头开始切削时保持稳定，从而保证孔的位置精度。</w:t>
        <w:br/>
        <w:br/>
        <w:t>3. 答案：推锉</w:t>
        <w:br/>
        <w:br/>
        <w:t>解析：锉削是钳工的基本操作之一，常用的锉削方法有交叉锉（锉刀与工件表面成一定角度交叉移动，用于粗加工）、顺向锉（锉刀沿单一方向移动，用于半精加工）和推锉（双手握持锉刀，沿工件表面推拉，用于精加工和狭小空间）。</w:t>
        <w:br/>
        <w:br/>
        <w:t>4. 答案：修配法</w:t>
        <w:br/>
        <w:br/>
        <w:t>解析：装配方法有多种，包括完全互换法（零件无需选择即可装配）、分组互换法（将零件按尺寸分组进行装配）、修配法（通过修配某些零件达到装配要求）和调整法（通过调整某些零件的位置达到装配要求）。</w:t>
        <w:br/>
        <w:br/>
        <w:t>5. 答案：固态</w:t>
        <w:br/>
        <w:br/>
        <w:t>解析：研磨剂是研磨过程中使用的材料，分为液态研磨剂（如研磨液）和固态研磨剂（如研磨膏）。液态研磨剂用于湿研磨，固态研磨剂用于干研磨或半干研磨。</w:t>
        <w:br/>
        <w:br/>
        <w:t xml:space="preserve"> 五、简答题</w:t>
        <w:br/>
        <w:br/>
        <w:t>1. 答案：钳工在加工精密零件时，保证加工精度的措施包括：</w:t>
        <w:br/>
        <w:br/>
        <w:t>- 合理选择加工设备和工具，如使用高精度机床和精密量具；</w:t>
        <w:br/>
        <w:br/>
        <w:t>- 制定合理的加工工艺，合理安排加工顺序和工序；</w:t>
        <w:br/>
        <w:br/>
        <w:t>- 控制加工过程中的切削参数，如切削速度、进给量和切削深度；</w:t>
        <w:br/>
        <w:br/>
        <w:t>- 保持良好的加工环境，控制温度、湿度等因素；</w:t>
        <w:br/>
        <w:br/>
        <w:t>- 定期检查和校准测量工具，确保测量精度；</w:t>
        <w:br/>
        <w:br/>
        <w:t>- 采用适当的冷却和润滑方式，减少热变形；</w:t>
        <w:br/>
        <w:br/>
        <w:t>- 操作人员应具备丰富的经验和技能，严格按照工艺规程操作。</w:t>
        <w:br/>
        <w:br/>
        <w:t>2. 答案：钳工在装配机械设备时，应遵循的基本原则包括：</w:t>
        <w:br/>
        <w:br/>
        <w:t>- 先装配基准件，再装配其他零件，保证装配基准的准确性；</w:t>
        <w:br/>
        <w:br/>
        <w:t>- 先装配内部零件，再装配外部零件，便于操作和检查；</w:t>
        <w:br/>
        <w:br/>
        <w:t>- 先装配精度要求高的零件，再装配精度要求低的零件；</w:t>
        <w:br/>
        <w:br/>
        <w:t>- 先装配复杂零件，再装配简单零件，便于装配过程的控制；</w:t>
        <w:br/>
        <w:br/>
        <w:t>- 注意零件的配合性质，选择合适的装配方法；</w:t>
        <w:br/>
        <w:br/>
        <w:t>- 装配过程中应保持清洁，防止杂质进入；</w:t>
        <w:br/>
        <w:br/>
        <w:t>- 按照技术要求进行装配，确保装配质量；</w:t>
        <w:br/>
        <w:br/>
        <w:t>- 装配完成后进行全面检查和测试，确保设备性能符合要求。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