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2025年颜色测试题及答案</w:t>
      </w:r>
    </w:p>
    <w:p>
      <w:r>
        <w:br/>
        <w:t xml:space="preserve"> 第一类型题：单项选择题（每题2分，共20分）</w:t>
        <w:br/>
        <w:br/>
        <w:t>1. 在可见光谱中，哪种颜色的波长最长？</w:t>
        <w:br/>
        <w:br/>
        <w:t>A. 红色</w:t>
        <w:br/>
        <w:br/>
        <w:t>B. 橙色</w:t>
        <w:br/>
        <w:br/>
        <w:t>C. 黄色</w:t>
        <w:br/>
        <w:br/>
        <w:t>D. 绿色</w:t>
        <w:br/>
        <w:br/>
        <w:t>2. RGB色彩模型中，"R"代表什么？</w:t>
        <w:br/>
        <w:br/>
        <w:t>A. Red（红色）</w:t>
        <w:br/>
        <w:br/>
        <w:t>B. Green（绿色）</w:t>
        <w:br/>
        <w:br/>
        <w:t>C. Blue（蓝色）</w:t>
        <w:br/>
        <w:br/>
        <w:t>D. Rainbow（彩虹）</w:t>
        <w:br/>
        <w:br/>
        <w:t>3. 下列哪种颜色不属于三原色？</w:t>
        <w:br/>
        <w:br/>
        <w:t>A. 红色</w:t>
        <w:br/>
        <w:br/>
        <w:t>B. 黄色</w:t>
        <w:br/>
        <w:br/>
        <w:t>C. 蓝色</w:t>
        <w:br/>
        <w:br/>
        <w:t>D. 绿色</w:t>
        <w:br/>
        <w:br/>
        <w:t>4. 在色彩心理学中，哪种颜色通常与平静和放松相关？</w:t>
        <w:br/>
        <w:br/>
        <w:t>A. 红色</w:t>
        <w:br/>
        <w:br/>
        <w:t>B. 蓝色</w:t>
        <w:br/>
        <w:br/>
        <w:t>C. 黄色</w:t>
        <w:br/>
        <w:br/>
        <w:t>D. 黑色</w:t>
        <w:br/>
        <w:br/>
        <w:t>5. CMYK色彩模型主要用于什么领域？</w:t>
        <w:br/>
        <w:br/>
        <w:t>A. 电视显示</w:t>
        <w:br/>
        <w:br/>
        <w:t>B. 印刷</w:t>
        <w:br/>
        <w:br/>
        <w:t>C. 网页设计</w:t>
        <w:br/>
        <w:br/>
        <w:t>D. 绘画</w:t>
        <w:br/>
        <w:br/>
        <w:t>6. 下列哪种颜色混合会产生紫色？</w:t>
        <w:br/>
        <w:br/>
        <w:t>A. 红色和黄色</w:t>
        <w:br/>
        <w:br/>
        <w:t>B. 蓝色和黄色</w:t>
        <w:br/>
        <w:br/>
        <w:t>C. 红色和蓝色</w:t>
        <w:br/>
        <w:br/>
        <w:t>D. 绿色和蓝色</w:t>
        <w:br/>
        <w:br/>
        <w:t>7. 在色相环中，与绿色直接相邻的颜色是？</w:t>
        <w:br/>
        <w:br/>
        <w:t>A. 蓝色和黄色</w:t>
        <w:br/>
        <w:br/>
        <w:t>B. 红色和蓝色</w:t>
        <w:br/>
        <w:br/>
        <w:t>C. 橙色和紫色</w:t>
        <w:br/>
        <w:br/>
        <w:t>D. 黄色和蓝色</w:t>
        <w:br/>
        <w:br/>
        <w:t>8. 下列哪种颜色在大多数文化中与哀悼相关？</w:t>
        <w:br/>
        <w:br/>
        <w:t>A. 白色</w:t>
        <w:br/>
        <w:br/>
        <w:t>B. 黑色</w:t>
        <w:br/>
        <w:br/>
        <w:t>C. 红色</w:t>
        <w:br/>
        <w:br/>
        <w:t>D. 绿色</w:t>
        <w:br/>
        <w:br/>
        <w:t>9. 在色彩温度中，下列哪种颜色被认为是"暖色"？</w:t>
        <w:br/>
        <w:br/>
        <w:t>A. 蓝色</w:t>
        <w:br/>
        <w:br/>
        <w:t>B. 绿色</w:t>
        <w:br/>
        <w:br/>
        <w:t>C. 紫色</w:t>
        <w:br/>
        <w:br/>
        <w:t>D. 橙色</w:t>
        <w:br/>
        <w:br/>
        <w:t>10. 在可见光谱中，哪种颜色的波长最短？</w:t>
        <w:br/>
        <w:br/>
        <w:t>A. 红色</w:t>
        <w:br/>
        <w:br/>
        <w:t>B. 绿色</w:t>
        <w:br/>
        <w:br/>
        <w:t>C. 蓝色</w:t>
        <w:br/>
        <w:br/>
        <w:t>D. 紫色</w:t>
        <w:br/>
        <w:br/>
        <w:t xml:space="preserve"> 第二类型题：填空题（每题2分，共12分）</w:t>
        <w:br/>
        <w:br/>
        <w:t>1. 在色彩理论中，三原色是指______、______和______。</w:t>
        <w:br/>
        <w:br/>
        <w:t>2. RGB色彩模型中，R代表______，G代表______，B代表______。</w:t>
        <w:br/>
        <w:br/>
        <w:t>3. 在色彩心理学中，红色通常与______和______等情感相关。</w:t>
        <w:br/>
        <w:br/>
        <w:t>4. CMYK色彩模型中，C代表青色，M代表品红，Y代表黄色，K代表______。</w:t>
        <w:br/>
        <w:br/>
        <w:t>5. 在色彩搭配中，互补色是指在色相环上位于______位置的颜色。</w:t>
        <w:br/>
        <w:br/>
        <w:t>6. 色彩的三要素是色相、______和______。</w:t>
        <w:br/>
        <w:br/>
        <w:t xml:space="preserve"> 第三类型题：判断题（每题2分，共12分）</w:t>
        <w:br/>
        <w:br/>
        <w:t>1. 黑色是一种颜色。（ ）</w:t>
        <w:br/>
        <w:br/>
        <w:t>2. 在RGB色彩模型中，三种颜色值都为255时显示为白色。（ ）</w:t>
        <w:br/>
        <w:br/>
        <w:t>3. 黄色是由红色和绿色混合而成的。（ ）</w:t>
        <w:br/>
        <w:br/>
        <w:t>4. 在所有文化中，白色都代表纯洁和和平。（ ）</w:t>
        <w:br/>
        <w:br/>
        <w:t>5. 色彩的明度指的是颜色的鲜艳程度。（ ）</w:t>
        <w:br/>
        <w:br/>
        <w:t>6. 在印刷行业中，CMYK色彩模型比RGB更常用。（ ）</w:t>
        <w:br/>
        <w:br/>
        <w:t xml:space="preserve"> 第四类型题：多项选择题（每题2分，共4分）</w:t>
        <w:br/>
        <w:br/>
        <w:t>1. 下列哪些颜色属于暖色？（ ）</w:t>
        <w:br/>
        <w:br/>
        <w:t>A. 红色</w:t>
        <w:br/>
        <w:br/>
        <w:t>B. 橙色</w:t>
        <w:br/>
        <w:br/>
        <w:t>C. 黄色</w:t>
        <w:br/>
        <w:br/>
        <w:t>D. 蓝色</w:t>
        <w:br/>
        <w:br/>
        <w:t>E. 绿色</w:t>
        <w:br/>
        <w:br/>
        <w:t>2. 下列哪些因素会影响人们对颜色的感知？（ ）</w:t>
        <w:br/>
        <w:br/>
        <w:t>A. 文化背景</w:t>
        <w:br/>
        <w:br/>
        <w:t>B. 个人经历</w:t>
        <w:br/>
        <w:br/>
        <w:t>C. 光线条件</w:t>
        <w:br/>
        <w:br/>
        <w:t>D. 相邻颜色</w:t>
        <w:br/>
        <w:br/>
        <w:t>E. 情绪状态</w:t>
        <w:br/>
        <w:br/>
        <w:t xml:space="preserve"> 第五类型题：简答题（每题5分，共10分）</w:t>
        <w:br/>
        <w:br/>
        <w:t>1. 请简述色彩心理学的基本概念，并举例说明颜色如何影响人的情绪和行为。</w:t>
        <w:br/>
        <w:br/>
        <w:t>2. 解释RGB和CMYK两种色彩模型的主要区别及其应用场景。</w:t>
        <w:br/>
        <w:br/>
        <w:t xml:space="preserve"> 参考答案及解析</w:t>
        <w:br/>
        <w:br/>
        <w:t xml:space="preserve"> 第一类型题：单项选择题</w:t>
        <w:br/>
        <w:br/>
        <w:t>1. 答案：A. 红色</w:t>
        <w:br/>
        <w:br/>
        <w:t>解析：在可见光谱中，红色光的波长最长，约为620-750纳米；而紫色光的波长最短，约为380-450纳米。波长越长，能量越低，因此红色光在可见光谱中位于长波端。</w:t>
        <w:br/>
        <w:br/>
        <w:t>2. 答案：A. Red（红色）</w:t>
        <w:br/>
        <w:br/>
        <w:t>解析：RGB色彩模型是一种加色模型，其中R代表红色(Red)，G代表绿色(Green)，B代表蓝色(Blue)。这三种颜色通过不同比例的混合可以产生各种颜色。</w:t>
        <w:br/>
        <w:br/>
        <w:t>3. 答案：D. 绿色</w:t>
        <w:br/>
        <w:br/>
        <w:t>解析：在传统色彩理论中，三原色是指红色、黄色和蓝色。这三种颜色无法通过其他颜色混合而成，但可以混合产生其他所有颜色。绿色是由蓝色和黄色混合而成的二次色。</w:t>
        <w:br/>
        <w:br/>
        <w:t>4. 答案：B. 蓝色</w:t>
        <w:br/>
        <w:br/>
        <w:t>解析：色彩心理学研究表明，蓝色通常与平静、放松、信任和专业等情感相关。许多企业使用蓝色作为其品牌色，以传达可靠和专业的形象。</w:t>
        <w:br/>
        <w:br/>
        <w:t>5. 答案：B. 印刷</w:t>
        <w:br/>
        <w:br/>
        <w:t>解析：CMYK色彩模型是一种减色模型，主要用于印刷行业。C代表青色(Cyan)，M代表品红(Magenta)，Y代表黄色(Yellow)，K代表黑色(Black，K取自"Key"的最后一个字母，因为黑色在印刷中是关键色)。</w:t>
        <w:br/>
        <w:br/>
        <w:t>6. 答案：C. 红色和蓝色</w:t>
        <w:br/>
        <w:br/>
        <w:t>解析：在色彩混合中，红色和蓝色混合会产生紫色。这是色彩学中的基本原理，红色和蓝色是互补色，混合后会产生紫色系颜色。</w:t>
        <w:br/>
        <w:br/>
        <w:t>7. 答案：A. 蓝色和黄色</w:t>
        <w:br/>
        <w:br/>
        <w:t>解析：在色相环中，绿色位于蓝色和黄色之间，与这两种颜色直接相邻。色相环是一个圆形的色彩排列，展示了颜色之间的关系。</w:t>
        <w:br/>
        <w:br/>
        <w:t>8. 答案：B. 黑色</w:t>
        <w:br/>
        <w:br/>
        <w:t>解析：在许多西方文化中，黑色与哀悼、悲伤和死亡相关。葬礼上人们常穿黑色服装，表示对逝者的哀悼。然而，需要注意的是，不同文化对颜色的象征意义可能有所不同。</w:t>
        <w:br/>
        <w:br/>
        <w:t>9. 答案：D. 橙色</w:t>
        <w:br/>
        <w:br/>
        <w:t>解析：在色彩温度中，红色、橙色和黄色通常被认为是"暖色"，而蓝色、绿色和紫色被认为是"冷色"。暖色通常与温暖、活力和热情等情感相关。</w:t>
        <w:br/>
        <w:br/>
        <w:t>10. 答案：D. 紫色</w:t>
        <w:br/>
        <w:br/>
        <w:t>解析：在可见光谱中，紫色光的波长最短，约为380-450纳米。波长越短，能量越高，因此紫色光在可见光谱中位于短波端。</w:t>
        <w:br/>
        <w:br/>
        <w:t xml:space="preserve"> 第二类型题：填空题</w:t>
        <w:br/>
        <w:br/>
        <w:t>1. 答案：红色、黄色、蓝色</w:t>
        <w:br/>
        <w:br/>
        <w:t>解析：在传统色彩理论中，三原色是指红色、黄色和蓝色。这三种颜色无法通过其他颜色混合而成，但可以混合产生其他所有颜色。这是色彩学的基础概念。</w:t>
        <w:br/>
        <w:br/>
        <w:t>2. 答案：红色(Red)、绿色(Green)、蓝色(Blue)</w:t>
        <w:br/>
        <w:br/>
        <w:t>解析：RGB色彩模型是一种加色模型，广泛用于电子显示设备如电视、电脑显示器和手机屏幕等。在这种模型中，通过调整红、绿、蓝三种颜色的强度值(通常为0-255)来创建各种颜色。</w:t>
        <w:br/>
        <w:br/>
        <w:t>3. 答案：激情、能量/爱情、危险</w:t>
        <w:br/>
        <w:br/>
        <w:t>解析：色彩心理学研究表明，红色通常与激情、能量、爱情、危险等情感相关。红色是一种引人注目的颜色，能够引起强烈的生理反应，如提高心率和血压。</w:t>
        <w:br/>
        <w:br/>
        <w:t>4. 答案：黑色(Black)</w:t>
        <w:br/>
        <w:br/>
        <w:t>解析：在CMYK色彩模型中，K代表黑色(Black)。虽然理论上黑色可以通过混合青色、品红和黄色得到，但在实际印刷中，直接使用黑色油墨更经济且效果更好，因此CMYK模型中包含专门的黑色通道。</w:t>
        <w:br/>
        <w:br/>
        <w:t>5. 答案：相对/对面</w:t>
        <w:br/>
        <w:br/>
        <w:t>解析：在色彩搭配中，互补色是指在色相环上位于相对位置(180度角)的颜色。例如，红色和绿色、蓝色和橙色、黄色和紫色都是互补色。互补色搭配能够产生强烈的视觉对比效果。</w:t>
        <w:br/>
        <w:br/>
        <w:t>6. 答案：明度、饱和度</w:t>
        <w:br/>
        <w:br/>
        <w:t>解析：色彩的三要素是色相、明度和饱和度。色相指的是颜色的基本属性，如红色、蓝色等；明度指的是颜色的明暗程度；饱和度指的是颜色的纯度或鲜艳程度。</w:t>
        <w:br/>
        <w:br/>
        <w:t xml:space="preserve"> 第三类型题：判断题</w:t>
        <w:br/>
        <w:br/>
        <w:t>1. 答案：×</w:t>
        <w:br/>
        <w:br/>
        <w:t>解析：黑色不是一种颜色，而是光的缺乏或absence。在色彩理论中，黑色是所有颜色的absence，而白色是所有颜色的混合。在RGB模型中，黑色是RGB值都为0的状态。</w:t>
        <w:br/>
        <w:br/>
        <w:t>2. 答案：√</w:t>
        <w:br/>
        <w:br/>
        <w:t>解析：在RGB色彩模型中，三种颜色值都为255时显示为白色。这是因为RGB是一种加色模型，当所有颜色通道都达到最大值时，会产生白色光。相反，当所有颜色值都为0时，显示为黑色。</w:t>
        <w:br/>
        <w:br/>
        <w:t>3. 答案：√</w:t>
        <w:br/>
        <w:br/>
        <w:t>解析：黄色是由红色和绿色混合而成的。在RGB色彩模型中，当红色和绿色的值相等且都高于蓝色值时，会产生黄色。这是色彩混合的基本原理之一。</w:t>
        <w:br/>
        <w:br/>
        <w:t>4. 答案：×</w:t>
        <w:br/>
        <w:br/>
        <w:t>解析：并非在所有文化中，白色都代表纯洁和和平。在许多西方文化中，白色确实与纯洁、和平相关，但在一些东方文化如中国传统文化中，白色与丧葬和哀悼相关。颜色的象征意义因文化而异。</w:t>
        <w:br/>
        <w:br/>
        <w:t>5. 答案：×</w:t>
        <w:br/>
        <w:br/>
        <w:t>解析：色彩的明度指的是颜色的明暗程度，而不是鲜艳程度。饱和度指的是颜色的纯度或鲜艳程度。明度高的颜色看起来较亮，明度低的颜色看起来较暗。</w:t>
        <w:br/>
        <w:br/>
        <w:t>6. 答案：√</w:t>
        <w:br/>
        <w:br/>
        <w:t>解析：在印刷行业中，CMYK色彩模型比RGB更常用。这是因为CMYK是一种减色模型，适合印刷过程，而RGB是一种加色模型，主要用于电子显示设备。印刷品需要考虑油墨的叠加效果，因此使用CMYK模型更为准确。</w:t>
        <w:br/>
        <w:br/>
        <w:t xml:space="preserve"> 第四类型题：多项选择题</w:t>
        <w:br/>
        <w:br/>
        <w:t>1. 答案：A、B、C</w:t>
        <w:br/>
        <w:br/>
        <w:t>解析：暖色包括红色、橙色和黄色等颜色，这些颜色通常与温暖、活力和热情等情感相关。蓝色、绿色和紫色则被认为是冷色，与平静、凉爽等情感相关。暖色在视觉上会向前突出，而冷色则会向后退缩。</w:t>
        <w:br/>
        <w:br/>
        <w:t>2. 答案：A、B、C、D、E</w:t>
        <w:br/>
        <w:br/>
        <w:t>解析：人们对颜色的感知受到多种因素的影响。文化背景会影响颜色的象征意义；个人经历会形成对颜色的特定联想；光线条件会影响颜色的呈现；相邻颜色会影响颜色的感知效果；情绪状态会影响对颜色的偏好和解读。这些因素共同作用，使每个人对颜色的感知都有所不同。</w:t>
        <w:br/>
        <w:br/>
        <w:t xml:space="preserve"> 第五类型题：简答题</w:t>
        <w:br/>
        <w:br/>
        <w:t>1. 答案：</w:t>
        <w:br/>
        <w:br/>
        <w:t>色彩心理学是研究颜色如何影响人类情绪、行为和认知的学科。它探索颜色与心理反应之间的关系，以及这些关系如何应用于设计、营销和其他领域。</w:t>
        <w:br/>
        <w:br/>
        <w:t>颜色对人的情绪和行为有显著影响。例如：</w:t>
        <w:br/>
        <w:br/>
        <w:t>- 红色能够提高心率和血压，引起注意力和兴奋感，常用于促销和紧急警示</w:t>
        <w:br/>
        <w:br/>
        <w:t>- 蓝色能够降低心率和血压，产生平静和放松的效果，常用于医疗环境和需要专注的工作场所</w:t>
        <w:br/>
        <w:br/>
        <w:t>- 绿色与自然和健康相关，能够减轻眼睛疲劳，常用于环保产品和休息空间</w:t>
        <w:br/>
        <w:br/>
        <w:t>- 黄色能够提高警觉性和创造力，但过多使用可能引起焦虑，常用于警示标志和创意空间</w:t>
        <w:br/>
        <w:br/>
        <w:t>- 紫色与奢华和神秘相关，能够激发想象力，常用于高端产品和创意产业</w:t>
        <w:br/>
        <w:br/>
        <w:t>这些影响不仅基于颜色的物理特性，还受到文化背景、个人经历和情境因素的影响。因此，在应用色彩心理学时需要考虑这些复杂因素。</w:t>
        <w:br/>
        <w:br/>
        <w:t>2. 答案：</w:t>
        <w:br/>
        <w:br/>
        <w:t>RGB和CMYK是两种主要的色彩模型，它们的工作原理和应用场景有显著区别：</w:t>
        <w:br/>
        <w:br/>
        <w:t>RGB（红、绿、蓝）是一种加色模型，通过不同比例的红、绿、蓝光混合来产生各种颜色。当所有颜色都达到最大值时，产生白色光；当所有颜色值都为0时，产生黑色。RGB模型主要用于电子显示设备，如电视、电脑显示器、手机屏幕等，因为这些设备是通过发光来显示图像的。</w:t>
        <w:br/>
        <w:br/>
        <w:t>CMYK（青、品红、黄、黑）是一种减色模型，通过吸收（减去）白光中的某些颜色来产生其他颜色。当所有颜色都叠加时，理论上应该吸收所有光产生黑色，但实际上会产生浑浊的棕色，因此需要专门的黑色通道（K）。CMYK模型主要用于印刷行业，如书籍、杂志、宣传材料等，因为这些是通过油墨在纸张上印刷来呈现图像的。</w:t>
        <w:br/>
        <w:br/>
        <w:t>两种模型的主要区别在于：RGB是加色模型，通过增加光来产生颜色，而CMYK是减色模型，通过减少光来产生颜色；RGB使用红、绿、蓝三原色，而CMYK使用青、品红、黄、黑四色；RGB适用于发光设备，而CMYK适用于印刷品。在实际应用中，需要根据输出媒介选择合适的色彩模型，以确保颜色的一致性和准确性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