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2025年现代景观试题及答案详解</w:t>
      </w:r>
    </w:p>
    <w:p>
      <w:r>
        <w:br/>
        <w:t xml:space="preserve"> 一、单项选择题（共10题，每题2分，共20分）</w:t>
        <w:br/>
        <w:br/>
        <w:t>1. 下列哪项不属于现代景观设计的核心原则？</w:t>
        <w:br/>
        <w:br/>
        <w:t>A. 生态可持续性</w:t>
        <w:br/>
        <w:br/>
        <w:t>B. 功能实用性</w:t>
        <w:br/>
        <w:br/>
        <w:t>C. 视觉美观性</w:t>
        <w:br/>
        <w:br/>
        <w:t>D. 传统继承性</w:t>
        <w:br/>
        <w:br/>
        <w:t>2. "现代主义景观设计"起源于哪个时期？</w:t>
        <w:br/>
        <w:br/>
        <w:t>A. 18世纪</w:t>
        <w:br/>
        <w:br/>
        <w:t>B. 19世纪中期</w:t>
        <w:br/>
        <w:br/>
        <w:t>C. 20世纪初</w:t>
        <w:br/>
        <w:br/>
        <w:t>D. 20世纪中期</w:t>
        <w:br/>
        <w:br/>
        <w:t>3. 在现代景观设计中，"海绵城市"理念主要解决的问题是：</w:t>
        <w:br/>
        <w:br/>
        <w:t>A. 城市热岛效应</w:t>
        <w:br/>
        <w:br/>
        <w:t>B. 城市内涝</w:t>
        <w:br/>
        <w:br/>
        <w:t>C. 空气污染</w:t>
        <w:br/>
        <w:br/>
        <w:t>D. 生物多样性减少</w:t>
        <w:br/>
        <w:br/>
        <w:t>4. 下列哪种材料在现代景观设计中常用于透水铺装？</w:t>
        <w:br/>
        <w:br/>
        <w:t>A. 沥青</w:t>
        <w:br/>
        <w:br/>
        <w:t>B. 混凝土</w:t>
        <w:br/>
        <w:br/>
        <w:t>C. 透水砖</w:t>
        <w:br/>
        <w:br/>
        <w:t>D. 花岗岩</w:t>
        <w:br/>
        <w:br/>
        <w:t>5. 现代景观设计中，"雨水花园"的主要功能是：</w:t>
        <w:br/>
        <w:br/>
        <w:t>A. 美化环境</w:t>
        <w:br/>
        <w:br/>
        <w:t>B. 收集雨水</w:t>
        <w:br/>
        <w:br/>
        <w:t>C. 净化水质</w:t>
        <w:br/>
        <w:br/>
        <w:t>D. B和C</w:t>
        <w:br/>
        <w:br/>
        <w:t>6. "极简主义"景观设计风格强调的是：</w:t>
        <w:br/>
        <w:br/>
        <w:t>A. 丰富的植物配置</w:t>
        <w:br/>
        <w:br/>
        <w:t>B. 复杂的几何形态</w:t>
        <w:br/>
        <w:br/>
        <w:t>C. 简洁的线条和形式</w:t>
        <w:br/>
        <w:br/>
        <w:t>D. 多样的色彩搭配</w:t>
        <w:br/>
        <w:br/>
        <w:t>7. 在现代景观设计中，"生态廊道"的主要作用是：</w:t>
        <w:br/>
        <w:br/>
        <w:t>A. 连接破碎化的栖息地</w:t>
        <w:br/>
        <w:br/>
        <w:t>B. 分隔不同功能区</w:t>
        <w:br/>
        <w:br/>
        <w:t>C. 增加景观层次感</w:t>
        <w:br/>
        <w:br/>
        <w:t>D. 提供休憩空间</w:t>
        <w:br/>
        <w:br/>
        <w:t>8. 下列哪位设计师被誉为"现代景观设计之父"？</w:t>
        <w:br/>
        <w:br/>
        <w:t>A. 弗雷德里克·劳·奥姆斯特德</w:t>
        <w:br/>
        <w:br/>
        <w:t>B. 托马斯·丘奇</w:t>
        <w:br/>
        <w:br/>
        <w:t>C. 彼得·沃克</w:t>
        <w:br/>
        <w:br/>
        <w:t>D. 丹·凯利</w:t>
        <w:br/>
        <w:br/>
        <w:t>9. 在现代景观设计中，"雨水收集系统"的主要目的是：</w:t>
        <w:br/>
        <w:br/>
        <w:t>A. 节约水资源</w:t>
        <w:br/>
        <w:br/>
        <w:t>B. 减少地表径流</w:t>
        <w:br/>
        <w:br/>
        <w:t>C. 补充地下水</w:t>
        <w:br/>
        <w:br/>
        <w:t>D. A和C</w:t>
        <w:br/>
        <w:br/>
        <w:t>10. 现代景观设计中的"乡土植物"概念强调：</w:t>
        <w:br/>
        <w:br/>
        <w:t>A. 引进外来物种</w:t>
        <w:br/>
        <w:br/>
        <w:t>B. 使用当地原生植物</w:t>
        <w:br/>
        <w:br/>
        <w:t>C. 优先选择名贵植物</w:t>
        <w:br/>
        <w:br/>
        <w:t>D. 大面积使用草坪</w:t>
        <w:br/>
        <w:br/>
        <w:t xml:space="preserve"> 二、填空题（共5题，每题2分，共10分）</w:t>
        <w:br/>
        <w:br/>
        <w:t>1. 现代景观设计的三大基本要素是地形、________和植物。</w:t>
        <w:br/>
        <w:br/>
        <w:t>2. "景观都市主义"是一种将________与城市设计相结合的设计理念。</w:t>
        <w:br/>
        <w:br/>
        <w:t>3. 在现代景观设计中，"雨水管理"的三个主要目标是减少径流、________和水质净化。</w:t>
        <w:br/>
        <w:br/>
        <w:t>4. 现代景观设计中的"可持续性"主要体现在生态、经济和________三个维度。</w:t>
        <w:br/>
        <w:br/>
        <w:t>5. "口袋公园"是指位于城市中的小型公共绿地，通常面积在________平方米以下。</w:t>
        <w:br/>
        <w:br/>
        <w:t xml:space="preserve"> 三、判断题（共5题，每题2分，共10分）</w:t>
        <w:br/>
        <w:br/>
        <w:t>1. 现代景观设计完全摒弃了传统园林的设计元素和理念。（ ）</w:t>
        <w:br/>
        <w:br/>
        <w:t>2. 在现代景观设计中，硬质景观的比例通常高于软质景观。（ ）</w:t>
        <w:br/>
        <w:br/>
        <w:t>3. "绿色基础设施"是现代城市规划的重要组成部分，包括公园、绿地、雨水花园等。（ ）</w:t>
        <w:br/>
        <w:br/>
        <w:t>4. 现代景观设计中，功能分区是首要考虑的因素，美学价值次之。（ ）</w:t>
        <w:br/>
        <w:br/>
        <w:t>5. 在现代景观设计中，"低影响开发"强调的是减少对自然环境的干扰和破坏。（ ）</w:t>
        <w:br/>
        <w:br/>
        <w:t xml:space="preserve"> 四、多项选择题（共2题，每题2分，共4分）</w:t>
        <w:br/>
        <w:br/>
        <w:t>1. 下列哪些属于现代景观设计中的生态技术？（ ）</w:t>
        <w:br/>
        <w:br/>
        <w:t>A. 雨水花园</w:t>
        <w:br/>
        <w:br/>
        <w:t>B. 绿色屋顶</w:t>
        <w:br/>
        <w:br/>
        <w:t>C. 透水铺装</w:t>
        <w:br/>
        <w:br/>
        <w:t>D. 喷灌系统</w:t>
        <w:br/>
        <w:br/>
        <w:t>2. 现代景观设计中，"人性化设计"应考虑哪些因素？（  ）</w:t>
        <w:br/>
        <w:br/>
        <w:t>A. 使用者的需求</w:t>
        <w:br/>
        <w:br/>
        <w:t>B. 无障碍设计</w:t>
        <w:br/>
        <w:br/>
        <w:t>C. 心理感受</w:t>
        <w:br/>
        <w:br/>
        <w:t>D. 维护管理的便利性</w:t>
        <w:br/>
        <w:br/>
        <w:t xml:space="preserve"> 五、简答题（共2题，每题5分，共10分）</w:t>
        <w:br/>
        <w:br/>
        <w:t>1. 简述现代景观设计中"生态优先"原则的内涵及其应用。</w:t>
        <w:br/>
        <w:br/>
        <w:t>2. 分析现代景观设计中传统与现代元素的融合方式及其意义。</w:t>
        <w:br/>
        <w:br/>
        <w:t xml:space="preserve"> 答案及解析</w:t>
        <w:br/>
        <w:br/>
        <w:t xml:space="preserve"> 一、单项选择题</w:t>
        <w:br/>
        <w:br/>
        <w:t>1. 答案：D</w:t>
        <w:br/>
        <w:br/>
        <w:t>解析：现代景观设计的核心原则包括生态可持续性、功能实用性、视觉美观性等，但传统继承性并非现代景观设计的核心原则。现代景观设计强调创新和时代性，虽然也会借鉴传统元素，但并非以传统继承为核心。</w:t>
        <w:br/>
        <w:br/>
        <w:t>2. 答案：C</w:t>
        <w:br/>
        <w:br/>
        <w:t>解析：现代主义景观设计起源于20世纪初，受到现代主义建筑运动的影响，强调功能主义、简洁形式和新技术新材料的应用，代表人物包括托马斯·丘奇、盖瑞·斯泰等。</w:t>
        <w:br/>
        <w:br/>
        <w:t>3. 答案：B</w:t>
        <w:br/>
        <w:br/>
        <w:t>解析："海绵城市"是现代城市雨洪管理概念，通过加强城市规划建设管理，充分发挥建筑、道路、绿地、水系等生态系统对雨水的吸纳、蓄渗和缓释作用，有效缓解城市内涝。</w:t>
        <w:br/>
        <w:br/>
        <w:t>4. 答案：C</w:t>
        <w:br/>
        <w:br/>
        <w:t>解析：透水砖是一种具有透水功能的铺装材料，可以让雨水迅速渗透到地下，有效补充地下水，减少地表径流，是现代景观设计中常用的环保材料。</w:t>
        <w:br/>
        <w:br/>
        <w:t>5. 答案：D</w:t>
        <w:br/>
        <w:br/>
        <w:t>解析：雨水花园是一种浅凹绿地，主要用于收集、净化和滞留雨水，通过植物和土壤的自然过滤作用净化水质，同时减少雨水径流，是现代景观设计中重要的生态设施。</w:t>
        <w:br/>
        <w:br/>
        <w:t>6. 答案：C</w:t>
        <w:br/>
        <w:br/>
        <w:t>解析：极简主义景观设计风格强调简洁的线条和形式，减少不必要的装饰和元素，追求空间的纯粹性和本质，代表人物包括彼得·沃克等。</w:t>
        <w:br/>
        <w:br/>
        <w:t>7. 答案：A</w:t>
        <w:br/>
        <w:br/>
        <w:t>解析：生态廊道是指连接破碎化栖息地的线性景观元素，有助于物种迁徙、基因交流和生态系统的连通性，是现代景观生态学中的重要概念。</w:t>
        <w:br/>
        <w:br/>
        <w:t>8. 答案：A</w:t>
        <w:br/>
        <w:br/>
        <w:t>解析：弗雷德里克·劳·奥姆斯特德(Frederick Law Olmsted)被誉为"现代景观设计之父"，他设计了纽约中央公园，开创了现代景观设计的先河。</w:t>
        <w:br/>
        <w:br/>
        <w:t>9. 答案：D</w:t>
        <w:br/>
        <w:br/>
        <w:t>解析：雨水收集系统的主要目的是节约水资源和补充地下水，通过收集屋顶、路面等处的雨水，经过简单处理后用于灌溉、景观用水等，减少对市政供水的依赖。</w:t>
        <w:br/>
        <w:br/>
        <w:t>10. 答案：B</w:t>
        <w:br/>
        <w:br/>
        <w:t>解析：乡土植物是指在当地自然环境中生长的植物，具有适应性强、维护成本低、生态效益好等特点，现代景观设计越来越强调使用乡土植物，以创造更具地域特色和生态价值的景观。</w:t>
        <w:br/>
        <w:br/>
        <w:t xml:space="preserve"> 二、填空题</w:t>
        <w:br/>
        <w:br/>
        <w:t>1. 答案：水体</w:t>
        <w:br/>
        <w:br/>
        <w:t>解析：现代景观设计的三大基本要素是地形、水体和植物。地形塑造空间骨架，水体提供动态元素和生态功能，植物则赋予空间生机和美感。</w:t>
        <w:br/>
        <w:br/>
        <w:t>2. 答案：景观设计</w:t>
        <w:br/>
        <w:br/>
        <w:t>解析：景观都市主义(Landscape Urbanism)是一种将景观设计与城市设计相结合的设计理念，强调景观作为城市组织和发展的基本框架和媒介。</w:t>
        <w:br/>
        <w:br/>
        <w:t>3. 答案：增加渗透</w:t>
        <w:br/>
        <w:br/>
        <w:t>解析：现代景观设计中雨水管理的三个主要目标是减少径流、增加渗透和水质净化，通过这些措施实现雨水的可持续管理。</w:t>
        <w:br/>
        <w:br/>
        <w:t>4. 答案：社会</w:t>
        <w:br/>
        <w:br/>
        <w:t>解析：现代景观设计中的可持续性主要体现在生态、经济和社会三个维度，即环境可持续性、经济可持续性和社会可持续性。</w:t>
        <w:br/>
        <w:br/>
        <w:t>5. 答案：400</w:t>
        <w:br/>
        <w:br/>
        <w:t>解析：口袋公园(Parklet)是指位于城市中的小型公共绿地，通常面积在400平方米以下，它们利用城市中的闲置空间，为市民提供休憩和社交场所。</w:t>
        <w:br/>
        <w:br/>
        <w:t xml:space="preserve"> 三、判断题</w:t>
        <w:br/>
        <w:br/>
        <w:t>1. 答案：×</w:t>
        <w:br/>
        <w:br/>
        <w:t>解析：现代景观设计并非完全摒弃传统园林的设计元素和理念，而是在继承传统精华的基础上进行创新和发展，许多现代景观设计作品都融入了传统园林的智慧和美学。</w:t>
        <w:br/>
        <w:br/>
        <w:t>2. 答案：×</w:t>
        <w:br/>
        <w:br/>
        <w:t>解析：在现代景观设计中，硬质景观和软质景观的比例应根据具体项目需求和场地条件来确定，没有固定的比例关系。现代景观设计强调生态平衡，通常会增加软质景观的比例。</w:t>
        <w:br/>
        <w:br/>
        <w:t>3. 答案：√</w:t>
        <w:br/>
        <w:br/>
        <w:t>解析：绿色基础设施(Green Infrastructure)是现代城市规划的重要组成部分，包括公园、绿地、雨水花园、绿色屋顶等生态空间，它们共同构成城市的生态网络。</w:t>
        <w:br/>
        <w:br/>
        <w:t>4. 答案：×</w:t>
        <w:br/>
        <w:br/>
        <w:t>解析：现代景观设计中，功能分区、美学价值、生态效益和社会需求等因素同等重要，需要综合考虑，而非将功能分区作为首要考虑因素。</w:t>
        <w:br/>
        <w:br/>
        <w:t>5. 答案：√</w:t>
        <w:br/>
        <w:br/>
        <w:t>解析：低影响开发(Low Impact Development)是现代景观设计中的重要理念，强调通过分散式的小型生态设施，减少对自然环境的干扰和破坏，实现人与自然的和谐共生。</w:t>
        <w:br/>
        <w:br/>
        <w:t xml:space="preserve"> 四、多项选择题</w:t>
        <w:br/>
        <w:br/>
        <w:t>1. 答案：ABC</w:t>
        <w:br/>
        <w:br/>
        <w:t>解析：雨水花园、绿色屋顶和透水铺装都属于现代景观设计中的生态技术，它们有助于雨水管理、改善生态环境。喷灌系统虽然用于灌溉，但并不属于生态技术范畴，反而可能消耗大量水资源。</w:t>
        <w:br/>
        <w:br/>
        <w:t>2. 答案：ABCD</w:t>
        <w:br/>
        <w:br/>
        <w:t>解析：人性化设计是现代景观设计的重要原则，需要考虑使用者的需求、无障碍设计、心理感受以及维护管理的便利性等多个方面，创造舒适、安全、便捷的景观环境。</w:t>
        <w:br/>
        <w:br/>
        <w:t xml:space="preserve"> 五、简答题</w:t>
        <w:br/>
        <w:br/>
        <w:t>1. 答案：</w:t>
        <w:br/>
        <w:br/>
        <w:t>"生态优先"原则是现代景观设计的核心理念之一，其内涵是指在景观设计过程中，将生态环境保护放在首位，尊重自然规律，维护生态平衡，促进人与自然和谐共生。</w:t>
        <w:br/>
        <w:br/>
        <w:t>应用方面：</w:t>
        <w:br/>
        <w:br/>
        <w:t>- 保护场地原有生态系统和生物多样性</w:t>
        <w:br/>
        <w:br/>
        <w:t>- 采用乡土植物，减少外来物种入侵风险</w:t>
        <w:br/>
        <w:br/>
        <w:t>- 设计雨水管理系统，实现水资源的循环利用</w:t>
        <w:br/>
        <w:br/>
        <w:t>- 创造多样化的生境，为野生动植物提供栖息地</w:t>
        <w:br/>
        <w:br/>
        <w:t>- 采用生态友好型材料和施工技术，减少对环境的负面影响</w:t>
        <w:br/>
        <w:br/>
        <w:t>- 设计生态廊道，连接破碎化的栖息地</w:t>
        <w:br/>
        <w:br/>
        <w:t>- 推广绿色基础设施，构建城市生态网络</w:t>
        <w:br/>
        <w:br/>
        <w:t>2. 答案：</w:t>
        <w:br/>
        <w:br/>
        <w:t>现代景观设计中传统与现代元素的融合方式主要有：</w:t>
        <w:br/>
        <w:br/>
        <w:t>(1)形式与符号的借鉴：提取传统园林中的经典元素和符号，以现代设计手法重新诠释，如将传统亭台楼阁简化为现代几何形态。</w:t>
        <w:br/>
        <w:br/>
        <w:t>(2)材料与技术的创新：保留传统材料的美学特质，结合现代技术进行创新应用，如传统石材与现代透水技术结合。</w:t>
        <w:br/>
        <w:br/>
        <w:t>(3)空间意境的延续：传承传统园林的空间组织方式和意境营造手法，如借景、框景等，在现代空间中重新演绎。</w:t>
        <w:br/>
        <w:br/>
        <w:t>(4)文化内涵的表达：将传统文化符号和哲学思想融入现代景观设计，体现文化自信和地域特色。</w:t>
        <w:br/>
        <w:br/>
        <w:t>融合的意义：</w:t>
        <w:br/>
        <w:br/>
        <w:t>- 创造具有地域特色和文化认同的景观空间</w:t>
        <w:br/>
        <w:br/>
        <w:t>- 实现传统智慧与现代技术的有机结合</w:t>
        <w:br/>
        <w:br/>
        <w:t>- 增强公众对传统文化的认知和认同</w:t>
        <w:br/>
        <w:br/>
        <w:t>- 促进景观设计的创新与发展</w:t>
        <w:br/>
        <w:br/>
        <w:t>- 构建既有历史底蕴又具时代精神的景观环境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