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rPr>
          <w:rFonts w:ascii="宋体" w:hAnsi="宋体" w:eastAsia="宋体"/>
          <w:color w:val="000000"/>
          <w:sz w:val="44"/>
        </w:rPr>
        <w:t>2025年培养职业素质试题及答案</w:t>
      </w:r>
    </w:p>
    <w:p>
      <w:r>
        <w:br/>
        <w:t>一、单项选择题（每题2分，共10题）</w:t>
        <w:br/>
        <w:br/>
        <w:t>1. 职业素质的核心要素不包括以下哪一项？</w:t>
        <w:br/>
        <w:br/>
        <w:t>A. 专业技能</w:t>
        <w:br/>
        <w:br/>
        <w:t>B. 职业道德</w:t>
        <w:br/>
        <w:br/>
        <w:t>C. 人际交往能力</w:t>
        <w:br/>
        <w:br/>
        <w:t>D. 外貌条件</w:t>
        <w:br/>
        <w:br/>
        <w:t>2. 在职场中，有效沟通的关键是：</w:t>
        <w:br/>
        <w:br/>
        <w:t>A. 表达自己的观点</w:t>
        <w:br/>
        <w:br/>
        <w:t>B. 倾听他人的意见</w:t>
        <w:br/>
        <w:br/>
        <w:t>C. 控制对话节奏</w:t>
        <w:br/>
        <w:br/>
        <w:t>D. 使用专业术语</w:t>
        <w:br/>
        <w:br/>
        <w:t>3. 职业规划的第一步应该是：</w:t>
        <w:br/>
        <w:br/>
        <w:t>A. 确定长期职业目标</w:t>
        <w:br/>
        <w:br/>
        <w:t>B. 评估个人兴趣和能力</w:t>
        <w:br/>
        <w:br/>
        <w:t>C. 研究就业市场需求</w:t>
        <w:br/>
        <w:br/>
        <w:t>D. 制定短期行动计划</w:t>
        <w:br/>
        <w:br/>
        <w:t>4. 在团队协作中，以下哪种行为最不利于团队效能？</w:t>
        <w:br/>
        <w:br/>
        <w:t>A. 积极分享信息</w:t>
        <w:br/>
        <w:br/>
        <w:t>B. 推卸责任</w:t>
        <w:br/>
        <w:br/>
        <w:t>C. 尊重他人意见</w:t>
        <w:br/>
        <w:br/>
        <w:t>D. 提出建设性反馈</w:t>
        <w:br/>
        <w:br/>
        <w:t>5. 面对工作压力时，最健康的应对方式是：</w:t>
        <w:br/>
        <w:br/>
        <w:t>A. 完全避免压力源</w:t>
        <w:br/>
        <w:br/>
        <w:t>B. 寻求社会支持</w:t>
        <w:br/>
        <w:br/>
        <w:t>C. 通过运动释放压力</w:t>
        <w:br/>
        <w:br/>
        <w:t>D. 增加工作时间</w:t>
        <w:br/>
        <w:br/>
        <w:t>6. 职业道德的基本原则是：</w:t>
        <w:br/>
        <w:br/>
        <w:t>A. 追求个人利益最大化</w:t>
        <w:br/>
        <w:br/>
        <w:t>B. 诚实守信、尊重他人</w:t>
        <w:br/>
        <w:br/>
        <w:t>C. 遵循行业潜规则</w:t>
        <w:br/>
        <w:br/>
        <w:t>D. 优先考虑上级意见</w:t>
        <w:br/>
        <w:br/>
        <w:t>7. 在数字化时代，以下哪项能力对职业发展最为关键？</w:t>
        <w:br/>
        <w:br/>
        <w:t>A. 记忆大量信息</w:t>
        <w:br/>
        <w:br/>
        <w:t>B. 快速学习新技术</w:t>
        <w:br/>
        <w:br/>
        <w:t>C. 手工操作技能</w:t>
        <w:br/>
        <w:br/>
        <w:t>D. 传统管理经验</w:t>
        <w:br/>
        <w:br/>
        <w:t>8. 职业倦怠的主要症状不包括：</w:t>
        <w:br/>
        <w:br/>
        <w:t>A. 工作热情下降</w:t>
        <w:br/>
        <w:br/>
        <w:t>B. 对工作产生负面情绪</w:t>
        <w:br/>
        <w:br/>
        <w:t>C. 工作效率提高</w:t>
        <w:br/>
        <w:br/>
        <w:t>D. 身体健康问题</w:t>
        <w:br/>
        <w:br/>
        <w:t>9. 在跨文化职场环境中，最重要的是：</w:t>
        <w:br/>
        <w:br/>
        <w:t>A. 坚持自己的文化习惯</w:t>
        <w:br/>
        <w:br/>
        <w:t>B. 尊重并适应不同文化</w:t>
        <w:br/>
        <w:br/>
        <w:t>C. 避免与文化背景不同的人交流</w:t>
        <w:br/>
        <w:br/>
        <w:t>D. 强调自己文化的优越性</w:t>
        <w:br/>
        <w:br/>
        <w:t>10. 职业素养的提升是一个：</w:t>
        <w:br/>
        <w:br/>
        <w:t>A. 一次性完成的过程</w:t>
        <w:br/>
        <w:br/>
        <w:t>B. 持续终身的学习过程</w:t>
        <w:br/>
        <w:br/>
        <w:t>C. 仅在职业初期需要关注</w:t>
        <w:br/>
        <w:br/>
        <w:t>D. 主要依靠学校教育完成</w:t>
        <w:br/>
        <w:br/>
        <w:t>二、填空题（每题2分，共5题）</w:t>
        <w:br/>
        <w:br/>
        <w:t>1. 职业素质的三大支柱是：专业技能、职业道德和________。</w:t>
        <w:br/>
        <w:br/>
        <w:t>2. SWOT分析法中，"T"代表的是________。</w:t>
        <w:br/>
        <w:br/>
        <w:t>3. 在职业发展中，情商(EQ)是指________的能力。</w:t>
        <w:br/>
        <w:br/>
        <w:t>4. 职业规划中的"SMART"原则中，"R"代表的是________。</w:t>
        <w:br/>
        <w:br/>
        <w:t>5. 在职场中，建立良好人际关系的关键是________和相互尊重。</w:t>
        <w:br/>
        <w:br/>
        <w:t>三、判断题（每题2分，共5题）</w:t>
        <w:br/>
        <w:br/>
        <w:t>1. 职业素质只与专业技能有关，与个人品德无关。（ ）</w:t>
        <w:br/>
        <w:br/>
        <w:t>2. 在职场中，适度的自我展示有助于职业发展。（ ）</w:t>
        <w:br/>
        <w:br/>
        <w:t>3. 职业规划一旦确定，就不应再做调整。（ ）</w:t>
        <w:br/>
        <w:br/>
        <w:t>4. 批评他人时，应该针对事而非针对人。（ ）</w:t>
        <w:br/>
        <w:br/>
        <w:t>5. 在职场中，永远不要说"我不知道"，这会显得你能力不足。（ ）</w:t>
        <w:br/>
        <w:br/>
        <w:t>四、多项选择题（每题2分，共2题）</w:t>
        <w:br/>
        <w:br/>
        <w:t>1. 以下哪些因素有助于提升职业竞争力？（ ）</w:t>
        <w:br/>
        <w:br/>
        <w:t>A. 持续学习新知识</w:t>
        <w:br/>
        <w:br/>
        <w:t>B. 建立广泛的人脉网络</w:t>
        <w:br/>
        <w:br/>
        <w:t>C. 培养解决问题的能力</w:t>
        <w:br/>
        <w:br/>
        <w:t>D. 保持工作与生活的平衡</w:t>
        <w:br/>
        <w:br/>
        <w:t>2. 有效的职业发展策略包括：（ ）</w:t>
        <w:br/>
        <w:br/>
        <w:t>A. 定期评估职业进展</w:t>
        <w:br/>
        <w:br/>
        <w:t>B. 寻找导师指导</w:t>
        <w:br/>
        <w:br/>
        <w:t>C. 主动承担有挑战性的项目</w:t>
        <w:br/>
        <w:br/>
        <w:t>D. 避免跨领域学习</w:t>
        <w:br/>
        <w:br/>
        <w:t>五、简答题（每题5分，共2题）</w:t>
        <w:br/>
        <w:br/>
        <w:t>1. 请简述职业素质的内涵及其重要性。</w:t>
        <w:br/>
        <w:br/>
        <w:t>2. 如何在工作中保持积极心态并避免职业倦怠？</w:t>
        <w:br/>
        <w:br/>
        <w:t>答案及解析</w:t>
        <w:br/>
        <w:br/>
        <w:t>一、单项选择题</w:t>
        <w:br/>
        <w:br/>
        <w:t>1. 答案：D</w:t>
        <w:br/>
        <w:br/>
        <w:t>解析：职业素质的核心要素包括专业技能、职业道德和人际交往能力等，外貌条件虽然可能在某些场合有影响，但并非职业素质的核心要素。职业素质更注重内在能力和品质的培养。</w:t>
        <w:br/>
        <w:br/>
        <w:t>2. 答案：B</w:t>
        <w:br/>
        <w:br/>
        <w:t>解析：有效沟通的关键在于倾听，只有真正理解他人的观点和需求，才能进行有意义的交流。虽然表达自己的观点也很重要，但倾听是建立有效沟通的基础。</w:t>
        <w:br/>
        <w:br/>
        <w:t>3. 答案：B</w:t>
        <w:br/>
        <w:br/>
        <w:t>解析：职业规划的第一步应该是评估个人的兴趣、能力和价值观，这是确定适合自己职业方向的基础。只有了解自己，才能设定合理的目标。</w:t>
        <w:br/>
        <w:br/>
        <w:t>4. 答案：B</w:t>
        <w:br/>
        <w:br/>
        <w:t>解析：团队协作中，推卸责任会破坏团队信任，降低团队效能。积极分享信息、尊重他人意见和提出建设性反馈都有助于提高团队协作效率。</w:t>
        <w:br/>
        <w:br/>
        <w:t>5. 答案：C</w:t>
        <w:br/>
        <w:br/>
        <w:t>解析：面对工作压力，最健康的应对方式是通过运动等健康方式释放压力，同时保持积极心态。完全避免压力源不现实，增加工作时间可能导致更多压力，寻求社会支持是好的方法，但运动是更直接有效的减压方式。</w:t>
        <w:br/>
        <w:br/>
        <w:t>6. 答案：B</w:t>
        <w:br/>
        <w:br/>
        <w:t>解析：职业道德的基本原则是诚实守信、尊重他人，这是职业行为的道德基础。追求个人利益最大化、遵循行业潜规则和优先考虑上级意见都不符合职业道德的基本要求。</w:t>
        <w:br/>
        <w:br/>
        <w:t>7. 答案：B</w:t>
        <w:br/>
        <w:br/>
        <w:t>解析：在数字化时代，技术更新迅速，快速学习新技术的能力对职业发展最为关键。记忆大量信息、手工操作技能和传统管理经验虽然也有价值，但适应变化的能力更为重要。</w:t>
        <w:br/>
        <w:br/>
        <w:t>8. 答案：C</w:t>
        <w:br/>
        <w:br/>
        <w:t>解析：职业倦怠的主要症状包括工作热情下降、对工作产生负面情绪和身体健康问题，工作效率提高不是职业倦怠的症状，而是相反的表现。</w:t>
        <w:br/>
        <w:br/>
        <w:t>9. 答案：B</w:t>
        <w:br/>
        <w:br/>
        <w:t>解析：在跨文化职场环境中，尊重并适应不同文化是至关重要的。坚持自己的文化习惯、避免与文化背景不同的人交流和强调自己文化的优越性都可能导致文化冲突。</w:t>
        <w:br/>
        <w:br/>
        <w:t>10. 答案：B</w:t>
        <w:br/>
        <w:br/>
        <w:t>解析：职业素养的提升是一个持续终身的学习过程，需要不断学习、实践和反思。一次性完成的过程、仅在职业初期需要关注和主要依靠学校教育完成都是不正确的观点。</w:t>
        <w:br/>
        <w:br/>
        <w:t>二、填空题</w:t>
        <w:br/>
        <w:br/>
        <w:t>1. 答案：职业素养/职业态度</w:t>
        <w:br/>
        <w:br/>
        <w:t>解析：职业素质的三大支柱是专业技能、职业道德和职业素养/职业态度。专业技能是完成工作的能力，职业道德是职业行为的道德准则，职业素养则是职业态度和行为习惯的综合体现。</w:t>
        <w:br/>
        <w:br/>
        <w:t>2. 答案：威胁(Threats)</w:t>
        <w:br/>
        <w:br/>
        <w:t>解析：SWOT分析法是一种战略分析工具，其中S代表优势(Strengths)，W代表劣势(Weaknesses)，O代表机会(Opportunities)，T代表威胁(Threats)。通过分析这四个方面，可以制定更有效的职业发展策略。</w:t>
        <w:br/>
        <w:br/>
        <w:t>3. 答案：识别、理解和管理自己及他人情绪</w:t>
        <w:br/>
        <w:br/>
        <w:t>解析：情商(EQ)是指识别、理解和管理自己及他人情绪的能力。在职场中，高情商有助于更好地处理人际关系，解决冲突，提高团队协作效率。</w:t>
        <w:br/>
        <w:br/>
        <w:t>4. 答案：现实的(Relevant)</w:t>
        <w:br/>
        <w:br/>
        <w:t>解析：SMART原则是制定目标的有效方法，其中S代表具体的(Specific)，M代表可衡量的(Measurable)，A代表可实现的(Achievable)，R代表现实的(Relevant)，T代表有时限的(Time-bound)。确保目标是现实的，即与整体方向一致，是目标设定的重要原则。</w:t>
        <w:br/>
        <w:br/>
        <w:t>5. 答案：有效沟通</w:t>
        <w:br/>
        <w:br/>
        <w:t>解析：在职场中，建立良好人际关系的关键是有效沟通和相互尊重。通过清晰、真诚的沟通，可以增进理解，建立信任，从而发展良好的人际关系。</w:t>
        <w:br/>
        <w:br/>
        <w:t>三、判断题</w:t>
        <w:br/>
        <w:br/>
        <w:t>1. 答案：×</w:t>
        <w:br/>
        <w:br/>
        <w:t>解析：职业素质不仅包括专业技能，还包括个人品德、职业道德、人际交往能力等多个方面。个人品德是职业素质的重要组成部分，影响着职业行为的道德水准。</w:t>
        <w:br/>
        <w:br/>
        <w:t>2. 答案：√</w:t>
        <w:br/>
        <w:br/>
        <w:t>解析：在职场中，适度的自我展示有助于他人了解自己的能力和成就，从而获得更多的机会和认可。自我展示应该真实、适度，避免过度炫耀。</w:t>
        <w:br/>
        <w:br/>
        <w:t>3. 答案：×</w:t>
        <w:br/>
        <w:br/>
        <w:t>解析：职业规划不是一成不变的，随着个人成长、环境变化和市场需求的变化，职业规划需要定期评估和调整，以保持其适用性和有效性。</w:t>
        <w:br/>
        <w:br/>
        <w:t>4. 答案：√</w:t>
        <w:br/>
        <w:br/>
        <w:t>解析：批评他人时，应该针对事而非针对人，这样可以避免伤害对方的自尊心，使批评更容易被接受，也更有助于问题的解决。</w:t>
        <w:br/>
        <w:br/>
        <w:t>5. 答案：×</w:t>
        <w:br/>
        <w:br/>
        <w:t>解析：在职场中，适当地承认"我不知道"并愿意学习，实际上是一种诚实的表现，也是成长的机会。没有人知道所有事情，重要的是愿意学习和改进的态度。</w:t>
        <w:br/>
        <w:br/>
        <w:t>四、多项选择题</w:t>
        <w:br/>
        <w:br/>
        <w:t>1. 答案：A、B、C</w:t>
        <w:br/>
        <w:br/>
        <w:t>解析：持续学习新知识可以保持专业竞争力；建立广泛的人脉网络可以提供更多机会和支持；培养解决问题的能力是职场成功的关键因素。保持工作与生活的平衡虽然重要，但不直接提升职业竞争力，反而可能减少用于提升职业能力的时间和精力。</w:t>
        <w:br/>
        <w:br/>
        <w:t>2. 答案：A、B、C</w:t>
        <w:br/>
        <w:br/>
        <w:t>解析：定期评估职业进展可以帮助调整发展方向；寻找导师指导可以获得宝贵的经验和建议；主动承担有挑战性的项目可以提升能力和经验。避免跨领域学习会限制职业发展的广度和可能性，不利于长期职业发展。</w:t>
        <w:br/>
        <w:br/>
        <w:t>五、简答题</w:t>
        <w:br/>
        <w:br/>
        <w:t>1. 答案：</w:t>
        <w:br/>
        <w:br/>
        <w:t>职业素质是指个体在职业活动中表现出的综合品质和能力，包括专业技能、职业道德、职业态度、人际交往能力、学习能力等多个方面。</w:t>
        <w:br/>
        <w:br/>
        <w:t>职业素质的重要性体现在：</w:t>
        <w:br/>
        <w:br/>
        <w:t>- 提高工作效率和质量：良好的职业素质使员工能够更高效地完成工作任务。</w:t>
        <w:br/>
        <w:br/>
        <w:t>- 促进职业发展：优秀的职业素质是获得晋升和更好职业机会的基础。</w:t>
        <w:br/>
        <w:br/>
        <w:t>- 增强就业竞争力：在激烈的就业市场中，良好的职业素质是脱颖而出的关键。</w:t>
        <w:br/>
        <w:br/>
        <w:t>- 适应职场变化：具备良好职业素质的人更能适应职场环境的变化和挑战。</w:t>
        <w:br/>
        <w:br/>
        <w:t>- 实现个人价值：通过职业素质的提升，个人能够更好地实现自我价值。</w:t>
        <w:br/>
        <w:br/>
        <w:t>2. 答案：</w:t>
        <w:br/>
        <w:br/>
        <w:t>在工作中保持积极心态并避免职业倦怠的方法：</w:t>
        <w:br/>
        <w:br/>
        <w:t>- 建立合理的工作期望：认识到工作的挑战性，设定现实可行的目标。</w:t>
        <w:br/>
        <w:br/>
        <w:t>- 培养工作兴趣：找到工作中的乐趣和价值，将工作视为成长的机会。</w:t>
        <w:br/>
        <w:br/>
        <w:t>- 保持工作与生活的平衡：合理安排工作与休息时间，培养工作以外的兴趣爱好。</w:t>
        <w:br/>
        <w:br/>
        <w:t>- 寻求社会支持：与同事、朋友和家人保持良好沟通，分享工作中的感受和挑战。</w:t>
        <w:br/>
        <w:br/>
        <w:t>- 持续学习与成长：不断学习新知识和技能，保持职业发展的动力。</w:t>
        <w:br/>
        <w:br/>
        <w:t>- 学会压力管理：通过运动、冥想等方式有效管理工作压力。</w:t>
        <w:br/>
        <w:br/>
        <w:t>- 定期反思与调整：定期反思自己的工作状态，及时调整工作方式和心态。</w:t>
        <w:br/>
        <w:br/>
        <w:t>- 设定清晰的职业边界：学会说"不"，避免过度工作和责任过载。</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hAnsi="仿宋" w:eastAsia="体"/>
      <w:sz w:val="2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2013-12-23T23:15:00Z</dcterms:created>
  <dcterms:modified xsi:type="dcterms:W3CDTF">2013-12-23T23:15:00Z</dcterms:modified>
  <cp:category/>
</cp:coreProperties>
</file>