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2025年盐酸岗位上岗试题及答案</w:t>
      </w:r>
    </w:p>
    <w:p>
      <w:r>
        <w:br/>
        <w:t xml:space="preserve"> 一、单项选择题（共10题，每题2分，共20分）</w:t>
        <w:br/>
        <w:br/>
        <w:t>1. 盐酸的化学式是：</w:t>
        <w:br/>
        <w:br/>
        <w:t>A. H₂SO₄</w:t>
        <w:br/>
        <w:br/>
        <w:t>B. HCl</w:t>
        <w:br/>
        <w:br/>
        <w:t>C. HNO₃</w:t>
        <w:br/>
        <w:br/>
        <w:t>D. CH₃COOH</w:t>
        <w:br/>
        <w:br/>
        <w:t>2. 常温下，浓盐酸的质量分数约为：</w:t>
        <w:br/>
        <w:br/>
        <w:t>A. 30%</w:t>
        <w:br/>
        <w:br/>
        <w:t>B. 37%</w:t>
        <w:br/>
        <w:br/>
        <w:t>C. 50%</w:t>
        <w:br/>
        <w:br/>
        <w:t>D. 70%</w:t>
        <w:br/>
        <w:br/>
        <w:t>3. 盐酸属于：</w:t>
        <w:br/>
        <w:br/>
        <w:t>A. 强酸</w:t>
        <w:br/>
        <w:br/>
        <w:t>B. 弱酸</w:t>
        <w:br/>
        <w:br/>
        <w:t>C. 中强酸</w:t>
        <w:br/>
        <w:br/>
        <w:t>D. 两性酸</w:t>
        <w:br/>
        <w:br/>
        <w:t>4. 盐酸不应与下列哪种物质混合存放：</w:t>
        <w:br/>
        <w:br/>
        <w:t>A. 水</w:t>
        <w:br/>
        <w:br/>
        <w:t>B. 氯化钠</w:t>
        <w:br/>
        <w:br/>
        <w:t>C. 次氯酸钠</w:t>
        <w:br/>
        <w:br/>
        <w:t>D. 氯化钙</w:t>
        <w:br/>
        <w:br/>
        <w:t>5. 在盐酸操作中，必须佩戴的个人防护装备不包括：</w:t>
        <w:br/>
        <w:br/>
        <w:t>A. 防护眼镜</w:t>
        <w:br/>
        <w:br/>
        <w:t>B. 防酸手套</w:t>
        <w:br/>
        <w:br/>
        <w:t>C. 实验服</w:t>
        <w:br/>
        <w:br/>
        <w:t>D. 防尘口罩</w:t>
        <w:br/>
        <w:br/>
        <w:t>6. 盐酸溅到皮肤上，正确的处理方法是：</w:t>
        <w:br/>
        <w:br/>
        <w:t>A. 立即用大量清水冲洗</w:t>
        <w:br/>
        <w:br/>
        <w:t>B. 用碱性物质中和</w:t>
        <w:br/>
        <w:br/>
        <w:t>C. 用纸巾擦干</w:t>
        <w:br/>
        <w:br/>
        <w:t>D. 不做处理</w:t>
        <w:br/>
        <w:br/>
        <w:t>7. 盐酸储存时，应放置在：</w:t>
        <w:br/>
        <w:br/>
        <w:t>A. 阳光直射处</w:t>
        <w:br/>
        <w:br/>
        <w:t>B. 阴凉通风处</w:t>
        <w:br/>
        <w:br/>
        <w:t>C. 密闭容器中</w:t>
        <w:br/>
        <w:br/>
        <w:t>D. 高温环境</w:t>
        <w:br/>
        <w:br/>
        <w:t>8. 盐酸与下列哪种金属反应不产生氢气：</w:t>
        <w:br/>
        <w:br/>
        <w:t>A. 锌</w:t>
        <w:br/>
        <w:br/>
        <w:t>B. 铁</w:t>
        <w:br/>
        <w:br/>
        <w:t>C. 铝</w:t>
        <w:br/>
        <w:br/>
        <w:t>D. 铜</w:t>
        <w:br/>
        <w:br/>
        <w:t>9. 盐酸在工业上不常用于：</w:t>
        <w:br/>
        <w:br/>
        <w:t>A. 金属除锈</w:t>
        <w:br/>
        <w:br/>
        <w:t>B. pH调节</w:t>
        <w:br/>
        <w:br/>
        <w:t>C. 有机合成催化剂</w:t>
        <w:br/>
        <w:br/>
        <w:t>D. 消毒剂</w:t>
        <w:br/>
        <w:br/>
        <w:t>10. 盐酸泄漏时，不应使用的中和剂是：</w:t>
        <w:br/>
        <w:br/>
        <w:t>A. 碳酸钠</w:t>
        <w:br/>
        <w:br/>
        <w:t>B. 氢氧化钠</w:t>
        <w:br/>
        <w:br/>
        <w:t>C. 石灰水</w:t>
        <w:br/>
        <w:br/>
        <w:t>D. 酒精</w:t>
        <w:br/>
        <w:br/>
        <w:t xml:space="preserve"> 二、填空题（共5题，每题2分，共10分）</w:t>
        <w:br/>
        <w:br/>
        <w:t>1. 盐酸是_________气体的水溶液，具有强烈的_________性气味。</w:t>
        <w:br/>
        <w:br/>
        <w:t>2. 盐酸能与活泼金属反应生成_________和_________。</w:t>
        <w:br/>
        <w:br/>
        <w:t>3. 盐酸储存时应使用_________容器，并远离_________物质。</w:t>
        <w:br/>
        <w:br/>
        <w:t>4. 盐酸溅入眼睛后，应立即用大量_________冲洗至少_________分钟。</w:t>
        <w:br/>
        <w:br/>
        <w:t>5. 盐酸溶液的pH值_________7（填"大于"、"小于"或"等于"），呈_________性。</w:t>
        <w:br/>
        <w:br/>
        <w:t xml:space="preserve"> 三、判断题（共5题，每题2分，共10分）</w:t>
        <w:br/>
        <w:br/>
        <w:t>1. 盐酸可以与铜反应产生氢气。（ ）</w:t>
        <w:br/>
        <w:br/>
        <w:t>2. 浓盐酸在空气中会发烟，这是因为盐酸挥发出的HCl气体与空气中的水蒸气结合形成盐酸小液滴。（ ）</w:t>
        <w:br/>
        <w:br/>
        <w:t>3. 盐酸可以用玻璃瓶储存。（ ）</w:t>
        <w:br/>
        <w:br/>
        <w:t>4. 盐酸泄漏时，可以用砂土覆盖吸收。（ ）</w:t>
        <w:br/>
        <w:br/>
        <w:t>5. 盐酸与氯酸钾混合可能产生有毒气体。（ ）</w:t>
        <w:br/>
        <w:br/>
        <w:t xml:space="preserve"> 四、多项选择题（共2题，每题2分，共4分）</w:t>
        <w:br/>
        <w:br/>
        <w:t>1. 下列哪些是盐酸的正确安全操作措施？（ ）</w:t>
        <w:br/>
        <w:br/>
        <w:t>A. 在通风橱中操作</w:t>
        <w:br/>
        <w:br/>
        <w:t>B. 佩戴适当的个人防护装备</w:t>
        <w:br/>
        <w:br/>
        <w:t>C. 可以用嘴移液管吸取</w:t>
        <w:br/>
        <w:br/>
        <w:t>D. 操作后及时洗手</w:t>
        <w:br/>
        <w:br/>
        <w:t>2. 盐酸可以用于下列哪些领域？（ ）</w:t>
        <w:br/>
        <w:br/>
        <w:t>A. 工业金属清洗</w:t>
        <w:br/>
        <w:br/>
        <w:t>B. 食品调味</w:t>
        <w:br/>
        <w:br/>
        <w:t>C. 实验室分析</w:t>
        <w:br/>
        <w:br/>
        <w:t>D. 医药中间体合成</w:t>
        <w:br/>
        <w:br/>
        <w:t xml:space="preserve"> 五、简答题（共2题，每题5分，共10分）</w:t>
        <w:br/>
        <w:br/>
        <w:t>1. 简述盐酸泄漏的应急处理步骤。</w:t>
        <w:br/>
        <w:br/>
        <w:t>2. 简述盐酸储存的注意事项。</w:t>
        <w:br/>
        <w:br/>
        <w:t xml:space="preserve"> 一、单项选择题答案及解析</w:t>
        <w:br/>
        <w:br/>
        <w:t>1. 答案：B</w:t>
        <w:br/>
        <w:br/>
        <w:t>解析：盐酸的化学式是HCl，是氯化氢气体的水溶液。H₂SO₄是硫酸，HNO₃是硝酸，CH₃COOH是醋酸。</w:t>
        <w:br/>
        <w:br/>
        <w:t>2. 答案：B</w:t>
        <w:br/>
        <w:br/>
        <w:t>解析：市售浓盐酸的质量分数通常为37%左右，密度约为1.19g/cm³。30%是稀盐酸，50%和70%的盐酸在常温下难以稳定存在。</w:t>
        <w:br/>
        <w:br/>
        <w:t>3. 答案：A</w:t>
        <w:br/>
        <w:br/>
        <w:t>解析：盐酸是强酸，在水溶液中几乎完全电离成H⁺和Cl⁻离子，具有强酸性。弱酸如醋酸(CH₃COOH)在水溶液中只有部分电离。</w:t>
        <w:br/>
        <w:br/>
        <w:t>4. 答案：C</w:t>
        <w:br/>
        <w:br/>
        <w:t>解析：盐酸与次氯酸钠混合会产生有毒的氯气(Cl₂)，反应方程式为：NaClO + 2HCl = NaCl + Cl₂↑ + H₂O。水、氯化钠和氯化钙与盐酸可以共存。</w:t>
        <w:br/>
        <w:br/>
        <w:t>5. 答案：D</w:t>
        <w:br/>
        <w:br/>
        <w:t>解析：盐酸操作时必须佩戴防护眼镜、防酸手套和实验服，但防尘口罩主要用于防粉尘，盐酸主要是气态危害，应使用防酸气体口罩或通风设备。</w:t>
        <w:br/>
        <w:br/>
        <w:t>6. 答案：A</w:t>
        <w:br/>
        <w:br/>
        <w:t>解析：盐酸溅到皮肤上，应立即用大量清水冲洗至少15分钟，去除皮肤上的酸液。不要用碱性物质中和，因为中和反应放热可能加重损伤。</w:t>
        <w:br/>
        <w:br/>
        <w:t>7. 答案：B</w:t>
        <w:br/>
        <w:br/>
        <w:t>解析：盐酸应储存在阴凉、通风、干燥的地方，避免阳光直射和高温环境，以防盐酸挥发或容器压力增加。虽然盐酸需要密闭容器，但更重要的是储存环境。</w:t>
        <w:br/>
        <w:br/>
        <w:t>8. 答案：D</w:t>
        <w:br/>
        <w:br/>
        <w:t>解析：盐酸与活泼金属(如锌、铁、铝)反应生成盐和氢气，但铜在金属活动性顺序表中位于氢之后，不能与盐酸反应置换出氢气。</w:t>
        <w:br/>
        <w:br/>
        <w:t>9. 答案：D</w:t>
        <w:br/>
        <w:br/>
        <w:t>解析：盐酸常用于金属除锈、pH调节和作为有机合成催化剂，但盐酸不是常用的消毒剂，强酸对皮肤和黏膜有强烈刺激，通常使用次氯酸钠等作为消毒剂。</w:t>
        <w:br/>
        <w:br/>
        <w:t>10. 答案：D</w:t>
        <w:br/>
        <w:br/>
        <w:t>解析：盐酸泄漏时，可以使用碳酸钠、氢氧化钠或石灰水等碱性物质中和，但酒精不能中和盐酸，且酒精易燃，与盐酸混合可能产生危险。</w:t>
        <w:br/>
        <w:br/>
        <w:t xml:space="preserve"> 二、填空题答案及解析</w:t>
        <w:br/>
        <w:br/>
        <w:t>1. 答案：氯化氢；刺激性</w:t>
        <w:br/>
        <w:br/>
        <w:t>解析：盐酸是氯化氢(HCl)气体的水溶液，具有强烈的刺激性气味，这种气味主要来自挥发出的氯化氢气体。</w:t>
        <w:br/>
        <w:br/>
        <w:t>2. 答案：盐；氢气</w:t>
        <w:br/>
        <w:br/>
        <w:t>解析：盐酸与活泼金属反应生成相应的盐和氢气，例如：Zn + 2HCl = ZnCl₂ + H₂↑。</w:t>
        <w:br/>
        <w:br/>
        <w:t>3. 答案：耐酸碱；碱性</w:t>
        <w:br/>
        <w:br/>
        <w:t>解析：盐酸应储存在耐酸碱的容器(如聚乙烯容器)中，并远离碱性物质，以防发生中和反应导致容器腐蚀或泄漏。</w:t>
        <w:br/>
        <w:br/>
        <w:t>4. 答案：清水；15</w:t>
        <w:br/>
        <w:br/>
        <w:t>解析：盐酸溅入眼睛是非常危险的，应立即用大量清水冲洗至少15分钟，并立即就医，冲洗时应翻开眼睑，确保冲洗到所有部位。</w:t>
        <w:br/>
        <w:br/>
        <w:t>5. 答案：小于；酸</w:t>
        <w:br/>
        <w:br/>
        <w:t>解析：盐酸是强酸，其水溶液的pH值小于7，呈酸性。pH值越小，酸性越强。</w:t>
        <w:br/>
        <w:br/>
        <w:t xml:space="preserve"> 三、判断题答案及解析</w:t>
        <w:br/>
        <w:br/>
        <w:t>1. 答案：×</w:t>
        <w:br/>
        <w:br/>
        <w:t>解析：铜在金属活动性顺序表中位于氢之后，不能与盐酸反应置换出氢气。只有排在氢前面的活泼金属(如锌、铁、铝等)才能与盐酸反应产生氢气。</w:t>
        <w:br/>
        <w:br/>
        <w:t>2. 答案：√</w:t>
        <w:br/>
        <w:br/>
        <w:t>解析：浓盐酸具有挥发性，挥发出的HCl气体与空气中的水蒸气结合形成盐酸小液滴，看起来像"发烟"，这种现象称为盐酸的"发烟"现象。</w:t>
        <w:br/>
        <w:br/>
        <w:t>3. 答案：×</w:t>
        <w:br/>
        <w:br/>
        <w:t>解析：盐酸不能储存在玻璃瓶中，因为盐酸会与玻璃中的二氧化硅反应，生成四氯化硅和水，腐蚀玻璃容器。盐酸应储存在聚乙烯等耐酸材料制成的容器中。</w:t>
        <w:br/>
        <w:br/>
        <w:t>4. 答案：√</w:t>
        <w:br/>
        <w:br/>
        <w:t>解析：盐酸泄漏时，可以使用砂土覆盖吸收，减少盐酸的扩散和挥发。但大量泄漏时，还需要使用碱性物质中和，并做好个人防护。</w:t>
        <w:br/>
        <w:br/>
        <w:t>5. 答案：√</w:t>
        <w:br/>
        <w:br/>
        <w:t>解析：盐酸与氯酸钾(KClO₃)混合可能发生氧化还原反应，产生有毒的氯气(Cl₂)，反应方程式为：KClO₃ + 6HCl = KCl + 3Cl₂↑ + 3H₂O。</w:t>
        <w:br/>
        <w:br/>
        <w:t xml:space="preserve"> 四、多项选择题答案及解析</w:t>
        <w:br/>
        <w:br/>
        <w:t>1. 答案：ABD</w:t>
        <w:br/>
        <w:br/>
        <w:t>解析：盐酸的安全操作措施包括：在通风橱中操作(防止吸入有害气体)、佩戴适当的个人防护装备(如防护眼镜、防酸手套、实验服)以及操作后及时洗手(防止皮肤接触)。不能用嘴移液管吸取，应使用洗耳球或移液器。</w:t>
        <w:br/>
        <w:br/>
        <w:t>2. 答案：ACD</w:t>
        <w:br/>
        <w:br/>
        <w:t>解析：盐酸可用于工业金属清洗(去除金属表面的氧化物和锈蚀)、实验室分析(作为pH调节剂或反应试剂)以及医药中间体合成(作为催化剂或反应物)。盐酸不能用于食品调味，因为其对人体有强烈腐蚀性，食品调味应使用食用醋酸等安全酸味剂。</w:t>
        <w:br/>
        <w:br/>
        <w:t xml:space="preserve"> 五、简答题答案及解析</w:t>
        <w:br/>
        <w:br/>
        <w:t>1. 盐酸泄漏的应急处理步骤：</w:t>
        <w:br/>
        <w:br/>
        <w:t>- 答案：</w:t>
        <w:br/>
        <w:br/>
        <w:t>(1) 立即撤离泄漏区域无关人员，设立警戒区；</w:t>
        <w:br/>
        <w:br/>
        <w:t>(2) 处理人员必须穿戴适当的个人防护装备，包括防酸手套、防护眼镜、防酸服和呼吸防护设备；</w:t>
        <w:br/>
        <w:br/>
        <w:t>(3) 少量泄漏可用砂土、蛭石或其他惰性材料吸收；</w:t>
        <w:br/>
        <w:br/>
        <w:t>(4) 大量泄漏应构筑围堤或挖坑收容，用泵转移至槽车或专用收集器；</w:t>
        <w:br/>
        <w:br/>
        <w:t>(5) 用碳酸钠、氢氧化钠或石灰水等碱性物质中和泄漏的盐酸；</w:t>
        <w:br/>
        <w:br/>
        <w:t>(6) 处理后的废水应进行中和处理，达标后排放；</w:t>
        <w:br/>
        <w:br/>
        <w:t>(7) 对泄漏区域进行通风，确保盐酸气体完全消散。</w:t>
        <w:br/>
        <w:br/>
        <w:t>解析：盐酸泄漏应急处理的关键是人员安全、防止扩散、适当中和和后续处理。处理人员必须做好个人防护，避免直接接触盐酸。根据泄漏量采取不同的处理方法，少量泄漏可用吸收材料处理，大量泄漏需要围堵和转移。中和处理是必要的步骤，可以减少盐酸的危害。处理后需要对区域进行通风，确保没有残留的盐酸气体。</w:t>
        <w:br/>
        <w:br/>
        <w:t>2. 盐酸储存的注意事项：</w:t>
        <w:br/>
        <w:br/>
        <w:t>- 答案：</w:t>
        <w:br/>
        <w:br/>
        <w:t>(1) 盐酸应储存在耐酸碱的容器中，如聚乙烯、聚丙烯等塑料容器，避免使用玻璃或金属容器；</w:t>
        <w:br/>
        <w:br/>
        <w:t>(2) 储存场所应阴凉、通风、干燥，避免阳光直射和高温环境；</w:t>
        <w:br/>
        <w:br/>
        <w:t>(3) 盐酸容器应密封良好，防止挥发和泄漏；</w:t>
        <w:br/>
        <w:br/>
        <w:t>(4) 储存区域应远离碱性物质、氧化剂、氰化物等不相容物质；</w:t>
        <w:br/>
        <w:br/>
        <w:t>(5) 储存区域应配备应急设备，包括洗眼器、淋浴装置、中和剂和吸收材料；</w:t>
        <w:br/>
        <w:br/>
        <w:t>(6) 储存区域应有明显的安全标识，包括"腐蚀性"、"酸类"等警示标志；</w:t>
        <w:br/>
        <w:br/>
        <w:t>(7) 定期检查储存容器和储存区域，确保没有泄漏和腐蚀现象。</w:t>
        <w:br/>
        <w:br/>
        <w:t>解析：盐酸储存的关键是选择合适的容器、控制储存环境、防止不相容物质接触和做好应急准备。盐酸具有强腐蚀性，会腐蚀玻璃和某些金属，因此需要使用耐酸碱的塑料容器。储存环境应阴凉通风，防止盐酸挥发和容器压力增加。盐酸与碱性物质会发生中和反应，与氧化剂可能发生危险反应，因此需要分开储存。储存区域应配备必要的应急设备，以便在发生泄漏或人员接触时能够及时处理。定期检查可以及时发现潜在问题，防止事故发生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