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2025年设备仪器培训试题及答案</w:t>
      </w:r>
    </w:p>
    <w:p>
      <w:r>
        <w:br/>
        <w:t xml:space="preserve"> 一、单项选择题（共10题，每题2分，共20分）</w:t>
        <w:br/>
        <w:br/>
        <w:t>1. 下列哪项是设备仪器操作前必须检查的项目？</w:t>
        <w:br/>
        <w:br/>
        <w:t>A. 设备外观</w:t>
        <w:br/>
        <w:br/>
        <w:t>B. 电源连接</w:t>
        <w:br/>
        <w:br/>
        <w:t>C. 安全防护装置</w:t>
        <w:br/>
        <w:br/>
        <w:t>D. 以上都是</w:t>
        <w:br/>
        <w:br/>
        <w:t>2. 设备仪器的校准周期通常是多久？</w:t>
        <w:br/>
        <w:br/>
        <w:t>A. 每周一次</w:t>
        <w:br/>
        <w:br/>
        <w:t>B. 每月一次</w:t>
        <w:br/>
        <w:br/>
        <w:t>C. 按照设备说明书要求</w:t>
        <w:br/>
        <w:br/>
        <w:t>D. 每年一次</w:t>
        <w:br/>
        <w:br/>
        <w:t>3. 在使用精密仪器时，以下哪种做法是错误的？</w:t>
        <w:br/>
        <w:br/>
        <w:t>A. 保持操作环境清洁</w:t>
        <w:br/>
        <w:br/>
        <w:t>B. 随意调整仪器参数</w:t>
        <w:br/>
        <w:br/>
        <w:t>C. 按照操作规程进行操作</w:t>
        <w:br/>
        <w:br/>
        <w:t>D. 定期进行维护保养</w:t>
        <w:br/>
        <w:br/>
        <w:t>4. 设备仪器出现故障时，首先应该做什么？</w:t>
        <w:br/>
        <w:br/>
        <w:t>A. 自行拆卸维修</w:t>
        <w:br/>
        <w:br/>
        <w:t>B. 记录故障现象并报告</w:t>
        <w:br/>
        <w:br/>
        <w:t>C. 继续使用观察</w:t>
        <w:br/>
        <w:br/>
        <w:t>D. 更换新设备</w:t>
        <w:br/>
        <w:br/>
        <w:t>5. 下列哪项不属于设备仪器的日常维护内容？</w:t>
        <w:br/>
        <w:br/>
        <w:t>A. 清洁设备表面</w:t>
        <w:br/>
        <w:br/>
        <w:t>B. 检查电源线是否完好</w:t>
        <w:br/>
        <w:br/>
        <w:t>C. 更换核心部件</w:t>
        <w:br/>
        <w:br/>
        <w:t>D. 检查各连接部位是否松动</w:t>
        <w:br/>
        <w:br/>
        <w:t>6. 设备仪器的使用记录应包含哪些内容？</w:t>
        <w:br/>
        <w:br/>
        <w:t>A. 使用时间</w:t>
        <w:br/>
        <w:br/>
        <w:t>B. 使用人员</w:t>
        <w:br/>
        <w:br/>
        <w:t>C. 设备状态</w:t>
        <w:br/>
        <w:br/>
        <w:t>D. 以上都是</w:t>
        <w:br/>
        <w:br/>
        <w:t>7. 在实验室中，使用易燃易爆设备时应注意什么？</w:t>
        <w:br/>
        <w:br/>
        <w:t>A. 远离火源</w:t>
        <w:br/>
        <w:br/>
        <w:t>B. 保持通风良好</w:t>
        <w:br/>
        <w:br/>
        <w:t>C. 配备灭火器材</w:t>
        <w:br/>
        <w:br/>
        <w:t>D. 以上都是</w:t>
        <w:br/>
        <w:br/>
        <w:t>8. 设备仪器的说明书应存放在何处？</w:t>
        <w:br/>
        <w:br/>
        <w:t>A. 随设备丢弃</w:t>
        <w:br/>
        <w:br/>
        <w:t>B. 存放在设备旁的文件柜中</w:t>
        <w:br/>
        <w:br/>
        <w:t>C. 由个人保管</w:t>
        <w:br/>
        <w:br/>
        <w:t>D. 不需要保存</w:t>
        <w:br/>
        <w:br/>
        <w:t>9. 下列哪种情况下，设备仪器需要立即停止使用？</w:t>
        <w:br/>
        <w:br/>
        <w:t>A. 显示异常读数</w:t>
        <w:br/>
        <w:br/>
        <w:t>B. 有异响或异味</w:t>
        <w:br/>
        <w:br/>
        <w:t>C. 外壳损坏</w:t>
        <w:br/>
        <w:br/>
        <w:t>D. 以上都是</w:t>
        <w:br/>
        <w:br/>
        <w:t>10. 设备仪器的报废处理应遵循什么原则？</w:t>
        <w:br/>
        <w:br/>
        <w:t>A. 直接丢弃</w:t>
        <w:br/>
        <w:br/>
        <w:t>B. 按照环保规定处理</w:t>
        <w:br/>
        <w:br/>
        <w:t>C. 留作备用</w:t>
        <w:br/>
        <w:br/>
        <w:t>D. 自行处理</w:t>
        <w:br/>
        <w:br/>
        <w:t xml:space="preserve"> 二、填空题（共6题，每题2分，共12分）</w:t>
        <w:br/>
        <w:br/>
        <w:t>1. 设备仪器操作前，操作人员必须经过________并取得相应资质。</w:t>
        <w:br/>
        <w:br/>
        <w:t>2. 精密仪器应存放在________、干燥、无腐蚀性气体的环境中。</w:t>
        <w:br/>
        <w:br/>
        <w:t>3. 设备仪器的"三好"是指管好、用好和________。</w:t>
        <w:br/>
        <w:br/>
        <w:t>4. 设备仪器的"四会"是指会使用、会保养、会检查和________。</w:t>
        <w:br/>
        <w:br/>
        <w:t>5. 设备仪器发生故障时，应立即切断________，防止故障扩大。</w:t>
        <w:br/>
        <w:br/>
        <w:t>6. 设备仪器的校准应由________人员进行，并保留校准记录。</w:t>
        <w:br/>
        <w:br/>
        <w:t xml:space="preserve"> 三、判断题（共6题，每题2分，共12分）</w:t>
        <w:br/>
        <w:br/>
        <w:t>1. 设备仪器可以超负荷使用以提高工作效率。（ ）</w:t>
        <w:br/>
        <w:br/>
        <w:t>2. 设备仪器的电源线可以随意延长或缩短。（ ）</w:t>
        <w:br/>
        <w:br/>
        <w:t>3. 操作人员可以不阅读设备说明书直接使用新设备。（ ）</w:t>
        <w:br/>
        <w:br/>
        <w:t>4. 设备仪器使用完毕后，应按照规定进行清洁和归位。（ ）</w:t>
        <w:br/>
        <w:br/>
        <w:t>5. 设备仪器的维护保养应由专业人员进行，普通操作人员不得自行维修。（ ）</w:t>
        <w:br/>
        <w:br/>
        <w:t>6. 设备仪器的使用记录不需要长期保存，使用后即可销毁。（ ）</w:t>
        <w:br/>
        <w:br/>
        <w:t xml:space="preserve"> 四、多项选择题（共2题，每题2分，共4分）</w:t>
        <w:br/>
        <w:br/>
        <w:t>1. 下列哪些是设备仪器日常检查的内容？（ ）</w:t>
        <w:br/>
        <w:br/>
        <w:t>A. 电源是否正常</w:t>
        <w:br/>
        <w:br/>
        <w:t>B. 显示是否正常</w:t>
        <w:br/>
        <w:br/>
        <w:t>C. 各连接部位是否牢固</w:t>
        <w:br/>
        <w:br/>
        <w:t>D. 外观是否有损坏</w:t>
        <w:br/>
        <w:br/>
        <w:t>2. 设备仪器使用过程中，哪些情况应立即停止操作并报告？（ ）</w:t>
        <w:br/>
        <w:br/>
        <w:t>A. 设备发出异常声音</w:t>
        <w:br/>
        <w:br/>
        <w:t>B. 显示读数异常波动</w:t>
        <w:br/>
        <w:br/>
        <w:t>C. 出现焦糊味</w:t>
        <w:br/>
        <w:br/>
        <w:t>D. 操作人员感到疲劳</w:t>
        <w:br/>
        <w:br/>
        <w:t xml:space="preserve"> 五、简答题（共2题，每题5分，共10分）</w:t>
        <w:br/>
        <w:br/>
        <w:t>1. 简述设备仪器操作的基本安全注意事项。</w:t>
        <w:br/>
        <w:br/>
        <w:t>2. 请说明设备仪器日常维护保养的主要内容。</w:t>
        <w:br/>
        <w:br/>
        <w:t xml:space="preserve"> 参考答案及解析</w:t>
        <w:br/>
        <w:br/>
        <w:t xml:space="preserve"> 一、单项选择题答案及解析</w:t>
        <w:br/>
        <w:br/>
        <w:t>1. 答案：D</w:t>
        <w:br/>
        <w:br/>
        <w:t>解析：设备仪器操作前必须进行全面检查，包括设备外观、电源连接和安全防护装置等，确保设备处于正常工作状态，避免因设备问题导致操作失误或安全事故。</w:t>
        <w:br/>
        <w:br/>
        <w:t>2. 答案：C</w:t>
        <w:br/>
        <w:br/>
        <w:t>解析：设备仪器的校准周期应根据设备说明书的要求来确定，不同类型的设备有不同的校准周期，有些可能需要每周校准，有些可能每年校准一次，必须严格按照设备规定执行。</w:t>
        <w:br/>
        <w:br/>
        <w:t>3. 答案：B</w:t>
        <w:br/>
        <w:br/>
        <w:t>解析：在使用精密仪器时，随意调整仪器参数可能导致测量结果不准确，甚至损坏仪器。应严格按照操作规程进行操作，保持操作环境清洁，并定期进行维护保养。</w:t>
        <w:br/>
        <w:br/>
        <w:t>4. 答案：B</w:t>
        <w:br/>
        <w:br/>
        <w:t>解析：设备仪器出现故障时，首先应记录故障现象并报告给相关负责人或维修人员，由专业人员进行检修。自行拆卸维修可能导致设备进一步损坏或造成安全隐患。</w:t>
        <w:br/>
        <w:br/>
        <w:t>5. 答案：C</w:t>
        <w:br/>
        <w:br/>
        <w:t>解析：设备仪器的日常维护主要包括清洁设备表面、检查电源线是否完好、检查各连接部位是否松动等，但不包括更换核心部件，核心部件的更换应由专业人员进行。</w:t>
        <w:br/>
        <w:br/>
        <w:t>6. 答案：D</w:t>
        <w:br/>
        <w:br/>
        <w:t>解析：设备仪器的使用记录应全面记录使用时间、使用人员、设备状态等信息，这有助于追踪设备使用情况，及时发现潜在问题，并为设备维护提供依据。</w:t>
        <w:br/>
        <w:br/>
        <w:t>7. 答案：D</w:t>
        <w:br/>
        <w:br/>
        <w:t>解析：在实验室中使用易燃易爆设备时，必须注意远离火源、保持通风良好、配备灭火器材等多项安全措施，确保操作安全。</w:t>
        <w:br/>
        <w:br/>
        <w:t>8. 答案：B</w:t>
        <w:br/>
        <w:br/>
        <w:t>解析：设备仪器的说明书是重要的技术资料，应存放在设备旁的文件柜中，方便操作人员随时查阅，不得随意丢弃或由个人保管。</w:t>
        <w:br/>
        <w:br/>
        <w:t>9. 答案：D</w:t>
        <w:br/>
        <w:br/>
        <w:t>解析：当设备仪器出现显示异常读数、有异响或异味、外壳损坏等情况时，都应立即停止使用，防止设备故障扩大造成安全事故或进一步损坏设备。</w:t>
        <w:br/>
        <w:br/>
        <w:t>10. 答案：B</w:t>
        <w:br/>
        <w:br/>
        <w:t>解析：设备仪器的报废处理应按照环保规定进行，不能随意丢弃或留作备用，应交由专业机构进行回收处理，避免对环境造成污染。</w:t>
        <w:br/>
        <w:br/>
        <w:t xml:space="preserve"> 二、填空题答案及解析</w:t>
        <w:br/>
        <w:br/>
        <w:t>1. 答案：专业培训</w:t>
        <w:br/>
        <w:br/>
        <w:t>解析：设备仪器操作前，操作人员必须经过专业培训并取得相应资质，确保了解设备性能、操作方法和安全注意事项，避免因操作不当导致设备损坏或安全事故。</w:t>
        <w:br/>
        <w:br/>
        <w:t>2. 答案：恒温</w:t>
        <w:br/>
        <w:br/>
        <w:t>解析：精密仪器对环境条件要求较高，应存放在恒温、干燥、无腐蚀性气体的环境中，防止环境因素影响仪器精度和寿命。</w:t>
        <w:br/>
        <w:br/>
        <w:t>3. 答案：修好</w:t>
        <w:br/>
        <w:br/>
        <w:t>解析：设备仪器的"三好"是指管好、用好和修好，强调对设备的全面管理，包括正确使用、及时维护和故障修复。</w:t>
        <w:br/>
        <w:br/>
        <w:t>4. 答案：会排除故障</w:t>
        <w:br/>
        <w:br/>
        <w:t>解析：设备仪器的"四会"是指会使用、会保养、会检查和会排除故障，要求操作人员具备全面的设备操作和维护能力。</w:t>
        <w:br/>
        <w:br/>
        <w:t>5. 答案：电源</w:t>
        <w:br/>
        <w:br/>
        <w:t>解析：设备仪器发生故障时，应立即切断电源，防止故障扩大，避免因带电操作造成触电危险或设备进一步损坏。</w:t>
        <w:br/>
        <w:br/>
        <w:t>6. 答案：专业</w:t>
        <w:br/>
        <w:br/>
        <w:t>解析：设备仪器的校准应由专业人员进行，确保校准结果的准确性和可靠性，并应保留校准记录，以便追踪设备精度变化情况。</w:t>
        <w:br/>
        <w:br/>
        <w:t xml:space="preserve"> 三、判断题答案及解析</w:t>
        <w:br/>
        <w:br/>
        <w:t>1. 答案：×</w:t>
        <w:br/>
        <w:br/>
        <w:t>解析：设备仪器不应超负荷使用，超负荷使用会加速设备老化，缩短设备寿命，甚至导致设备损坏和安全事故。应严格按照设备额定参数使用。</w:t>
        <w:br/>
        <w:br/>
        <w:t>2. 答案：×</w:t>
        <w:br/>
        <w:br/>
        <w:t>解析：设备仪器的电源线不能随意延长或缩短，应使用原配电源线或符合规格的替换线缆，随意更改可能导致电源不稳定或安全隐患。</w:t>
        <w:br/>
        <w:br/>
        <w:t>3. 答案：×</w:t>
        <w:br/>
        <w:br/>
        <w:t>解析：操作人员在使用新设备前必须仔细阅读设备说明书，了解设备性能、操作方法和安全注意事项，确保正确、安全地使用设备。</w:t>
        <w:br/>
        <w:br/>
        <w:t>4. 答案：√</w:t>
        <w:br/>
        <w:br/>
        <w:t>解析：设备仪器使用完毕后，应按照规定进行清洁和归位，保持设备整洁，便于下次使用，同时也能延长设备使用寿命。</w:t>
        <w:br/>
        <w:br/>
        <w:t>5. 答案：√</w:t>
        <w:br/>
        <w:br/>
        <w:t>解析：设备仪器的维护保养应由专业人员进行，普通操作人员不具备专业知识和技能，自行维修可能导致设备损坏或造成安全隐患。</w:t>
        <w:br/>
        <w:br/>
        <w:t>6. 答案：×</w:t>
        <w:br/>
        <w:br/>
        <w:t>解析：设备仪器的使用记录需要长期保存，作为设备维护、管理和追溯的重要依据，不应随意销毁。</w:t>
        <w:br/>
        <w:br/>
        <w:t xml:space="preserve"> 四、多项选择题答案及解析</w:t>
        <w:br/>
        <w:br/>
        <w:t>1. 答案：ABCD</w:t>
        <w:br/>
        <w:br/>
        <w:t>解析：设备仪器日常检查的内容包括电源是否正常、显示是否正常、各连接部位是否牢固、外观是否有损坏等多个方面，确保设备处于正常工作状态。</w:t>
        <w:br/>
        <w:br/>
        <w:t>2. 答案：ABC</w:t>
        <w:br/>
        <w:br/>
        <w:t>解析：设备仪器使用过程中，当设备发出异常声音、显示读数异常波动、出现焦糊味等情况时，应立即停止操作并报告，这些可能是设备故障或安全隐患的征兆。操作人员疲劳不属于设备本身的问题。</w:t>
        <w:br/>
        <w:br/>
        <w:t xml:space="preserve"> 五、简答题答案及解析</w:t>
        <w:br/>
        <w:br/>
        <w:t>1. 答案：</w:t>
        <w:br/>
        <w:br/>
        <w:t>设备仪器操作的基本安全注意事项包括：</w:t>
        <w:br/>
        <w:br/>
        <w:t>(1) 操作前必须熟悉设备性能和操作规程，接受专业培训并取得资质；</w:t>
        <w:br/>
        <w:br/>
        <w:t>(2) 操作前检查设备是否处于正常状态，包括电源、连接部位、安全装置等；</w:t>
        <w:br/>
        <w:br/>
        <w:t>(3) 严格按照操作规程进行操作，不得随意更改参数或操作方式；</w:t>
        <w:br/>
        <w:br/>
        <w:t>(4) 操作过程中注意观察设备运行状态，发现异常立即停止操作；</w:t>
        <w:br/>
        <w:br/>
        <w:t>(5) 遵守安全操作规范，如穿戴适当的防护装备，遵守用电安全规定等；</w:t>
        <w:br/>
        <w:br/>
        <w:t>(6) 保持操作环境整洁，避免杂物影响设备运行或造成安全隐患；</w:t>
        <w:br/>
        <w:br/>
        <w:t>(7) 设备使用完毕后，按照规定进行清洁、归位和断电。</w:t>
        <w:br/>
        <w:br/>
        <w:t>解析：设备仪器操作的安全注意事项是确保操作人员和设备安全的重要保障。操作人员必须熟悉设备性能和操作规程，操作前进行全面检查，严格按照规程操作，注意观察设备状态，遵守安全规范，保持环境整洁，并做好使用后的收尾工作。这些措施能有效预防安全事故，保护设备和人员安全。</w:t>
        <w:br/>
        <w:br/>
        <w:t>2. 答案：</w:t>
        <w:br/>
        <w:br/>
        <w:t>设备仪器日常维护保养的主要内容包括：</w:t>
        <w:br/>
        <w:br/>
        <w:t>(1) 清洁保养：定期清洁设备表面和内部，保持设备清洁，防止灰尘、污垢影响设备性能；</w:t>
        <w:br/>
        <w:br/>
        <w:t>(2) 检查保养：定期检查设备各部件是否正常，包括电源线、连接部位、显示装置等，发现异常及时处理；</w:t>
        <w:br/>
        <w:br/>
        <w:t>(3) 润滑保养：按照设备要求对需要润滑的部位进行定期润滑，减少磨损，延长使用寿命；</w:t>
        <w:br/>
        <w:br/>
        <w:t>(4) 紧固保养：检查并紧固松动的螺丝和连接部位，防止因松动导致设备故障；</w:t>
        <w:br/>
        <w:br/>
        <w:t>(5) 防潮防腐：保持设备存放环境干燥，防止潮湿和腐蚀性气体对设备造成损害；</w:t>
        <w:br/>
        <w:br/>
        <w:t>(6) 定期校准：按照设备要求定期进行校准，确保设备测量精度；</w:t>
        <w:br/>
        <w:br/>
        <w:t>(7) 记录维护：详细记录维护保养情况，为设备管理和故障排查提供依据。</w:t>
        <w:br/>
        <w:br/>
        <w:t>解析：设备仪器的日常维护保养是确保设备正常运行、延长使用寿命的重要措施。维护保养工作应包括清洁、检查、润滑、紧固、防潮防腐、定期校准等多个方面，并做好记录。通过系统性的维护保养，可以及时发现并处理设备潜在问题，保证设备性能稳定，减少故障发生，提高设备使用效率和使用寿命。</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