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2025年水暖班组安全试题及答案</w:t>
      </w:r>
    </w:p>
    <w:p>
      <w:r>
        <w:br/>
        <w:t xml:space="preserve"> 一、单项选择题（共10题，每题2分）</w:t>
        <w:br/>
        <w:br/>
        <w:t>1. 水暖作业中，以下哪种工具使用前不需要检查绝缘性能？</w:t>
        <w:br/>
        <w:br/>
        <w:t>A. 电钻</w:t>
        <w:br/>
        <w:br/>
        <w:t>B. 万用表</w:t>
        <w:br/>
        <w:br/>
        <w:t>C. 管钳</w:t>
        <w:br/>
        <w:br/>
        <w:t>D. 电缆剪</w:t>
        <w:br/>
        <w:br/>
        <w:t>2. 在进行高空水暖作业时，安全带的正确使用方法是？</w:t>
        <w:br/>
        <w:br/>
        <w:t>A. 系在腰部即可</w:t>
        <w:br/>
        <w:br/>
        <w:t>B. 系在胸部以上</w:t>
        <w:br/>
        <w:br/>
        <w:t>C. 系在腿部</w:t>
        <w:br/>
        <w:br/>
        <w:t>D. 不需要使用安全带</w:t>
        <w:br/>
        <w:br/>
        <w:t>3. 水暖作业中，防止烫伤的最有效措施是？</w:t>
        <w:br/>
        <w:br/>
        <w:t>A. 穿着短袖工作服</w:t>
        <w:br/>
        <w:br/>
        <w:t>B. 佩戴隔热手套</w:t>
        <w:br/>
        <w:br/>
        <w:t>C. 快速操作</w:t>
        <w:br/>
        <w:br/>
        <w:t>D. 不使用热水</w:t>
        <w:br/>
        <w:br/>
        <w:t>4. 以下哪种气体在水暖作业中可能造成窒息危险？</w:t>
        <w:br/>
        <w:br/>
        <w:t>A. 氧气</w:t>
        <w:br/>
        <w:br/>
        <w:t>B. 氮气</w:t>
        <w:br/>
        <w:br/>
        <w:t>C. 二氧化碳</w:t>
        <w:br/>
        <w:br/>
        <w:t>D. 氢气</w:t>
        <w:br/>
        <w:br/>
        <w:t>5. 水暖班组安全交底的频率应该是？</w:t>
        <w:br/>
        <w:br/>
        <w:t>A. 每周一次</w:t>
        <w:br/>
        <w:br/>
        <w:t>B. 每个项目开始前</w:t>
        <w:br/>
        <w:br/>
        <w:t>C. 每月一次</w:t>
        <w:br/>
        <w:br/>
        <w:t>D. 不需要定期进行</w:t>
        <w:br/>
        <w:br/>
        <w:t>6. 以下哪种情况不属于水暖作业中的"三违"行为？</w:t>
        <w:br/>
        <w:br/>
        <w:t>A. 违章指挥</w:t>
        <w:br/>
        <w:br/>
        <w:t>B. 违章作业</w:t>
        <w:br/>
        <w:br/>
        <w:t>C. 违反劳动纪律</w:t>
        <w:br/>
        <w:br/>
        <w:t>D. 违反安全规程</w:t>
        <w:br/>
        <w:br/>
        <w:t>7. 水暖作业中，以下哪种灭火器不适合用于电气火灾？</w:t>
        <w:br/>
        <w:br/>
        <w:t>A. 干粉灭火器</w:t>
        <w:br/>
        <w:br/>
        <w:t>B. 二氧化碳灭火器</w:t>
        <w:br/>
        <w:br/>
        <w:t>C. 泡沫灭火器</w:t>
        <w:br/>
        <w:br/>
        <w:t>D. 水基灭火器</w:t>
        <w:br/>
        <w:br/>
        <w:t>8. 水暖班组作业前，应检查作业环境的温度不低于？</w:t>
        <w:br/>
        <w:br/>
        <w:t>A. 0℃</w:t>
        <w:br/>
        <w:br/>
        <w:t>B. 5℃</w:t>
        <w:br/>
        <w:br/>
        <w:t>C. 10℃</w:t>
        <w:br/>
        <w:br/>
        <w:t>D. 15℃</w:t>
        <w:br/>
        <w:br/>
        <w:t>9. 水暖作业中，以下哪种工具使用后不需要立即清理？</w:t>
        <w:br/>
        <w:br/>
        <w:t>A. 切割机</w:t>
        <w:br/>
        <w:br/>
        <w:t>B. 焊枪</w:t>
        <w:br/>
        <w:br/>
        <w:t>C. 管道扳手</w:t>
        <w:br/>
        <w:br/>
        <w:t>D. 水压测试泵</w:t>
        <w:br/>
        <w:br/>
        <w:t>10. 水暖作业中，以下哪种情况不需要设置警示标志？</w:t>
        <w:br/>
        <w:br/>
        <w:t>A. 正在进行焊接作业</w:t>
        <w:br/>
        <w:br/>
        <w:t>B. 地面有积水</w:t>
        <w:br/>
        <w:br/>
        <w:t>C. 临时用电</w:t>
        <w:br/>
        <w:br/>
        <w:t>D. 使用普通工具</w:t>
        <w:br/>
        <w:br/>
        <w:t xml:space="preserve"> 二、填空题（共5题，每题2分）</w:t>
        <w:br/>
        <w:br/>
        <w:t>1. 水暖作业中，使用电动工具前必须检查工具的______和______是否完好。</w:t>
        <w:br/>
        <w:br/>
        <w:t>2. 水暖班组在进入密闭空间作业前，必须先进行______检测，确保氧气含量在______之间。</w:t>
        <w:br/>
        <w:br/>
        <w:t>3. 水暖作业中，管道切割后应立即清除______，防止______。</w:t>
        <w:br/>
        <w:br/>
        <w:t>4. 水暖班组在冬季施工时，应采取防冻措施，确保水管内的水不会结冰，防止管道______。</w:t>
        <w:br/>
        <w:br/>
        <w:t>5. 水暖作业中，发现安全隐患应立即______，并向上级______。</w:t>
        <w:br/>
        <w:br/>
        <w:t xml:space="preserve"> 三、判断题（共5题，每题2分）</w:t>
        <w:br/>
        <w:br/>
        <w:t>1. 水暖作业中，可以为了方便而拆除安全防护装置。（ ）</w:t>
        <w:br/>
        <w:br/>
        <w:t>2. 水暖班组在作业前可以不进行安全技术交底，直接开始工作。（ ）</w:t>
        <w:br/>
        <w:br/>
        <w:t>3. 水暖作业中，使用梯子时，梯子与地面的夹角应保持在60°-70°之间。（ ）</w:t>
        <w:br/>
        <w:br/>
        <w:t>4. 水暖作业中，可以临时使用破损的绝缘工具进行带电作业。（ ）</w:t>
        <w:br/>
        <w:br/>
        <w:t>5. 水暖班组在作业完成后，应清理现场，确保没有安全隐患。（ ）</w:t>
        <w:br/>
        <w:br/>
        <w:t xml:space="preserve"> 四、多项选择题（共2题，每题2分）</w:t>
        <w:br/>
        <w:br/>
        <w:t>1. 以下哪些是水暖作业中必须佩戴的个人防护用品？（ ）</w:t>
        <w:br/>
        <w:br/>
        <w:t>A. 安全帽</w:t>
        <w:br/>
        <w:br/>
        <w:t>B. 防护眼镜</w:t>
        <w:br/>
        <w:br/>
        <w:t>C. 绝缘手套</w:t>
        <w:br/>
        <w:br/>
        <w:t>D. 防尘口罩</w:t>
        <w:br/>
        <w:br/>
        <w:t>2. 以下哪些情况属于水暖作业中的重大危险源？（ ）</w:t>
        <w:br/>
        <w:br/>
        <w:t>A. 高处作业</w:t>
        <w:br/>
        <w:br/>
        <w:t>B. 密闭空间作业</w:t>
        <w:br/>
        <w:br/>
        <w:t>C. 带电作业</w:t>
        <w:br/>
        <w:br/>
        <w:t>D. 使用手动工具</w:t>
        <w:br/>
        <w:br/>
        <w:t xml:space="preserve"> 五、简答题（共2题，每题5分）</w:t>
        <w:br/>
        <w:br/>
        <w:t>1. 简述水暖班组在进行高空作业时的安全注意事项。</w:t>
        <w:br/>
        <w:br/>
        <w:t>2. 简述水暖班组发现燃气泄漏事故后的应急处置措施。</w:t>
        <w:br/>
        <w:br/>
        <w:t xml:space="preserve"> 答案及解析</w:t>
        <w:br/>
        <w:br/>
        <w:t xml:space="preserve"> 一、单项选择题</w:t>
        <w:br/>
        <w:br/>
        <w:t>1. 答案：C</w:t>
        <w:br/>
        <w:br/>
        <w:t>解析：管钳是手动工具，不需要检查绝缘性能。而电钻、万用表、电缆剪都是电动工具或涉及电力的工具，使用前必须检查绝缘性能是否完好，防止触电事故。</w:t>
        <w:br/>
        <w:br/>
        <w:t>2. 答案：B</w:t>
        <w:br/>
        <w:br/>
        <w:t>解析：安全带应系在胸部以上，确保在坠落时能够有效保护人体主要器官。系在腰部可能导致坠落时内脏受损，系在腿部则无法有效保护身体，不使用安全带则违反高空作业安全规定。</w:t>
        <w:br/>
        <w:br/>
        <w:t>3. 答案：B</w:t>
        <w:br/>
        <w:br/>
        <w:t>解析：佩戴隔热手套是防止烫伤的最有效措施，可以避免皮肤直接接触高温物体或介质。穿着短袖工作服会增加烫伤风险，快速操作并不能从根本上防止烫伤，不使用热水则会影响正常工作。</w:t>
        <w:br/>
        <w:br/>
        <w:t>4. 答案：C</w:t>
        <w:br/>
        <w:br/>
        <w:t>解析：二氧化碳在高浓度情况下会置换空气中的氧气，导致缺氧窒息。虽然氮气和氢气在高浓度时也会造成窒息，但在水暖作业中，二氧化碳更为常见，尤其是在密闭空间或使用干冰的情况下。</w:t>
        <w:br/>
        <w:br/>
        <w:t>5. 答案：B</w:t>
        <w:br/>
        <w:br/>
        <w:t>解析：安全交底应在每个项目开始前进行，确保所有作业人员了解项目的安全风险和防护措施。每周一次或每月一次的频率可能无法覆盖新项目或新风险，不需要定期进行则忽视了安全交底的重要性。</w:t>
        <w:br/>
        <w:br/>
        <w:t>6. 答案：D</w:t>
        <w:br/>
        <w:br/>
        <w:t>解析："三违"行为是指违章指挥、违章作业和违反劳动纪律。违反安全规程属于违章作业的一种，因此不属于"三违"行为的独立分类。</w:t>
        <w:br/>
        <w:br/>
        <w:t>7. 答案：D</w:t>
        <w:br/>
        <w:br/>
        <w:t>解析：水基灭火器导电，不适合用于电气火灾，可能造成触电危险。干粉灭火器、二氧化碳灭火器和泡沫灭火器都可以用于电气火灾，但泡沫灭火器可能会造成设备损坏。</w:t>
        <w:br/>
        <w:br/>
        <w:t>8. 答案：B</w:t>
        <w:br/>
        <w:br/>
        <w:t>解析：水暖作业中，作业环境的温度应不低于5℃，以确保材料和设备能够正常工作，防止因低温导致材料脆化或设备故障。0℃可能导致水管结冰，10℃和15℃虽然更安全，但不是最低要求。</w:t>
        <w:br/>
        <w:br/>
        <w:t>9. 答案：C</w:t>
        <w:br/>
        <w:br/>
        <w:t>解析：管道扳手是手动工具，使用后不需要立即清理。而切割机、焊枪和水压测试泵使用后都需要立即清理，以防止残留物影响下次使用或造成安全隐患。</w:t>
        <w:br/>
        <w:br/>
        <w:t>10. 答案：D</w:t>
        <w:br/>
        <w:br/>
        <w:t>解析：在进行焊接作业、地面有积水或临时用电等情况下，都需要设置警示标志，提醒他人注意安全。使用普通工具则不需要设置警示标志，因为风险相对较低。</w:t>
        <w:br/>
        <w:br/>
        <w:t xml:space="preserve"> 二、填空题</w:t>
        <w:br/>
        <w:br/>
        <w:t>1. 答案：绝缘性能；接地线</w:t>
        <w:br/>
        <w:br/>
        <w:t>解析：使用电动工具前必须检查工具的绝缘性能和接地线是否完好，这是防止触电的基本措施。绝缘性能不良可能导致电流通过人体，接地线不良可能导致电流无法有效导入地面，增加触电风险。</w:t>
        <w:br/>
        <w:br/>
        <w:t>2. 答案：气体；19.5%~23.5%</w:t>
        <w:br/>
        <w:br/>
        <w:t>解析：进入密闭空间作业前，必须先进行气体检测，确保氧气含量在19.5%~23.5%之间。氧气含量低于19.5%会导致缺氧，高于23.5%则可能增加火灾风险。</w:t>
        <w:br/>
        <w:br/>
        <w:t>3. 答案：毛刺；割伤</w:t>
        <w:br/>
        <w:br/>
        <w:t>解析：管道切割后应立即清除毛刺，防止割伤。毛刺锋利，容易划伤皮肤，造成工伤事故。</w:t>
        <w:br/>
        <w:br/>
        <w:t>4. 答案：冻裂</w:t>
        <w:br/>
        <w:br/>
        <w:t>解析：冬季施工时，水管内的水结冰会膨胀，导致管道冻裂，造成水资源浪费和财产损失。因此需要采取防冻措施，如排空水管、添加防冻剂等。</w:t>
        <w:br/>
        <w:br/>
        <w:t>5. 答案：停止；报告</w:t>
        <w:br/>
        <w:br/>
        <w:t>解析：发现安全隐患应立即停止作业，并向上级报告，以便及时采取措施消除隐患，防止事故发生。</w:t>
        <w:br/>
        <w:br/>
        <w:t xml:space="preserve"> 三、判断题</w:t>
        <w:br/>
        <w:br/>
        <w:t>1. 答案：×</w:t>
        <w:br/>
        <w:br/>
        <w:t>解析：安全防护装置是保护作业人员安全的重要设施，任何情况下都不应随意拆除。拆除安全防护装置会增加作业风险，可能导致严重事故。</w:t>
        <w:br/>
        <w:br/>
        <w:t>2. 答案：×</w:t>
        <w:br/>
        <w:br/>
        <w:t>解析：安全技术交底是作业前的必要环节，所有作业人员必须了解项目的安全风险和防护措施，不能省略这一步骤。</w:t>
        <w:br/>
        <w:br/>
        <w:t>3. 答案：√</w:t>
        <w:br/>
        <w:br/>
        <w:t>解析：使用梯子时，梯子与地面的夹角应保持在60°-70°之间，这是确保梯子稳定性的最佳角度。角度过小可能导致梯子向后倾倒，角度过大则可能导致梯子向前滑动。</w:t>
        <w:br/>
        <w:br/>
        <w:t>4. 答案：×</w:t>
        <w:br/>
        <w:br/>
        <w:t>解析：破损的绝缘工具存在触电风险，绝对不能用于带电作业。所有工具在使用前都应检查完好性，确保安全。</w:t>
        <w:br/>
        <w:br/>
        <w:t>5. 答案：√</w:t>
        <w:br/>
        <w:br/>
        <w:t>解析：作业完成后清理现场是安全作业的基本要求，可以防止因遗留物品或设施造成的安全隐患，确保工作环境整洁安全。</w:t>
        <w:br/>
        <w:br/>
        <w:t xml:space="preserve"> 四、多项选择题</w:t>
        <w:br/>
        <w:br/>
        <w:t>1. 答案：A、B、C、D</w:t>
        <w:br/>
        <w:br/>
        <w:t>解析：水暖作业中，安全帽可以防止头部受伤，防护眼镜可以防止眼睛受到飞溅物伤害，绝缘手套可以防止触电，防尘口罩可以防止吸入有害粉尘。这些都是水暖作业中必须佩戴的个人防护用品。</w:t>
        <w:br/>
        <w:br/>
        <w:t>2. 答案：A、B、C</w:t>
        <w:br/>
        <w:br/>
        <w:t>解析：高处作业、密闭空间作业和带电作业都属于水暖作业中的重大危险源，风险较高，需要采取特殊的安全措施。使用手动工具的风险相对较低，不属于重大危险源。</w:t>
        <w:br/>
        <w:br/>
        <w:t xml:space="preserve"> 五、简答题</w:t>
        <w:br/>
        <w:br/>
        <w:t>1. 答案：</w:t>
        <w:br/>
        <w:br/>
        <w:t>水暖班组在进行高空作业时的安全注意事项包括：</w:t>
        <w:br/>
        <w:br/>
        <w:t>(1) 佩戴合格的安全帽和安全带，安全带应系在牢固的锚点上；</w:t>
        <w:br/>
        <w:br/>
        <w:t>(2) 使用稳固的脚手架或作业平台，并设置防护栏杆；</w:t>
        <w:br/>
        <w:br/>
        <w:t>(3) 梯子应放置在坚固的地面上，与地面的夹角保持在60°-70°之间；</w:t>
        <w:br/>
        <w:br/>
        <w:t>(4) 避免在高空抛掷工具或材料，应使用工具袋或绳索传递；</w:t>
        <w:br/>
        <w:br/>
        <w:t>(5) 高空作业区域应设置警示标志，防止无关人员进入；</w:t>
        <w:br/>
        <w:br/>
        <w:t>(6) 遇有大风、雨雪等恶劣天气时，应停止高空作业；</w:t>
        <w:br/>
        <w:br/>
        <w:t>(7) 作业前应检查身体状况，避免疲劳作业；</w:t>
        <w:br/>
        <w:br/>
        <w:t>(8) 至少两人一组作业，互相监护。</w:t>
        <w:br/>
        <w:br/>
        <w:t>2. 答案：</w:t>
        <w:br/>
        <w:br/>
        <w:t>水暖班组发现燃气泄漏事故后的应急处置措施包括：</w:t>
        <w:br/>
        <w:br/>
        <w:t>(1) 立即停止一切可能产生火花的作业，关闭明火；</w:t>
        <w:br/>
        <w:br/>
        <w:t>(2) 迅速撤离泄漏区域至上风安全地带；</w:t>
        <w:br/>
        <w:br/>
        <w:t>(3) 切断泄漏源附近的电源，防止产生火花；</w:t>
        <w:br/>
        <w:br/>
        <w:t>(4) 不要使用电话、手机等通讯设备，避免产生静电火花；</w:t>
        <w:br/>
        <w:br/>
        <w:t>(5) 不要开关任何电器设备，包括电灯、排气扇等；</w:t>
        <w:br/>
        <w:br/>
        <w:t>(6) 如果条件允许，关闭燃气总阀门；</w:t>
        <w:br/>
        <w:br/>
        <w:t>(7) 不要使用电梯，应走安全通道撤离；</w:t>
        <w:br/>
        <w:br/>
        <w:t>(8) 立即向燃气公司、消防部门和上级报告；</w:t>
        <w:br/>
        <w:br/>
        <w:t>(9) 在安全区域设置警戒，防止无关人员进入；</w:t>
        <w:br/>
        <w:br/>
        <w:t>(10) 等待专业人员处理，不要自行修复。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