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2025年健康睡眠相关试题及答案</w:t>
      </w:r>
    </w:p>
    <w:p>
      <w:r>
        <w:br/>
        <w:t xml:space="preserve"> 一、单项选择题（共10题，每题2分）</w:t>
        <w:br/>
        <w:br/>
        <w:t>1. 世界睡眠日是每年的哪一天？</w:t>
        <w:br/>
        <w:br/>
        <w:t>A. 3月15日</w:t>
        <w:br/>
        <w:br/>
        <w:t>B. 3月21日</w:t>
        <w:br/>
        <w:br/>
        <w:t>C. 4月7日</w:t>
        <w:br/>
        <w:br/>
        <w:t>D. 5月31日</w:t>
        <w:br/>
        <w:br/>
        <w:t>2. 成年人每晚推荐的睡眠时间是：</w:t>
        <w:br/>
        <w:br/>
        <w:t>A. 5-6小时</w:t>
        <w:br/>
        <w:br/>
        <w:t>B. 7-9小时</w:t>
        <w:br/>
        <w:br/>
        <w:t>C. 10-12小时</w:t>
        <w:br/>
        <w:br/>
        <w:t>D. 12-14小时</w:t>
        <w:br/>
        <w:br/>
        <w:t>3. 以下哪种因素不会影响睡眠质量？</w:t>
        <w:br/>
        <w:br/>
        <w:t>A. 咖啡因摄入</w:t>
        <w:br/>
        <w:br/>
        <w:t>B. 睡前使用电子设备</w:t>
        <w:br/>
        <w:br/>
        <w:t>C. 规律的运动</w:t>
        <w:br/>
        <w:br/>
        <w:t>D. 睡眠环境噪音</w:t>
        <w:br/>
        <w:br/>
        <w:t>4. 睡眠障碍中最常见的是：</w:t>
        <w:br/>
        <w:br/>
        <w:t>A. 失眠症</w:t>
        <w:br/>
        <w:br/>
        <w:t>B. 睡眠呼吸暂停</w:t>
        <w:br/>
        <w:br/>
        <w:t>C. 发作性睡病</w:t>
        <w:br/>
        <w:br/>
        <w:t>D. 异睡症</w:t>
        <w:br/>
        <w:br/>
        <w:t>5. 以下哪种激素与睡眠-觉醒周期调节密切相关？</w:t>
        <w:br/>
        <w:br/>
        <w:t>A. 胰岛素</w:t>
        <w:br/>
        <w:br/>
        <w:t>B. 褪黑素</w:t>
        <w:br/>
        <w:br/>
        <w:t>C. 甲状腺素</w:t>
        <w:br/>
        <w:br/>
        <w:t>D. 生长激素</w:t>
        <w:br/>
        <w:br/>
        <w:t>6. 睡眠不足可能导致以下哪种健康问题？</w:t>
        <w:br/>
        <w:br/>
        <w:t>A. 免疫系统增强</w:t>
        <w:br/>
        <w:br/>
        <w:t>B. 记忆力下降</w:t>
        <w:br/>
        <w:br/>
        <w:t>C. 新陈代谢加快</w:t>
        <w:br/>
        <w:br/>
        <w:t>D. 血压降低</w:t>
        <w:br/>
        <w:br/>
        <w:t>7. 以下哪种睡眠姿势对脊柱健康最有利？</w:t>
        <w:br/>
        <w:br/>
        <w:t>A. 俯卧</w:t>
        <w:br/>
        <w:br/>
        <w:t>B. 仰卧</w:t>
        <w:br/>
        <w:br/>
        <w:t>C. 左侧卧</w:t>
        <w:br/>
        <w:br/>
        <w:t>D. 右侧卧</w:t>
        <w:br/>
        <w:br/>
        <w:t>8. 睡前多长时间应避免剧烈运动？</w:t>
        <w:br/>
        <w:br/>
        <w:t>A. 30分钟</w:t>
        <w:br/>
        <w:br/>
        <w:t>B. 1小时</w:t>
        <w:br/>
        <w:br/>
        <w:t>C. 2小时</w:t>
        <w:br/>
        <w:br/>
        <w:t>D. 3小时</w:t>
        <w:br/>
        <w:br/>
        <w:t>9. 以下哪种食物有助于改善睡眠？</w:t>
        <w:br/>
        <w:br/>
        <w:t>A. 巧克力</w:t>
        <w:br/>
        <w:br/>
        <w:t>B. 咖啡</w:t>
        <w:br/>
        <w:br/>
        <w:t>C. 温牛奶</w:t>
        <w:br/>
        <w:br/>
        <w:t>D. 浓茶</w:t>
        <w:br/>
        <w:br/>
        <w:t>10. 睡眠周期大约多长时间完成一个循环？</w:t>
        <w:br/>
        <w:br/>
        <w:t>A. 30分钟</w:t>
        <w:br/>
        <w:br/>
        <w:t>B. 60分钟</w:t>
        <w:br/>
        <w:br/>
        <w:t>C. 90分钟</w:t>
        <w:br/>
        <w:br/>
        <w:t>D. 120分钟</w:t>
        <w:br/>
        <w:br/>
        <w:t xml:space="preserve"> 二、填空题（共6题，每题2分）</w:t>
        <w:br/>
        <w:br/>
        <w:t>1. 睡眠分为______和______两种主要类型。</w:t>
        <w:br/>
        <w:br/>
        <w:t>2. 睡眠不足会导致注意力、______和______等功能受损。</w:t>
        <w:br/>
        <w:br/>
        <w:t>3. 睡前应避免摄入______和______等刺激性物质。</w:t>
        <w:br/>
        <w:br/>
        <w:t>4. 理想的睡眠环境应保持______、______和安静。</w:t>
        <w:br/>
        <w:br/>
        <w:t>5. 睡眠呼吸暂停的主要症状包括______和______。</w:t>
        <w:br/>
        <w:br/>
        <w:t>6. 长期睡眠不足可能增加患______、______和糖尿病等疾病的风险。</w:t>
        <w:br/>
        <w:br/>
        <w:t xml:space="preserve"> 三、判断题（共6题，每题2分）</w:t>
        <w:br/>
        <w:br/>
        <w:t>1. 成年人每天只需要5小时的睡眠就足够了。（ ）</w:t>
        <w:br/>
        <w:br/>
        <w:t>2. 睡前喝一杯温牛奶有助于改善睡眠质量。（ ）</w:t>
        <w:br/>
        <w:br/>
        <w:t>3. 午睡时间越长越好，可以补充夜间睡眠不足。（ ）</w:t>
        <w:br/>
        <w:br/>
        <w:t>4. 睡眠时，大脑处于完全休息状态，不进行任何活动。（ ）</w:t>
        <w:br/>
        <w:br/>
        <w:t>5. 规律的作息时间有助于改善睡眠质量。（ ）</w:t>
        <w:br/>
        <w:br/>
        <w:t>6. 睡眠不足可以通过周末长时间补觉来完全弥补。（ ）</w:t>
        <w:br/>
        <w:br/>
        <w:t xml:space="preserve"> 四、多项选择题（共2题，每题2分）</w:t>
        <w:br/>
        <w:br/>
        <w:t>1. 以下哪些因素可能导致失眠？（ ）</w:t>
        <w:br/>
        <w:br/>
        <w:t>A. 精神压力</w:t>
        <w:br/>
        <w:br/>
        <w:t>B. 不良的睡眠环境</w:t>
        <w:br/>
        <w:br/>
        <w:t>C. 定期锻炼</w:t>
        <w:br/>
        <w:br/>
        <w:t>D. 过度使用电子设备</w:t>
        <w:br/>
        <w:br/>
        <w:t>E. 规律的作息时间</w:t>
        <w:br/>
        <w:br/>
        <w:t>2. 改善睡眠质量的方法包括？（ ）</w:t>
        <w:br/>
        <w:br/>
        <w:t>A. 保持卧室温度适宜</w:t>
        <w:br/>
        <w:br/>
        <w:t>B. 睡前大量进食</w:t>
        <w:br/>
        <w:br/>
        <w:t>C. 建立放松的睡前习惯</w:t>
        <w:br/>
        <w:br/>
        <w:t>D. 长时间午睡</w:t>
        <w:br/>
        <w:br/>
        <w:t>E. 避免睡前使用电子设备</w:t>
        <w:br/>
        <w:br/>
        <w:t xml:space="preserve"> 五、简答题（共2题，每题5分）</w:t>
        <w:br/>
        <w:br/>
        <w:t>1. 请简述睡眠对健康的重要性，以及长期睡眠不足可能带来的健康风险。</w:t>
        <w:br/>
        <w:br/>
        <w:t>2. 请列举并解释至少三种改善睡眠质量的方法。</w:t>
        <w:br/>
        <w:br/>
        <w:t xml:space="preserve"> 参考答案及解析</w:t>
        <w:br/>
        <w:br/>
        <w:t xml:space="preserve"> 一、单项选择题</w:t>
        <w:br/>
        <w:br/>
        <w:t>1. 答案：B</w:t>
        <w:br/>
        <w:br/>
        <w:t>解析：世界睡眠日（World Sleep Day）是由世界睡眠医学学会于2008年发起的，旨在提高人们对睡眠重要性的认识。世界睡眠日定在每年春分前的星期五，通常在3月21日左右。</w:t>
        <w:br/>
        <w:br/>
        <w:t>2. 答案：B</w:t>
        <w:br/>
        <w:br/>
        <w:t>解析：根据美国国家睡眠基金会的研究，成年人每晚推荐的睡眠时间为7-9小时。睡眠时间过短或过长都可能对健康产生负面影响。</w:t>
        <w:br/>
        <w:br/>
        <w:t>3. 答案：C</w:t>
        <w:br/>
        <w:br/>
        <w:t>解析：规律的运动通常有助于改善睡眠质量，而不是影响睡眠。咖啡因摄入、睡前使用电子设备和睡眠环境噪音都会对睡眠质量产生负面影响。</w:t>
        <w:br/>
        <w:br/>
        <w:t>4. 答案：A</w:t>
        <w:br/>
        <w:br/>
        <w:t>解析：失眠症是最常见的睡眠障碍，表现为难以入睡、保持睡眠或早醒，导致睡眠质量下降和日间功能受损。</w:t>
        <w:br/>
        <w:br/>
        <w:t>5. 答案：B</w:t>
        <w:br/>
        <w:br/>
        <w:t>解析：褪黑素是由松果体分泌的激素，与睡眠-觉醒周期的调节密切相关。它在黑暗环境中分泌增加，帮助促进睡眠；在光亮环境中分泌减少，有助于保持清醒。</w:t>
        <w:br/>
        <w:br/>
        <w:t>6. 答案：B</w:t>
        <w:br/>
        <w:br/>
        <w:t>解析：睡眠不足会导致多种健康问题，包括记忆力下降、注意力不集中、情绪波动等。免疫系统功能减弱、新陈代谢紊乱和血压升高也是睡眠不足的常见后果。</w:t>
        <w:br/>
        <w:br/>
        <w:t>7. 答案：B</w:t>
        <w:br/>
        <w:br/>
        <w:t>解析：仰卧通常被认为是对脊柱最有利的睡眠姿势，因为它可以保持脊柱的自然曲线，减少颈部和背部的压力。然而，最佳睡眠姿势可能因个人健康状况而异。</w:t>
        <w:br/>
        <w:br/>
        <w:t>8. 答案：C</w:t>
        <w:br/>
        <w:br/>
        <w:t>解析：睡前2-3小时应避免剧烈运动，因为剧烈运动会使体温升高和肾上腺素水平上升，可能干扰睡眠。轻度运动如散步通常有助于睡眠。</w:t>
        <w:br/>
        <w:br/>
        <w:t>9. 答案：C</w:t>
        <w:br/>
        <w:br/>
        <w:t>解析：温牛奶含有色氨酸和钙，有助于促进褪黑素和血清素的生成，从而改善睡眠。巧克力、咖啡和浓茶含有咖啡因等刺激性物质，可能干扰睡眠。</w:t>
        <w:br/>
        <w:br/>
        <w:t>10. 答案：C</w:t>
        <w:br/>
        <w:br/>
        <w:t>解析：一个完整的睡眠周期包括浅睡眠、深睡眠和快速眼动睡眠（REM），大约需要90分钟完成。一个晚上通常有4-6个睡眠周期。</w:t>
        <w:br/>
        <w:br/>
        <w:t xml:space="preserve"> 二、填空题</w:t>
        <w:br/>
        <w:br/>
        <w:t>1. 答案：非快速眼动睡眠（NREM）、快速眼动睡眠（REM）</w:t>
        <w:br/>
        <w:br/>
        <w:t>解析：睡眠主要分为非快速眼动睡眠（NREM）和快速眼动睡眠（REM）两种类型。NREM睡眠包括浅睡眠和深睡眠，身体修复主要在此阶段进行；REM睡眠阶段大脑活动活跃，梦境多发生在此阶段。</w:t>
        <w:br/>
        <w:br/>
        <w:t>2. 答案：记忆力、决策能力</w:t>
        <w:br/>
        <w:br/>
        <w:t>解析：睡眠不足会导致认知功能受损，包括注意力不集中、记忆力下降和决策能力减弱。这些影响会显著影响日常学习和工作效率。</w:t>
        <w:br/>
        <w:br/>
        <w:t>3. 答案：咖啡因、酒精</w:t>
        <w:br/>
        <w:br/>
        <w:t>解析：咖啡因是一种中枢神经系统兴奋剂，会干扰睡眠；酒精虽然可能使人感到困倦，但会降低睡眠质量，减少深度睡眠时间。</w:t>
        <w:br/>
        <w:br/>
        <w:t>4. 答案：适宜的温度、适度的黑暗</w:t>
        <w:br/>
        <w:br/>
        <w:t>解析：理想的睡眠环境应保持适宜的温度（通常为18-22℃）、适度的黑暗（可以使用遮光窗帘）和安静（可以使用耳塞或白噪音机减少干扰）。</w:t>
        <w:br/>
        <w:br/>
        <w:t>5. 答案：打鼾、白天嗜睡</w:t>
        <w:br/>
        <w:br/>
        <w:t>解析：睡眠呼吸暂停的主要症状包括响亮的打鼾、呼吸暂停和白天过度嗜睡。这些症状是由于睡眠时呼吸道反复阻塞导致的。</w:t>
        <w:br/>
        <w:br/>
        <w:t>6. 答案：心血管疾病、肥胖</w:t>
        <w:br/>
        <w:br/>
        <w:t>解析：长期睡眠不足会增加患多种慢性疾病的风险，包括心血管疾病、肥胖、糖尿病和免疫系统功能下降等。研究表明，睡眠不足会影响荷尔蒙平衡和新陈代谢。</w:t>
        <w:br/>
        <w:br/>
        <w:t xml:space="preserve"> 三、判断题</w:t>
        <w:br/>
        <w:br/>
        <w:t>1. 答案：×</w:t>
        <w:br/>
        <w:br/>
        <w:t>解析：成年人每晚需要7-9小时的睡眠，5小时的睡眠远低于推荐量，长期睡眠不足会导致多种健康问题。</w:t>
        <w:br/>
        <w:br/>
        <w:t>2. 答案：√</w:t>
        <w:br/>
        <w:br/>
        <w:t>解析：温牛奶含有色氨酸和钙，有助于促进褪黑素和血清素的生成，从而改善睡眠质量。此外，温热的饮品也有助于放松身心。</w:t>
        <w:br/>
        <w:br/>
        <w:t>3. 答案：×</w:t>
        <w:br/>
        <w:br/>
        <w:t>解析：午睡时间不宜过长，一般建议20-30分钟为宜。过长的午睡可能导致夜间睡眠困难，形成恶性循环。</w:t>
        <w:br/>
        <w:br/>
        <w:t>4. 答案：×</w:t>
        <w:br/>
        <w:br/>
        <w:t>解析：睡眠时大脑并非完全休息，而是进行重要的记忆整理、信息处理和身体修复工作。特别是REM睡眠阶段，大脑活动非常活跃。</w:t>
        <w:br/>
        <w:br/>
        <w:t>5. 答案：√</w:t>
        <w:br/>
        <w:br/>
        <w:t>解析：规律的作息时间有助于调节生物钟，提高睡眠质量。每天在同一时间上床睡觉和起床，即使在周末也应保持一致。</w:t>
        <w:br/>
        <w:br/>
        <w:t>6. 答案：×</w:t>
        <w:br/>
        <w:br/>
        <w:t>解析：周末长时间补觉无法完全弥补睡眠不足带来的健康风险，因为睡眠不足导致的生理变化需要通过规律、充足的睡眠来恢复。</w:t>
        <w:br/>
        <w:br/>
        <w:t xml:space="preserve"> 四、多项选择题</w:t>
        <w:br/>
        <w:br/>
        <w:t>1. 答案：A、B、D</w:t>
        <w:br/>
        <w:br/>
        <w:t>解析：精神压力、不良的睡眠环境和过度使用电子设备都可能导致失眠。定期锻炼和规律的作息时间通常有助于改善睡眠，而不是导致失眠。</w:t>
        <w:br/>
        <w:br/>
        <w:t>2. 答案：A、C、E</w:t>
        <w:br/>
        <w:br/>
        <w:t>解析：保持卧室温度适宜、建立放松的睡前习惯和避免睡前使用电子设备都是改善睡眠质量的有效方法。睡前大量进食和长时间午睡可能干扰夜间睡眠。</w:t>
        <w:br/>
        <w:br/>
        <w:t xml:space="preserve"> 五、简答题</w:t>
        <w:br/>
        <w:br/>
        <w:t>1. 答案：</w:t>
        <w:br/>
        <w:br/>
        <w:t>睡眠对健康至关重要，它是身体修复、记忆巩固和免疫系统功能维持的关键时期。在睡眠过程中，身体会修复受损组织，大脑整理和巩固记忆，免疫系统产生抗体对抗感染。</w:t>
        <w:br/>
        <w:br/>
        <w:t>长期睡眠不足可能带来多种健康风险，包括：</w:t>
        <w:br/>
        <w:br/>
        <w:t>- 认知功能下降：注意力不集中、记忆力减退、决策能力下降</w:t>
        <w:br/>
        <w:br/>
        <w:t>- 心血管疾病风险增加：高血压、心脏病、中风风险上升</w:t>
        <w:br/>
        <w:br/>
        <w:t>- 代谢紊乱：胰岛素抵抗增加，糖尿病风险上升</w:t>
        <w:br/>
        <w:br/>
        <w:t>- 免疫功能下降：更容易感染疾病，疫苗效果降低</w:t>
        <w:br/>
        <w:br/>
        <w:t>- 精神健康问题：抑郁、焦虑风险增加</w:t>
        <w:br/>
        <w:br/>
        <w:t>- 体重增加：食欲调节激素失衡，可能导致暴饮暴食</w:t>
        <w:br/>
        <w:br/>
        <w:t>- 事故风险增加：疲劳驾驶或操作机械的风险显著提高</w:t>
        <w:br/>
        <w:br/>
        <w:t>2. 答案：</w:t>
        <w:br/>
        <w:br/>
        <w:t>改善睡眠质量的方法包括：</w:t>
        <w:br/>
        <w:br/>
        <w:t>a) 建立规律的睡眠时间表：每天在同一时间上床睡觉和起床，即使在周末也应保持一致。这有助于调节生物钟，提高睡眠质量。</w:t>
        <w:br/>
        <w:br/>
        <w:t>b) 创造理想的睡眠环境：保持卧室温度适宜（18-22℃）、适度黑暗（使用遮光窗帘）和安静（使用耳塞或白噪音机）。舒适的床垫和枕头也对睡眠质量至关重要。</w:t>
        <w:br/>
        <w:br/>
        <w:t>c) 培养放松的睡前习惯：睡前1小时避免使用电子设备（手机、电脑、电视等），因为蓝光会抑制褪黑素分泌。可以尝试阅读、冥想、深呼吸、温水浴或轻柔的伸展运动来放松身心。</w:t>
        <w:br/>
        <w:br/>
        <w:t>d) 注意饮食和饮水：睡前2-3小时避免大量进食，特别是辛辣、油腻食物。限制咖啡因和酒精摄入，下午晚些时候后避免饮用含咖啡因的饮料。睡前适量饮水，但不要过量，以免夜间频繁起夜。</w:t>
        <w:br/>
        <w:br/>
        <w:t>e) 白天适当运动：规律的身体活动有助于提高睡眠质量，但应避免在睡前3小时内进行剧烈运动，因为这可能会提高体温和肾上腺素水平，干扰睡眠。</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