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2025年护理执行制度试题及答案</w:t>
      </w:r>
    </w:p>
    <w:p>
      <w:r>
        <w:br/>
        <w:t xml:space="preserve"> 一、单项选择题（每题2分，共20分）</w:t>
        <w:br/>
        <w:br/>
        <w:t>1. 护理执行制度的核心原则是：</w:t>
        <w:br/>
        <w:br/>
        <w:t>A. 以医生为中心</w:t>
        <w:br/>
        <w:br/>
        <w:t>B. 以患者为中心</w:t>
        <w:br/>
        <w:br/>
        <w:t>C. 以医院为中心</w:t>
        <w:br/>
        <w:br/>
        <w:t>D. 以经济效益为中心</w:t>
        <w:br/>
        <w:br/>
        <w:t>2. 下列哪项不属于护理执行制度的基本要求？</w:t>
        <w:br/>
        <w:br/>
        <w:t>A. 严格执行医嘱</w:t>
        <w:br/>
        <w:br/>
        <w:t>B. 保护患者隐私</w:t>
        <w:br/>
        <w:br/>
        <w:t>C. 随意更改医嘱</w:t>
        <w:br/>
        <w:br/>
        <w:t>D. 准确记录护理过程</w:t>
        <w:br/>
        <w:br/>
        <w:t>3. 护理执行制度中，"三查七对"的内容不包括：</w:t>
        <w:br/>
        <w:br/>
        <w:t>A. 查医嘱、查药品、查患者</w:t>
        <w:br/>
        <w:br/>
        <w:t>B. 对床号、对姓名、对药名</w:t>
        <w:br/>
        <w:br/>
        <w:t>C. 对剂量、对时间、对用法</w:t>
        <w:br/>
        <w:br/>
        <w:t>D. 对医生签名、对护士签名、对科室名称</w:t>
        <w:br/>
        <w:br/>
        <w:t>4. 护理执行制度规定，紧急情况下执行口头医嘱后，应在多长时间内补记医嘱？</w:t>
        <w:br/>
        <w:br/>
        <w:t>A. 6小时内</w:t>
        <w:br/>
        <w:br/>
        <w:t>B. 12小时内</w:t>
        <w:br/>
        <w:br/>
        <w:t>C. 24小时内</w:t>
        <w:br/>
        <w:br/>
        <w:t>D. 48小时内</w:t>
        <w:br/>
        <w:br/>
        <w:t>5. 下列哪项是护理执行制度中关于用药安全的基本要求？</w:t>
        <w:br/>
        <w:br/>
        <w:t>A. 可以根据经验调整药物剂量</w:t>
        <w:br/>
        <w:br/>
        <w:t>B. 用药前必须双人核对</w:t>
        <w:br/>
        <w:br/>
        <w:t>C. 可以使用外观相似的药品</w:t>
        <w:br/>
        <w:br/>
        <w:t>D. 可以简化用药流程提高效率</w:t>
        <w:br/>
        <w:br/>
        <w:t>6. 护理执行制度中，关于护理记录的要求是：</w:t>
        <w:br/>
        <w:br/>
        <w:t>A. 可以事后补记</w:t>
        <w:br/>
        <w:br/>
        <w:t>B. 必须及时、准确、完整</w:t>
        <w:br/>
        <w:br/>
        <w:t>C. 只记录重要事件</w:t>
        <w:br/>
        <w:br/>
        <w:t>D. 可以使用简略符号代替文字</w:t>
        <w:br/>
        <w:br/>
        <w:t>7. 护理执行制度规定，对于特殊治疗和操作前，必须：</w:t>
        <w:br/>
        <w:br/>
        <w:t>A. 只需医生口头同意</w:t>
        <w:br/>
        <w:br/>
        <w:t>B. 获取患者或家属的知情同意</w:t>
        <w:br/>
        <w:br/>
        <w:t>C. 只需护士长批准</w:t>
        <w:br/>
        <w:br/>
        <w:t>D. 可以直接执行无需特殊手续</w:t>
        <w:br/>
        <w:br/>
        <w:t>8. 护理执行制度中，关于药品管理的正确做法是：</w:t>
        <w:br/>
        <w:br/>
        <w:t>A. 高危药品可以与其他药品混放</w:t>
        <w:br/>
        <w:br/>
        <w:t>B. 毒麻药品必须专柜加锁保管</w:t>
        <w:br/>
        <w:br/>
        <w:t>C. 过期药品可以使用完后再处理</w:t>
        <w:br/>
        <w:br/>
        <w:t>D. 患者自带药品可以直接使用</w:t>
        <w:br/>
        <w:br/>
        <w:t>9. 护理执行制度规定，发生护理不良事件后应：</w:t>
        <w:br/>
        <w:br/>
        <w:t>A. 隐瞒不报</w:t>
        <w:br/>
        <w:br/>
        <w:t>B. 立即报告并记录</w:t>
        <w:br/>
        <w:br/>
        <w:t>C. 等上级检查时再说明</w:t>
        <w:br/>
        <w:br/>
        <w:t>D. 只与患者家属沟通</w:t>
        <w:br/>
        <w:br/>
        <w:t>10. 护理执行制度的核心目的是：</w:t>
        <w:br/>
        <w:br/>
        <w:t>A. 提高医院经济效益</w:t>
        <w:br/>
        <w:br/>
        <w:t>B. 保障患者安全和护理质量</w:t>
        <w:br/>
        <w:br/>
        <w:t>C. 减轻护士工作负担</w:t>
        <w:br/>
        <w:br/>
        <w:t>D. 规范医院管理流程</w:t>
        <w:br/>
        <w:br/>
        <w:t xml:space="preserve"> 二、判断题（每题2分，共10分）</w:t>
        <w:br/>
        <w:br/>
        <w:t>1. 护理执行制度中，护士可以根据自己的判断调整医嘱剂量。（ ）</w:t>
        <w:br/>
        <w:br/>
        <w:t>2. 护理执行制度要求所有护理操作都必须有医嘱作为依据。（ ）</w:t>
        <w:br/>
        <w:br/>
        <w:t>3. 护理执行制度中，护理记录必须客观、真实、准确、完整、及时。（ ）</w:t>
        <w:br/>
        <w:br/>
        <w:t>4. 护理执行制度规定，对于危重患者，可以不执行查对制度以提高效率。（ ）</w:t>
        <w:br/>
        <w:br/>
        <w:t>5. 护理执行制度中，患者有权了解自己的病情和治疗方案，护士应如实告知。（ ）</w:t>
        <w:br/>
        <w:br/>
        <w:t xml:space="preserve"> 三、多项选择题（每题2分，共4分）</w:t>
        <w:br/>
        <w:br/>
        <w:t>1. 护理执行制度的基本原则包括：</w:t>
        <w:br/>
        <w:br/>
        <w:t>A. 以患者为中心</w:t>
        <w:br/>
        <w:br/>
        <w:t>B. 严格执行医嘱</w:t>
        <w:br/>
        <w:br/>
        <w:t>C. 尊重患者权利</w:t>
        <w:br/>
        <w:br/>
        <w:t>D. 保证护理安全</w:t>
        <w:br/>
        <w:br/>
        <w:t>E. 提高工作效率</w:t>
        <w:br/>
        <w:br/>
        <w:t>2. 护理执行制度中，需要双人核对的情况包括：</w:t>
        <w:br/>
        <w:br/>
        <w:t>A. 输血前</w:t>
        <w:br/>
        <w:br/>
        <w:t>B. 使用高危药品时</w:t>
        <w:br/>
        <w:br/>
        <w:t>C. 执行口头医嘱时</w:t>
        <w:br/>
        <w:br/>
        <w:t>D. 常规口服给药</w:t>
        <w:br/>
        <w:br/>
        <w:t>E. 患者身份确认</w:t>
        <w:br/>
        <w:br/>
        <w:t xml:space="preserve"> 四、填空题（每题2分，共10分）</w:t>
        <w:br/>
        <w:br/>
        <w:t>1. 护理执行制度中，"三查"指的是查医嘱、查药品、查________。</w:t>
        <w:br/>
        <w:br/>
        <w:t>2. 护理执行制度规定，执行医嘱必须遵循"________"原则。</w:t>
        <w:br/>
        <w:br/>
        <w:t>3. 护理执行制度中，对于特殊药品如毒麻药品，必须实行"________"管理制度。</w:t>
        <w:br/>
        <w:br/>
        <w:t>4. 护理执行制度要求，护理记录应遵循"________"原则，确保记录的客观性和准确性。</w:t>
        <w:br/>
        <w:br/>
        <w:t>5. 护理执行制度中，"七对"包括对床号、对姓名、对药名、对剂量、对时间、对用法、对________。</w:t>
        <w:br/>
        <w:br/>
        <w:t xml:space="preserve"> 五、简答题（每题5分，共10分）</w:t>
        <w:br/>
        <w:br/>
        <w:t>1. 简述护理执行制度中"三查七对"的具体内容及其重要性。</w:t>
        <w:br/>
        <w:br/>
        <w:t>2. 请简述护理执行制度中关于患者知情权的规定及护士应如何履行告知义务。</w:t>
        <w:br/>
        <w:br/>
        <w:t xml:space="preserve"> 参考答案及解析</w:t>
        <w:br/>
        <w:br/>
        <w:t xml:space="preserve"> 一、单项选择题</w:t>
        <w:br/>
        <w:br/>
        <w:t>1. 答案：B</w:t>
        <w:br/>
        <w:br/>
        <w:t>解析：护理执行制度的核心原则是以患者为中心，强调以患者需求为导向，提供安全、有效、人性化的护理服务。其他选项虽然也是医疗护理工作的一部分，但不是护理执行制度的核心原则。</w:t>
        <w:br/>
        <w:br/>
        <w:t>2. 答案：C</w:t>
        <w:br/>
        <w:br/>
        <w:t>解析：护理执行制度要求严格执行医嘱，不得随意更改。保护患者隐私和准确记录护理过程都是基本要求，而随意更改医嘱违反了护理执行制度的基本原则，可能导致患者安全风险。</w:t>
        <w:br/>
        <w:br/>
        <w:t>3. 答案：D</w:t>
        <w:br/>
        <w:br/>
        <w:t>解析："三查七对"是护理执行制度中的重要内容，三查指查医嘱、查药品、查患者；七对指对床号、对姓名、对药名、对剂量、对时间、对用法、对浓度。选项D中的"对医生签名、对护士签名、对科室名称"不属于七对内容。</w:t>
        <w:br/>
        <w:br/>
        <w:t>4. 答案：A</w:t>
        <w:br/>
        <w:br/>
        <w:t>解析：根据护理执行制度，紧急情况下执行口头医嘱后，应在6小时内补记医嘱，确保医疗记录的完整性和可追溯性，这也是医疗质量管理的基本要求。</w:t>
        <w:br/>
        <w:br/>
        <w:t>5. 答案：B</w:t>
        <w:br/>
        <w:br/>
        <w:t>解析：护理执行制度中关于用药安全的基本要求包括用药前必须双人核对，这是防止用药错误的重要措施。根据经验调整药物剂量、使用外观相似的药品、简化用药流程都可能增加用药风险，不符合用药安全要求。</w:t>
        <w:br/>
        <w:br/>
        <w:t>6. 答案：B</w:t>
        <w:br/>
        <w:br/>
        <w:t>解析：护理执行制度要求护理记录必须及时、准确、完整，这是护理质量管理和医疗纠纷处理的重要依据。事后补记、只记录重要事件、使用简略符号代替文字都可能导致记录不完整或不准确，不符合制度要求。</w:t>
        <w:br/>
        <w:br/>
        <w:t>7. 答案：B</w:t>
        <w:br/>
        <w:br/>
        <w:t>解析：护理执行制度规定，对于特殊治疗和操作前，必须获取患者或家属的知情同意，这是尊重患者自主权和知情权的基本要求。仅医生口头同意、只护士长批准或直接执行都违反了知情同意原则。</w:t>
        <w:br/>
        <w:br/>
        <w:t>8. 答案：B</w:t>
        <w:br/>
        <w:br/>
        <w:t>解析：护理执行制度中关于药品管理的正确做法是毒麻药品必须专柜加锁保管，确保药品安全。高危药品不能与其他药品混放，过期药品应及时处理，患者自带药品需经医生评估确认后方可使用。</w:t>
        <w:br/>
        <w:br/>
        <w:t>9. 答案：B</w:t>
        <w:br/>
        <w:br/>
        <w:t>解析：护理执行制度规定，发生护理不良事件后应立即报告并记录，这是持续改进护理质量、保障患者安全的重要措施。隐瞒不报、等上级检查时再说明或只与患者家属沟通都不符合制度要求。</w:t>
        <w:br/>
        <w:br/>
        <w:t>10. 答案：B</w:t>
        <w:br/>
        <w:br/>
        <w:t>解析：护理执行制度的核心目的是保障患者安全和护理质量，提高医疗护理服务的安全性和有效性。提高医院经济效益、减轻护士工作负担或规范医院管理流程虽然也是医院管理的目标，但不是护理执行制度的核心目的。</w:t>
        <w:br/>
        <w:br/>
        <w:t xml:space="preserve"> 二、判断题</w:t>
        <w:br/>
        <w:br/>
        <w:t>1. 答案：×</w:t>
        <w:br/>
        <w:br/>
        <w:t>解析：护理执行制度明确规定，护士必须严格按照医嘱执行，不得根据自己的判断随意调整医嘱剂量。如需调整，必须与医生沟通确认并重新开具医嘱。</w:t>
        <w:br/>
        <w:br/>
        <w:t>2. 答案：×</w:t>
        <w:br/>
        <w:br/>
        <w:t>解析：护理执行制度中，大部分护理操作确实需要医嘱作为依据，但也有一些基础护理操作如生命体征监测、基础护理等，属于护士职责范围内的常规工作，不一定需要每项都有医嘱。</w:t>
        <w:br/>
        <w:br/>
        <w:t>3. 答案：√</w:t>
        <w:br/>
        <w:br/>
        <w:t>解析：护理执行制度要求护理记录必须客观、真实、准确、完整、及时，这是护理质量管理和医疗纠纷处理的重要依据，也是护理专业性的体现。</w:t>
        <w:br/>
        <w:br/>
        <w:t>4. 答案：×</w:t>
        <w:br/>
        <w:br/>
        <w:t>解析：护理执行制度规定，对于危重患者，更应该严格执行查对制度，因为危重患者病情复杂，用药和治疗措施多，更需要通过严格的查对来保障患者安全，不能以提高效率为借口简化流程。</w:t>
        <w:br/>
        <w:br/>
        <w:t>5. 答案：√</w:t>
        <w:br/>
        <w:br/>
        <w:t>解析：护理执行制度中明确规定了患者的知情权，患者有权了解自己的病情、治疗方案、护理措施等，护士应如实告知，这是尊重患者权利、建立良好护患关系的基础。</w:t>
        <w:br/>
        <w:br/>
        <w:t xml:space="preserve"> 三、多项选择题</w:t>
        <w:br/>
        <w:br/>
        <w:t>1. 答案：ABCDE</w:t>
        <w:br/>
        <w:br/>
        <w:t>解析：护理执行制度的基本原则包括：以患者为中心（强调患者需求导向）、严格执行医嘱（确保医疗护理的规范性）、尊重患者权利（包括知情权、选择权等）、保证护理安全（防止不良事件发生）、提高工作效率（在保证质量的前提下优化流程）。这些都是护理执行制度的重要组成部分。</w:t>
        <w:br/>
        <w:br/>
        <w:t>2. 答案：ABCE</w:t>
        <w:br/>
        <w:br/>
        <w:t>解析：护理执行制度中，需要双人核对的情况包括：输血前（防止输血错误）、使用高危药品时（如高浓度电解质、胰岛素等，防止用药错误）、执行口头医嘱时（确保医嘱准确传达）、患者身份确认（防止医疗对象错误）。常规口服给药虽然也需要核对，但不一定要求双人核对，除非是特殊药品或特殊情况。</w:t>
        <w:br/>
        <w:br/>
        <w:t xml:space="preserve"> 四、填空题</w:t>
        <w:br/>
        <w:br/>
        <w:t>1. 答案：患者</w:t>
        <w:br/>
        <w:br/>
        <w:t>解析："三查"是护理执行制度中的重要内容，指的是查医嘱、查药品、查患者。这一制度要求护士在执行医嘱前，必须对这三个方面进行核对，确保医嘱正确、药品无误、患者身份准确，从而保障患者安全。</w:t>
        <w:br/>
        <w:br/>
        <w:t>2. 答案：准确无误</w:t>
        <w:br/>
        <w:br/>
        <w:t>解析：护理执行制度规定，执行医嘱必须遵循"准确无误"原则，即确保医嘱内容正确、执行时间准确、操作方法无误，这是保障患者安全和护理质量的基本要求。</w:t>
        <w:br/>
        <w:br/>
        <w:t>3. 答案：专人专柜加锁</w:t>
        <w:br/>
        <w:br/>
        <w:t>解析：护理执行制度中，对于特殊药品如毒麻药品，必须实行"专人专柜加锁"管理制度，确保药品安全，防止滥用或误用，这也是国家法律法规的明确要求。</w:t>
        <w:br/>
        <w:br/>
        <w:t>4. 答案：客观真实</w:t>
        <w:br/>
        <w:br/>
        <w:t>解析：护理执行制度要求，护理记录应遵循"客观真实"原则，即记录必须基于事实，不添加个人主观判断，不隐瞒或歪曲事实，确保记录的客观性和准确性，这是护理专业性的体现。</w:t>
        <w:br/>
        <w:br/>
        <w:t>5. 答案：浓度</w:t>
        <w:br/>
        <w:br/>
        <w:t>解析："七对"是护理执行制度中的重要内容，包括对床号、对姓名、对药名、对剂量、对时间、对用法、对浓度。这一制度要求护士在执行医嘱和给药时，必须核对这七个方面，确保准确无误。</w:t>
        <w:br/>
        <w:br/>
        <w:t xml:space="preserve"> 五、简答题</w:t>
        <w:br/>
        <w:br/>
        <w:t>1. 答案：</w:t>
        <w:br/>
        <w:br/>
        <w:t>"三查七对"是护理执行制度中的重要内容，具体内容如下：</w:t>
        <w:br/>
        <w:br/>
        <w:t>三查：</w:t>
        <w:br/>
        <w:br/>
        <w:t>- 查医嘱：核对医嘱内容是否正确、完整</w:t>
        <w:br/>
        <w:br/>
        <w:t>- 查药品：核对药品名称、规格、剂量、有效期等</w:t>
        <w:br/>
        <w:br/>
        <w:t>- 查患者：核对患者身份信息，确保是正确的患者</w:t>
        <w:br/>
        <w:br/>
        <w:t>七对：</w:t>
        <w:br/>
        <w:br/>
        <w:t>- 对床号：核对患者床号</w:t>
        <w:br/>
        <w:br/>
        <w:t>- 对姓名：核对患者姓名</w:t>
        <w:br/>
        <w:br/>
        <w:t>- 对药名：核对药品名称</w:t>
        <w:br/>
        <w:br/>
        <w:t>- 对剂量：核对药品剂量</w:t>
        <w:br/>
        <w:br/>
        <w:t>- 对时间：核对用药时间</w:t>
        <w:br/>
        <w:br/>
        <w:t>- 对用法：核对用药途径和方法</w:t>
        <w:br/>
        <w:br/>
        <w:t>- 对浓度：核对药品浓度（如适用）</w:t>
        <w:br/>
        <w:br/>
        <w:t>重要性：</w:t>
        <w:br/>
        <w:br/>
        <w:t>- 保障患者安全：防止医疗差错和不良事件发生</w:t>
        <w:br/>
        <w:br/>
        <w:t>- 提高护理质量：确保护理措施准确执行</w:t>
        <w:br/>
        <w:br/>
        <w:t>- 规范护理行为：建立标准化工作流程</w:t>
        <w:br/>
        <w:br/>
        <w:t>- 减少医疗纠纷：提供可追溯的核对记录</w:t>
        <w:br/>
        <w:br/>
        <w:t>- 培养严谨工作态度：增强护士的责任心和风险意识</w:t>
        <w:br/>
        <w:br/>
        <w:t>2. 答案：</w:t>
        <w:br/>
        <w:br/>
        <w:t>护理执行制度中关于患者知情权的规定及护士履行告知义务的内容如下：</w:t>
        <w:br/>
        <w:br/>
        <w:t>患者知情权的规定：</w:t>
        <w:br/>
        <w:br/>
        <w:t>- 患者有权了解自己的病情、诊断、治疗方案</w:t>
        <w:br/>
        <w:br/>
        <w:t>- 患者有权了解护理措施的目的、方法、预期效果和可能风险</w:t>
        <w:br/>
        <w:br/>
        <w:t>- 患者有权了解用药目的、作用、副作用及注意事项</w:t>
        <w:br/>
        <w:br/>
        <w:t>- 患者有权了解医疗费用情况</w:t>
        <w:br/>
        <w:br/>
        <w:t>- 患者有权选择或拒绝治疗和护理措施</w:t>
        <w:br/>
        <w:br/>
        <w:t>护士履行告知义务的方式：</w:t>
        <w:br/>
        <w:br/>
        <w:t>- 使用通俗易懂的语言解释医疗信息，避免专业术语</w:t>
        <w:br/>
        <w:br/>
        <w:t>- 根据患者的文化程度和理解能力调整告知方式</w:t>
        <w:br/>
        <w:br/>
        <w:t>- 确保患者在意识清醒、有能力理解的情况下进行告知</w:t>
        <w:br/>
        <w:br/>
        <w:t>- 对于特殊检查、治疗和操作，应书面告知并获取知情同意</w:t>
        <w:br/>
        <w:br/>
        <w:t>- 尊重患者的隐私，在适当的环境下进行告知</w:t>
        <w:br/>
        <w:br/>
        <w:t>- 对于患者提出的问题，应耐心、准确回答</w:t>
        <w:br/>
        <w:br/>
        <w:t>- 对于重要信息，应反复确认患者是否理解</w:t>
        <w:br/>
        <w:br/>
        <w:t>- 记录告知内容和患者反应，确保可追溯性</w:t>
        <w:br/>
        <w:br/>
        <w:t>通过以上方式，护士能够充分尊重患者的知情权，建立良好的护患关系，提高患者的治疗依从性，同时减少医疗纠纷的发生。</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