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2025年公安笔试试题及答案</w:t>
      </w:r>
    </w:p>
    <w:p>
      <w:r>
        <w:br/>
        <w:t xml:space="preserve"> 一、单项选择题（共10题，每题2分）</w:t>
        <w:br/>
        <w:br/>
        <w:t>1. 根据《中华人民共和国人民警察法》，人民警察的任务不包括：</w:t>
        <w:br/>
        <w:br/>
        <w:t>A. 维护国家安全</w:t>
        <w:br/>
        <w:br/>
        <w:t>B. 维护社会治安秩序</w:t>
        <w:br/>
        <w:br/>
        <w:t>C. 保护公民的人身安全</w:t>
        <w:br/>
        <w:br/>
        <w:t>D. 经营商业活动</w:t>
        <w:br/>
        <w:br/>
        <w:t>2. 下列哪项不属于公安机关的基本原则？</w:t>
        <w:br/>
        <w:br/>
        <w:t>A. 依法行政原则</w:t>
        <w:br/>
        <w:br/>
        <w:t>B. 公开透明原则</w:t>
        <w:br/>
        <w:br/>
        <w:t>C. 便民利民原则</w:t>
        <w:br/>
        <w:br/>
        <w:t>D. 盈利优先原则</w:t>
        <w:br/>
        <w:br/>
        <w:t>3. 公安机关办理行政案件时，询问笔录应当由谁签名或盖章？</w:t>
        <w:br/>
        <w:br/>
        <w:t>A. 询问人</w:t>
        <w:br/>
        <w:br/>
        <w:t>B. 被询问人</w:t>
        <w:br/>
        <w:br/>
        <w:t>C. 询问人和被询问人</w:t>
        <w:br/>
        <w:br/>
        <w:t>D. 记录人</w:t>
        <w:br/>
        <w:br/>
        <w:t>4. 根据《中华人民共和国治安管理处罚法》，下列哪种行为不属于扰乱公共秩序行为？</w:t>
        <w:br/>
        <w:br/>
        <w:t>A. 在公共场所起哄闹事</w:t>
        <w:br/>
        <w:br/>
        <w:t>B. 非法携带枪支、弹药</w:t>
        <w:br/>
        <w:br/>
        <w:t>C. 在公共场所故意裸露身体</w:t>
        <w:br/>
        <w:br/>
        <w:t>D. 正常的商业促销活动</w:t>
        <w:br/>
        <w:br/>
        <w:t>5. 公安机关在执行拘留时，应当将拘留的原因和羁押的处所，在多长时间内通知被拘留人的家属？</w:t>
        <w:br/>
        <w:br/>
        <w:t>A. 12小时内</w:t>
        <w:br/>
        <w:br/>
        <w:t>B. 24小时内</w:t>
        <w:br/>
        <w:br/>
        <w:t>C. 48小时内</w:t>
        <w:br/>
        <w:br/>
        <w:t>D. 立即通知</w:t>
        <w:br/>
        <w:br/>
        <w:t>6. 根据《中华人民共和国刑事诉讼法》，公安机关对被拘留的人，应当在拘留后的多长时间内进行讯问？</w:t>
        <w:br/>
        <w:br/>
        <w:t>A. 12小时内</w:t>
        <w:br/>
        <w:br/>
        <w:t>B. 24小时内</w:t>
        <w:br/>
        <w:br/>
        <w:t>C. 48小时内</w:t>
        <w:br/>
        <w:br/>
        <w:t>D. 立即讯问</w:t>
        <w:br/>
        <w:br/>
        <w:t>7. 下列哪项不属于公安机关的人民警察的职责？</w:t>
        <w:br/>
        <w:br/>
        <w:t>A. 预防、制止和侦查违法犯罪活动</w:t>
        <w:br/>
        <w:br/>
        <w:t>B. 维护社会治安秩序</w:t>
        <w:br/>
        <w:br/>
        <w:t>C. 管理交通、消防、危险物品</w:t>
        <w:br/>
        <w:br/>
        <w:t>D. 从事商业经营活动</w:t>
        <w:br/>
        <w:br/>
        <w:t>8. 根据《中华人民共和国人民警察法》，人民警察执行职务时，遇有下列情形之一的，应当立即停止使用武器：</w:t>
        <w:br/>
        <w:br/>
        <w:t>A. 犯罪分子停止实施犯罪行为</w:t>
        <w:br/>
        <w:br/>
        <w:t>B. 犯罪分子被制服</w:t>
        <w:br/>
        <w:br/>
        <w:t>C. 犯罪分子逃窜</w:t>
        <w:br/>
        <w:br/>
        <w:t>D. 犯罪分子反抗</w:t>
        <w:br/>
        <w:br/>
        <w:t>9. 公安机关在办理刑事案件时，对于不需要逮捕、拘留的犯罪嫌疑人，可以传唤到指定地点进行讯问，但传唤持续时间最长不得超过：</w:t>
        <w:br/>
        <w:br/>
        <w:t>A. 8小时</w:t>
        <w:br/>
        <w:br/>
        <w:t>B. 12小时</w:t>
        <w:br/>
        <w:br/>
        <w:t>C. 24小时</w:t>
        <w:br/>
        <w:br/>
        <w:t>D. 48小时</w:t>
        <w:br/>
        <w:br/>
        <w:t>10. 根据《中华人民共和国道路交通安全法》，机动车驾驶人违反道路交通安全法律、法规关于道路通行规定的，处警告或者：</w:t>
        <w:br/>
        <w:br/>
        <w:t>A. 罚款20元以上200元以下</w:t>
        <w:br/>
        <w:br/>
        <w:t>B. 罚款50元以上500元以下</w:t>
        <w:br/>
        <w:br/>
        <w:t>C. 罚款100元以上1000元以下</w:t>
        <w:br/>
        <w:br/>
        <w:t>D. 罚款200元以上2000元以下</w:t>
        <w:br/>
        <w:br/>
        <w:t xml:space="preserve"> 二、填空题（共6题，每题2分）</w:t>
        <w:br/>
        <w:br/>
        <w:t>1. 根据《中华人民共和国人民警察法》，人民警察依法执行职务，受法律保护，任何组织和个人不得干涉、拒绝和阻碍人民警察依法执行职务，对阻碍人民警察依法执行职务的行为，应当依法________。</w:t>
        <w:br/>
        <w:br/>
        <w:t>2. 公安机关办理行政案件，应当遵循________、公正、公开、及时的原则，尊重和保障人权，保护公民的合法权益。</w:t>
        <w:br/>
        <w:br/>
        <w:t>3. 根据《中华人民共和国治安管理处罚法》，对于违反治安管理行为人，应当坚持教育与________相结合的原则。</w:t>
        <w:br/>
        <w:br/>
        <w:t>4. 公安机关的人民警察对严重危害社会治安秩序的突发事件，可以依法采取________和其他必要的强制措施。</w:t>
        <w:br/>
        <w:br/>
        <w:t>5. 根据《中华人民共和国刑事诉讼法》，公安机关在侦查过程中，发现犯罪嫌疑人另有重要罪行的，侦查羁押期限可以延长，但是最长不得超过________个月。</w:t>
        <w:br/>
        <w:br/>
        <w:t>6. 公安机关的人民警察在执行职务时，应当着装规范，保持警容严整，举止端庄，________。</w:t>
        <w:br/>
        <w:br/>
        <w:t xml:space="preserve"> 三、判断题（共6题，每题2分）</w:t>
        <w:br/>
        <w:br/>
        <w:t>1. 公安机关的人民警察在非工作时间，遇有职责范围内的紧急情况，可以不履行职责。（ ）</w:t>
        <w:br/>
        <w:br/>
        <w:t>2. 根据《中华人民共和国人民警察法》，人民警察执行职务时，可以拒绝任何单位和个人的干涉。（ ）</w:t>
        <w:br/>
        <w:br/>
        <w:t>3. 公安机关在办理行政案件时，可以因当事人不配合而采取强制措施。（ ）</w:t>
        <w:br/>
        <w:br/>
        <w:t>4. 根据《中华人民共和国治安管理处罚法》，不满14周岁的人违反治安管理的，不予处罚，但是应当责令其监护人严加管教。（ ）</w:t>
        <w:br/>
        <w:br/>
        <w:t>5. 公安机关的人民警察在执行职务时，可以随意检查公民的住宅。（ ）</w:t>
        <w:br/>
        <w:br/>
        <w:t>6. 根据《中华人民共和国刑事诉讼法》，公安机关对被逮捕的人，必须在逮捕后的24小时内进行讯问。（ ）</w:t>
        <w:br/>
        <w:br/>
        <w:t xml:space="preserve"> 四、多项选择题（共2题，每题2分）</w:t>
        <w:br/>
        <w:br/>
        <w:t>1. 根据《中华人民共和国人民警察法》，人民警察应当履行的职责包括：</w:t>
        <w:br/>
        <w:br/>
        <w:t>A. 预防、制止和侦查违法犯罪活动</w:t>
        <w:br/>
        <w:br/>
        <w:t>B. 维护社会治安秩序，制止危害社会治安秩序的行为</w:t>
        <w:br/>
        <w:br/>
        <w:t>C. 管理交通、消防、危险物品</w:t>
        <w:br/>
        <w:br/>
        <w:t>D. 管理户政、出入境事务</w:t>
        <w:br/>
        <w:br/>
        <w:t>E. 从事商业经营活动</w:t>
        <w:br/>
        <w:br/>
        <w:t>2. 公安机关在办理行政案件时，应当收集的证据包括：</w:t>
        <w:br/>
        <w:br/>
        <w:t>A. 物证</w:t>
        <w:br/>
        <w:br/>
        <w:t>B. 书证</w:t>
        <w:br/>
        <w:br/>
        <w:t>C. 证人证言</w:t>
        <w:br/>
        <w:br/>
        <w:t>D. 犯罪嫌疑人的供述和辩解</w:t>
        <w:br/>
        <w:br/>
        <w:t>E. 鉴定意见</w:t>
        <w:br/>
        <w:br/>
        <w:t xml:space="preserve"> 五、简答题（共2题，每题5分）</w:t>
        <w:br/>
        <w:br/>
        <w:t>1. 简述公安机关办理行政案件的基本原则。</w:t>
        <w:br/>
        <w:br/>
        <w:t>2. 根据《中华人民共和国人民警察法》，人民警察在执行职务时，应当遵守哪些规定？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根据《中华人民共和国人民警察法》第2条规定，人民警察的任务是维护国家安全，维护社会治安秩序，保护公民的人身安全、人身自由和合法财产，保护公共财产，预防、制止和惩治违法犯罪活动。经营商业活动不属于人民警察的任务，而是公民或企业的合法行为。</w:t>
        <w:br/>
        <w:br/>
        <w:t>2. 答案：D</w:t>
        <w:br/>
        <w:br/>
        <w:t>解析：根据《中华人民共和国人民警察法》和相关法律法规，公安机关的基本原则包括依法行政原则、公开透明原则、便民利民原则等。盈利优先原则与公安机关为人民服务的宗旨相违背，不属于公安机关的基本原则。</w:t>
        <w:br/>
        <w:br/>
        <w:t>3. 答案：C</w:t>
        <w:br/>
        <w:br/>
        <w:t>解析：根据《公安机关办理行政案件程序规定》第53条规定，询问笔录应当由询问人和被询问人签名或者盖章。询问人应当在笔录上签名，被询问人应当在笔录上逐页签名或者捺指印，拒绝签名或者捺指印的，侦查人员应当在笔录中注明。</w:t>
        <w:br/>
        <w:br/>
        <w:t>4. 答案：D</w:t>
        <w:br/>
        <w:br/>
        <w:t>解析：根据《中华人民共和国治安管理处罚法》第23条规定，扰乱公共秩序的行为包括在公共场所起哄闹事、非法携带枪支、弹药、在公共场所故意裸露身体等。正常的商业促销活动只要不违反法律法规，不扰乱公共秩序，就不属于违法行为。</w:t>
        <w:br/>
        <w:br/>
        <w:t>5. 答案：B</w:t>
        <w:br/>
        <w:br/>
        <w:t>解析：根据《中华人民共和国刑事诉讼法》第85条规定，公安机关在执行拘留时，应当将拘留的原因和羁押的处所，在24小时内通知被拘留人的家属。无法通知或者有碍侦查的情形除外，至迟不得超过24小时。</w:t>
        <w:br/>
        <w:br/>
        <w:t>6. 答案：B</w:t>
        <w:br/>
        <w:br/>
        <w:t>解析：根据《中华人民共和国刑事诉讼法》第86条规定，公安机关对被拘留的人，应当在拘留后的24小时内进行讯问。发现不应当拘留的，立即释放，发给释放证明。</w:t>
        <w:br/>
        <w:br/>
        <w:t>7. 答案：D</w:t>
        <w:br/>
        <w:br/>
        <w:t>解析：根据《中华人民共和国人民警察法》第6条规定，人民警察应当履行的职责包括预防、制止和侦查违法犯罪活动，维护社会治安秩序，管理交通、消防、危险物品，管理户政、出入境事务等。从事商业经营活动不属于人民警察的职责。</w:t>
        <w:br/>
        <w:br/>
        <w:t>8. 答案：AB</w:t>
        <w:br/>
        <w:br/>
        <w:t>解析：根据《中华人民共和国人民警察法》第10条规定，人民警察遇有下列情形之一的，应当立即停止使用武器：（一）犯罪分子停止实施犯罪行为，并且没有现实危险的；（二）犯罪分子被制服。犯罪分子逃窜或反抗时，人民警察可以继续使用武器。</w:t>
        <w:br/>
        <w:br/>
        <w:t>9. 答案：B</w:t>
        <w:br/>
        <w:br/>
        <w:t>解析：根据《中华人民共和国刑事诉讼法》第119条规定，公安机关在办理刑事案件时，对于不需要逮捕、拘留的犯罪嫌疑人，可以传唤到指定地点进行讯问，但是传唤持续时间最长不得超过12小时。案情特别重大、复杂的，经县级以上公安机关负责人批准，传唤持续时间最长不得超过24小时。</w:t>
        <w:br/>
        <w:br/>
        <w:t>10. 答案：A</w:t>
        <w:br/>
        <w:br/>
        <w:t>解析：根据《中华人民共和国道路交通安全法》第90条规定，机动车驾驶人违反道路交通安全法律、法规关于道路通行规定的，处警告或者20元以上200元以下罚款。本法另有规定的，依照规定处罚。</w:t>
        <w:br/>
        <w:br/>
        <w:t xml:space="preserve"> 二、填空题</w:t>
        <w:br/>
        <w:br/>
        <w:t>1. 答案：追究法律责任</w:t>
        <w:br/>
        <w:br/>
        <w:t>解析：根据《中华人民共和国人民警察法》第35条规定，人民警察依法执行职务，受法律保护，任何组织和个人不得干涉、拒绝和阻碍人民警察依法执行职务，对阻碍人民警察依法执行职务的行为，应当依法追究法律责任。</w:t>
        <w:br/>
        <w:br/>
        <w:t>2. 答案：依法</w:t>
        <w:br/>
        <w:br/>
        <w:t>解析：根据《公安机关办理行政案件程序规定》第3条规定，公安机关办理行政案件，应当遵循依法、公正、公开、及时的原则，尊重和保障人权，保护公民的合法权益。</w:t>
        <w:br/>
        <w:br/>
        <w:t>3. 答案：处罚</w:t>
        <w:br/>
        <w:br/>
        <w:t>解析：根据《中华人民共和国治安管理处罚法》第5条规定，对于违反治安管理行为人，应当坚持教育与处罚相结合的原则。</w:t>
        <w:br/>
        <w:br/>
        <w:t>4. 答案：现场管制</w:t>
        <w:br/>
        <w:br/>
        <w:t>解析：根据《中华人民共和国人民警察法》第17条规定，公安机关的人民警察对严重危害社会治安秩序的突发事件，可以依法采取现场管制和其他必要的强制措施。</w:t>
        <w:br/>
        <w:br/>
        <w:t>5. 答案：七</w:t>
        <w:br/>
        <w:br/>
        <w:t>解析：根据《中华人民共和国刑事诉讼法》第156条规定，公安机关在侦查过程中，发现犯罪嫌疑人另有重要罪行的，侦查羁押期限可以延长，但是最长不得超过七个月。</w:t>
        <w:br/>
        <w:br/>
        <w:t>6. 答案：文明执法</w:t>
        <w:br/>
        <w:br/>
        <w:t>解析：根据《公安机关人民警察内务条令》第12条规定，公安机关的人民警察在执行职务时，应当着装规范，保持警容严整，举止端庄，文明执法。</w:t>
        <w:br/>
        <w:br/>
        <w:t xml:space="preserve"> 三、判断题</w:t>
        <w:br/>
        <w:br/>
        <w:t>1. 答案：×</w:t>
        <w:br/>
        <w:br/>
        <w:t>解析：根据《中华人民共和国人民警察法》第19条规定，人民警察在非工作时间，遇有其职责范围内的紧急情况，应当履行职责。因此，即使在非工作时间，人民警察也应当履行其职责范围内的紧急情况。</w:t>
        <w:br/>
        <w:br/>
        <w:t>2. 答案：√</w:t>
        <w:br/>
        <w:br/>
        <w:t>解析：根据《中华人民共和国人民警察法》第35条规定，人民警察依法执行职务，受法律保护，任何组织和个人不得干涉、拒绝和阻碍人民警察依法执行职务。因此，人民警察在执行职务时，可以拒绝任何单位和个人的干涉。</w:t>
        <w:br/>
        <w:br/>
        <w:t>3. 答案：×</w:t>
        <w:br/>
        <w:br/>
        <w:t>解析：根据《公安机关办理行政案件程序规定》第58条规定，公安机关在办理行政案件时，应当依法收集证据，不得因当事人不配合而采取强制措施。只有在当事人拒绝或者阻碍人民警察依法执行职务的情况下，才可以依法采取强制措施。</w:t>
        <w:br/>
        <w:br/>
        <w:t>4. 答案：√</w:t>
        <w:br/>
        <w:br/>
        <w:t>解析：根据《中华人民共和国治安管理处罚法》第21条规定，不满14周岁的人违反治安管理的，不予处罚，但是应当责令其监护人严加管教。已满14周岁不满18周岁的人违反治安管理的，从轻或者减轻处罚。</w:t>
        <w:br/>
        <w:br/>
        <w:t>5. 答案：×</w:t>
        <w:br/>
        <w:br/>
        <w:t>解析：根据《中华人民共和国人民警察法》第22条规定，人民警察不得非法剥夺、限制他人人身自由，不得非法搜查他人的身体、物品、住所或者场所。因此，人民警察在执行职务时，不能随意检查公民的住宅，必须依法进行。</w:t>
        <w:br/>
        <w:br/>
        <w:t>6. 答案：√</w:t>
        <w:br/>
        <w:br/>
        <w:t>解析：根据《中华人民共和国刑事诉讼法》第91条规定，公安机关对被逮捕的人，必须在逮捕后的24小时内进行讯问。发现不应当逮捕的，立即释放，发给释放证明。</w:t>
        <w:br/>
        <w:br/>
        <w:t xml:space="preserve"> 四、多项选择题</w:t>
        <w:br/>
        <w:br/>
        <w:t>1. 答案：ABCD</w:t>
        <w:br/>
        <w:br/>
        <w:t>解析：根据《中华人民共和国人民警察法》第6条规定，人民警察应当履行的职责包括：（一）预防、制止和侦查违法犯罪活动；（二）维护社会治安秩序，制止危害社会治安秩序的行为；（三）管理交通、消防、危险物品；（四）管理户政、出入境事务；（五）维护国（边）境地区的治安秩序；（六）警卫国家规定的特定人员、守卫重要场所和设施；（七）管理集会、游行、示威活动；（八）监督管理计算机信息系统的安全保护工作；（九）指导和监督国家机关、社会团体、企业事业组织和重点建设工程的治安保卫工作，指导治安保卫委员会等群众性组织的治安防范工作；（十）法律、法规规定的其他职责。从事商业经营活动不属于人民警察的职责。</w:t>
        <w:br/>
        <w:br/>
        <w:t>2. 答案：ABCDE</w:t>
        <w:br/>
        <w:br/>
        <w:t>解析：根据《公安机关办理行政案件程序规定》第26条规定，公安机关办理行政案件，应当收集以下证据：（一）物证；（二）书证；（三）证人证言；（四）被害人陈述；（五）犯罪嫌疑人供述和辩解；（六）鉴定意见；（七）勘验、检查笔录；（八）视听资料、电子数据。因此，题目中列出的所有选项都属于公安机关应当收集的证据。</w:t>
        <w:br/>
        <w:br/>
        <w:t xml:space="preserve"> 五、简答题</w:t>
        <w:br/>
        <w:br/>
        <w:t>1. 答案：公安机关办理行政案件的基本原则包括：</w:t>
        <w:br/>
        <w:br/>
        <w:t>（1）依法原则：公安机关办理行政案件必须严格依照法律、法规、规章的规定进行，不得超越职权或者滥用职权。</w:t>
        <w:br/>
        <w:br/>
        <w:t>（2）公正原则：公安机关办理行政案件应当客观、公正，不偏不倚，平等对待当事人。</w:t>
        <w:br/>
        <w:br/>
        <w:t>（3）公开原则：公安机关办理行政案件，除涉及国家秘密、商业秘密或者个人隐私外，应当公开进行。</w:t>
        <w:br/>
        <w:br/>
        <w:t>（4）及时原则：公安机关办理行政案件应当及时进行，不得拖延。</w:t>
        <w:br/>
        <w:br/>
        <w:t>（5）教育与处罚相结合原则：对于违反治安管理行为人，应当坚持教育与处罚相结合的原则。</w:t>
        <w:br/>
        <w:br/>
        <w:t>（6）保障人权原则：公安机关办理行政案件应当尊重和保障人权，保护公民的合法权益。</w:t>
        <w:br/>
        <w:br/>
        <w:t>解析：根据《公安机关办理行政案件程序规定》第3条规定，公安机关办理行政案件，应当遵循依法、公正、公开、及时的原则，尊重和保障人权，保护公民的合法权益。同时，《中华人民共和国治安管理处罚法》第5条规定，对于违反治安管理行为人，应当坚持教育与处罚相结合的原则。这些原则共同构成了公安机关办理行政案件的基本原则。</w:t>
        <w:br/>
        <w:br/>
        <w:t>2. 答案：根据《中华人民共和国人民警察法》第22条规定，人民警察在执行职务时，应当遵守下列规定：</w:t>
        <w:br/>
        <w:br/>
        <w:t>（1）不得非法剥夺、限制他人人身自由，不得非法搜查他人的身体、物品、住所或者场所；</w:t>
        <w:br/>
        <w:br/>
        <w:t>（2）不得刑讯逼供或者体罚、虐待、侮辱他人；</w:t>
        <w:br/>
        <w:br/>
        <w:t>（3）不得故意刁难、侮辱或者打骂当事人；</w:t>
        <w:br/>
        <w:br/>
        <w:t>（4）不得为个人谋取私利；</w:t>
        <w:br/>
        <w:br/>
        <w:t>（5）不得泄露国家秘密、商业秘密或者个人隐私；</w:t>
        <w:br/>
        <w:br/>
        <w:t>（6）不得参与营利性活动或者受雇于任何个人或者组织；</w:t>
        <w:br/>
        <w:br/>
        <w:t>（7）遵守纪律，服从命令，执行职务。</w:t>
        <w:br/>
        <w:br/>
        <w:t>解析：根据《中华人民共和国人民警察法》第22条规定，人民警察在执行职务时，应当遵守一系列规定，包括不得非法剥夺、限制他人人身自由，不得刑讯逼供或者体罚、虐待、侮辱他人，不得故意刁难、侮辱或者打骂当事人，不得为个人谋取私利，不得泄露国家秘密、商业秘密或者个人隐私，不得参与营利性活动或者受雇于任何个人或者组织，以及遵守纪律，服从命令，执行职务。这些规定旨在规范人民警察的执法行为，保障公民的合法权益，维护公安机关的良好形象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