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2025年职场感恩文化试题及答案</w:t>
      </w:r>
    </w:p>
    <w:p>
      <w:r>
        <w:br/>
        <w:t xml:space="preserve"> 一、单项选择题（共10题，每题2分，共20分）</w:t>
        <w:br/>
        <w:br/>
        <w:t>1. 职场感恩文化的核心价值是：</w:t>
        <w:br/>
        <w:br/>
        <w:t>A. 提高工作效率</w:t>
        <w:br/>
        <w:br/>
        <w:t>B. 增强团队凝聚力</w:t>
        <w:br/>
        <w:br/>
        <w:t>C. 促进个人职业发展</w:t>
        <w:br/>
        <w:br/>
        <w:t>D. 建立积极健康的人际关系</w:t>
        <w:br/>
        <w:br/>
        <w:t>2. 在职场中，表达感恩的最有效方式是：</w:t>
        <w:br/>
        <w:br/>
        <w:t>A. 定期举办团建活动</w:t>
        <w:br/>
        <w:br/>
        <w:t>B. 及时、真诚地表达感谢</w:t>
        <w:br/>
        <w:br/>
        <w:t>C. 提供物质奖励</w:t>
        <w:br/>
        <w:br/>
        <w:t>D. 公开表扬优秀员工</w:t>
        <w:br/>
        <w:br/>
        <w:t>3. 职场感恩文化对企业的主要益处是：</w:t>
        <w:br/>
        <w:br/>
        <w:t>A. 降低员工离职率</w:t>
        <w:br/>
        <w:br/>
        <w:t>B. 提高企业创新能力</w:t>
        <w:br/>
        <w:br/>
        <w:t>C. 增强企业市场竞争力</w:t>
        <w:br/>
        <w:br/>
        <w:t>D. 以上都是</w:t>
        <w:br/>
        <w:br/>
        <w:t>4. 以下哪项不属于职场感恩的表现形式？</w:t>
        <w:br/>
        <w:br/>
        <w:t>A. 对同事的帮助表示感谢</w:t>
        <w:br/>
        <w:br/>
        <w:t>B. 忽略他人的贡献</w:t>
        <w:br/>
        <w:br/>
        <w:t>C. 分享成功荣誉</w:t>
        <w:br/>
        <w:br/>
        <w:t>D. 尊重他人的时间和工作</w:t>
        <w:br/>
        <w:br/>
        <w:t>5. 在跨文化职场环境中，感恩文化的表达应该：</w:t>
        <w:br/>
        <w:br/>
        <w:t>A. 完全按照自己的文化习惯</w:t>
        <w:br/>
        <w:br/>
        <w:t>B. 尊重并适应不同文化的表达方式</w:t>
        <w:br/>
        <w:br/>
        <w:t>C. 避免表达感恩以防文化冲突</w:t>
        <w:br/>
        <w:br/>
        <w:t>D. 仅在公司正式场合表达</w:t>
        <w:br/>
        <w:br/>
        <w:t>6. 职场感恩文化的建立主要依靠：</w:t>
        <w:br/>
        <w:br/>
        <w:t>A. 企业高层的倡导</w:t>
        <w:br/>
        <w:br/>
        <w:t>B. 全体员工的共同参与</w:t>
        <w:br/>
        <w:br/>
        <w:t>C. 人力资源部门的推动</w:t>
        <w:br/>
        <w:br/>
        <w:t>D. 企业文化的自然形成</w:t>
        <w:br/>
        <w:br/>
        <w:t>7. 当收到同事的帮助时，最恰当的回应是：</w:t>
        <w:br/>
        <w:br/>
        <w:t>A. 立即回赠礼物</w:t>
        <w:br/>
        <w:br/>
        <w:t>B. 简单说声"谢谢"</w:t>
        <w:br/>
        <w:br/>
        <w:t>C. 具体说明感谢的原因并表达回馈意愿</w:t>
        <w:br/>
        <w:br/>
        <w:t>D. 记在心里，日后需要时再帮助对方</w:t>
        <w:br/>
        <w:br/>
        <w:t>8. 职场感恩文化对个人职业发展的积极影响是：</w:t>
        <w:br/>
        <w:br/>
        <w:t>A. 建立良好的人际关系网络</w:t>
        <w:br/>
        <w:br/>
        <w:t>B. 获得更多学习和成长机会</w:t>
        <w:br/>
        <w:br/>
        <w:t>C. 提高工作满意度和幸福感</w:t>
        <w:br/>
        <w:br/>
        <w:t>D. 以上都是</w:t>
        <w:br/>
        <w:br/>
        <w:t>9. 在职场中，感恩文化的缺失可能导致：</w:t>
        <w:br/>
        <w:br/>
        <w:t>A. 员工工作积极性下降</w:t>
        <w:br/>
        <w:br/>
        <w:t>B. 团队协作效率降低</w:t>
        <w:br/>
        <w:br/>
        <w:t>C. 企业文化氛围消极</w:t>
        <w:br/>
        <w:br/>
        <w:t>D. 以上都是</w:t>
        <w:br/>
        <w:br/>
        <w:t>10. 职场感恩文化的长期实践会：</w:t>
        <w:br/>
        <w:br/>
        <w:t>A. 形成企业独特的文化标识</w:t>
        <w:br/>
        <w:br/>
        <w:t>B. 提高企业的社会声誉</w:t>
        <w:br/>
        <w:br/>
        <w:t>C. 增强员工的归属感和忠诚度</w:t>
        <w:br/>
        <w:br/>
        <w:t>D. 以上都是</w:t>
        <w:br/>
        <w:br/>
        <w:t xml:space="preserve"> 二、判断题（共5题，每题2分，共10分）</w:t>
        <w:br/>
        <w:br/>
        <w:t>1. 职场感恩文化仅适用于正式场合，日常工作中不需要刻意表达感恩。（ ）</w:t>
        <w:br/>
        <w:br/>
        <w:t>2. 在职场中，感恩只应该对上级表达，对平级和下级不需要。（ ）</w:t>
        <w:br/>
        <w:br/>
        <w:t>3. 职场感恩文化能够有效减少职场冲突和矛盾。（ ）</w:t>
        <w:br/>
        <w:br/>
        <w:t>4. 感恩是一种情感表达，不需要通过具体行动来体现。（ ）</w:t>
        <w:br/>
        <w:br/>
        <w:t>5. 在竞争激烈的职场环境中，感恩文化可能会削弱员工的竞争意识。（ ）</w:t>
        <w:br/>
        <w:br/>
        <w:t xml:space="preserve"> 三、多项选择题（共2题，每题2分，共4分）</w:t>
        <w:br/>
        <w:br/>
        <w:t>1. 以下哪些行为有助于建立职场感恩文化？（ ）</w:t>
        <w:br/>
        <w:br/>
        <w:t>A. 定期组织团队建设活动</w:t>
        <w:br/>
        <w:br/>
        <w:t>B. 建立员工认可和奖励机制</w:t>
        <w:br/>
        <w:br/>
        <w:t>C. 鼓励同事间的互助合作</w:t>
        <w:br/>
        <w:br/>
        <w:t>D. 管理层以身作则表达感恩</w:t>
        <w:br/>
        <w:br/>
        <w:t>E. 忽略小错误，关注大成就</w:t>
        <w:br/>
        <w:br/>
        <w:t>2. 职场感恩文化的实践意义包括（ ）</w:t>
        <w:br/>
        <w:br/>
        <w:t>A. 提升员工幸福感和工作满意度</w:t>
        <w:br/>
        <w:br/>
        <w:t>B. 增强团队凝聚力和协作效率</w:t>
        <w:br/>
        <w:br/>
        <w:t>C. 促进知识共享和创新</w:t>
        <w:br/>
        <w:br/>
        <w:t>D. 降低员工流失率</w:t>
        <w:br/>
        <w:br/>
        <w:t>E. 提高企业经济效益和市场竞争力</w:t>
        <w:br/>
        <w:br/>
        <w:t xml:space="preserve"> 四、填空题（共5题，每题2分，共10分）</w:t>
        <w:br/>
        <w:br/>
        <w:t>1. 职场感恩文化的建立需要从 ______ 开始，由上至下形成良好的示范效应。</w:t>
        <w:br/>
        <w:br/>
        <w:t>2. 在表达职场感恩时，应该注重 ______ 和 ______ 的统一，使感恩更加真诚和有意义。</w:t>
        <w:br/>
        <w:br/>
        <w:t>3. 职场感恩文化的核心是 ______ 和 ______ 的相互尊重与认可。</w:t>
        <w:br/>
        <w:br/>
        <w:t>4. 建立职场感恩文化的关键是 ______ 和 ______ 的平衡。</w:t>
        <w:br/>
        <w:br/>
        <w:t>5. 职场感恩文化的长期实践有助于形成积极向上的 ______ 和 ______。</w:t>
        <w:br/>
        <w:br/>
        <w:t xml:space="preserve"> 五、简答题（共2题，每题5分，共10分）</w:t>
        <w:br/>
        <w:br/>
        <w:t>1. 请简述职场感恩文化对企业可持续发展的重要意义。</w:t>
        <w:br/>
        <w:br/>
        <w:t>2. 如何在跨文化职场环境中有效实践感恩文化？</w:t>
        <w:br/>
        <w:br/>
        <w:t xml:space="preserve"> 参考答案及解析</w:t>
        <w:br/>
        <w:br/>
        <w:t xml:space="preserve"> 一、单项选择题</w:t>
        <w:br/>
        <w:br/>
        <w:t>1. D</w:t>
        <w:br/>
        <w:br/>
        <w:t>解析：职场感恩文化的核心价值是建立积极健康的人际关系，这是职场和谐发展的基础。虽然其他选项也有一定道理，但感恩文化的本质是通过相互尊重和感谢来建立良好的人际关系，从而促进其他方面的发展。</w:t>
        <w:br/>
        <w:br/>
        <w:t>2. B</w:t>
        <w:br/>
        <w:br/>
        <w:t>解析：及时、真诚地表达感谢是职场感恩最直接有效的表达方式。这种方式不需要复杂的形式，却能传递最真挚的情感，建立良好的人际关系。其他选项虽然也有一定作用，但不如直接表达感谢来得直接和有效。</w:t>
        <w:br/>
        <w:br/>
        <w:t>3. D</w:t>
        <w:br/>
        <w:br/>
        <w:t>解析：职场感恩文化对企业有多方面的益处，包括降低员工离职率、提高企业创新能力、增强企业市场竞争力等。感恩文化能够营造积极的工作氛围，提高员工满意度和忠诚度，从而为企业带来多方面的积极影响。</w:t>
        <w:br/>
        <w:br/>
        <w:t>4. B</w:t>
        <w:br/>
        <w:br/>
        <w:t>解析：忽略他人的贡献不属于职场感恩的表现形式。职场感恩的核心是认可和感谢他人的付出和贡献，而忽略他人的贡献则与感恩文化背道而驰。其他选项都是职场感恩的具体表现。</w:t>
        <w:br/>
        <w:br/>
        <w:t>5. B</w:t>
        <w:br/>
        <w:br/>
        <w:t>解析：在跨文化职场环境中，感恩文化的表达应该尊重并适应不同文化的表达方式。不同文化背景下，感恩的表达方式和习惯可能存在差异，因此需要尊重并适应这些差异，避免文化冲突。</w:t>
        <w:br/>
        <w:br/>
        <w:t>6. B</w:t>
        <w:br/>
        <w:br/>
        <w:t>解析：职场感恩文化的建立主要依靠全体员工的共同参与。虽然企业高层的倡导和人力资源部门的推动也很重要，但感恩文化的真正建立需要每个员工的认同和实践，形成全员参与的良性循环。</w:t>
        <w:br/>
        <w:br/>
        <w:t>7. C</w:t>
        <w:br/>
        <w:br/>
        <w:t>解析：当收到同事的帮助时，最恰当的回应是具体说明感谢的原因并表达回馈意愿。这种方式既表达了真诚的感谢，也体现了对他人付出的认可，同时表达了未来回馈的意愿，有助于建立长期的良好关系。</w:t>
        <w:br/>
        <w:br/>
        <w:t>8. D</w:t>
        <w:br/>
        <w:br/>
        <w:t>解析：职场感恩文化对个人职业发展有多方面的积极影响，包括建立良好的人际关系网络、获得更多学习和成长机会、提高工作满意度和幸福感等。感恩文化能够帮助个人在职场中建立广泛的人脉，获得更多发展机会。</w:t>
        <w:br/>
        <w:br/>
        <w:t>9. D</w:t>
        <w:br/>
        <w:br/>
        <w:t>解析：职场感恩文化的缺失可能导致多方面的问题，包括员工工作积极性下降、团队协作效率降低、企业文化氛围消极等。感恩文化的缺失会使职场环境变得冷漠，影响员工的工作积极性和团队凝聚力。</w:t>
        <w:br/>
        <w:br/>
        <w:t>10. D</w:t>
        <w:br/>
        <w:br/>
        <w:t>解析：职场感恩文化的长期实践会带来多方面的积极影响，包括形成企业独特的文化标识、提高企业的社会声誉、增强员工的归属感和忠诚度等。感恩文化能够成为企业的重要软实力，为企业带来长期的价值。</w:t>
        <w:br/>
        <w:br/>
        <w:t xml:space="preserve"> 二、判断题</w:t>
        <w:br/>
        <w:br/>
        <w:t>1. ×</w:t>
        <w:br/>
        <w:br/>
        <w:t>解析：职场感恩文化不仅适用于正式场合，在日常工作中也应该经常表达感恩。感恩是一种持续的情感表达和行为习惯，应该融入日常工作的方方面面，而不仅仅是在特定场合。</w:t>
        <w:br/>
        <w:br/>
        <w:t>2. ×</w:t>
        <w:br/>
        <w:br/>
        <w:t>解析：在职场中，感恩应该对所有帮助过自己的人表达，包括上级、平级和下级。感恩文化的核心是相互尊重和认可，不应该因为职位高低而有所区别。</w:t>
        <w:br/>
        <w:br/>
        <w:t>3. √</w:t>
        <w:br/>
        <w:br/>
        <w:t>解析：职场感恩文化能够有效减少职场冲突和矛盾。通过相互感恩和认可，可以增进理解，减少误解，营造和谐的工作氛围，从而降低职场冲突的可能性。</w:t>
        <w:br/>
        <w:br/>
        <w:t>4. ×</w:t>
        <w:br/>
        <w:br/>
        <w:t>解析：感恩不仅是一种情感表达，也需要通过具体行动来体现。单纯的口头感谢可能显得不够真诚，通过实际行动表达感恩，如主动帮助他人、分享资源等，能够更好地传递感恩之情。</w:t>
        <w:br/>
        <w:br/>
        <w:t>5. ×</w:t>
        <w:br/>
        <w:br/>
        <w:t>解析：在竞争激烈的职场环境中，感恩文化不会削弱员工的竞争意识，反而能够促进健康的竞争。感恩文化强调的是相互尊重和认可，鼓励在竞争中保持良好的合作关系，实现共赢。</w:t>
        <w:br/>
        <w:br/>
        <w:t xml:space="preserve"> 三、多项选择题</w:t>
        <w:br/>
        <w:br/>
        <w:t>1. ABCD</w:t>
        <w:br/>
        <w:br/>
        <w:t>解析：定期组织团队建设活动、建立员工认可和奖励机制、鼓励同事间的互助合作、管理层以身作则表达感恩都有助于建立职场感恩文化。这些措施能够营造感恩的氛围，促进感恩文化的形成和发展。而忽略小错误、关注大成就虽然有一定道理，但并不是建立感恩文化的直接方式。</w:t>
        <w:br/>
        <w:br/>
        <w:t>2. ABCDE</w:t>
        <w:br/>
        <w:br/>
        <w:t>解析：职场感恩文化的实践意义是多方面的，包括提升员工幸福感和工作满意度、增强团队凝聚力和协作效率、促进知识共享和创新、降低员工流失率、提高企业经济效益和市场竞争力等。感恩文化能够为企业带来全方位的积极影响，是企业可持续发展的重要保障。</w:t>
        <w:br/>
        <w:br/>
        <w:t xml:space="preserve"> 四、填空题</w:t>
        <w:br/>
        <w:br/>
        <w:t>1. 管理层</w:t>
        <w:br/>
        <w:br/>
        <w:t>解析：职场感恩文化的建立需要从管理层开始，由上至下形成良好的示范效应。管理层的言行对员工有着重要的影响，如果管理层能够率先垂范，表达感恩，那么员工也会效仿，从而形成良好的感恩文化。</w:t>
        <w:br/>
        <w:br/>
        <w:t>2. 形式 内容</w:t>
        <w:br/>
        <w:br/>
        <w:t>解析：在表达职场感恩时，应该注重形式和内容的统一，使感恩更加真诚和有意义。形式是指表达感恩的方式和渠道，内容是指感恩的具体内容和情感。只有形式和内容相统一，感恩才能真正打动人心，产生积极的效果。</w:t>
        <w:br/>
        <w:br/>
        <w:t>3. 个人 集体</w:t>
        <w:br/>
        <w:br/>
        <w:t>解析：职场感恩文化的核心是个人和集体的相互尊重与认可。个人感恩是对他人付出的认可和感谢，集体感恩是对团队成就的共享和庆祝。个人和集体的相互感恩能够形成良性循环，促进职场和谐发展。</w:t>
        <w:br/>
        <w:br/>
        <w:t>4. 精神 物质</w:t>
        <w:br/>
        <w:br/>
        <w:t>解析：建立职场感恩文化的关键是精神和物质的平衡。精神层面的感恩包括口头表扬、公开认可等，物质层面的感恩包括奖金、礼品等。只有精神和物质相结合，感恩文化才能更加全面和有效。</w:t>
        <w:br/>
        <w:br/>
        <w:t>5. 企业文化 工作氛围</w:t>
        <w:br/>
        <w:br/>
        <w:t>解析：职场感恩文化的长期实践有助于形成积极向上的企业文化和工作氛围。感恩文化能够成为企业文化的重要组成部分，营造和谐、积极、向上的工作氛围，为企业的发展提供良好的环境。</w:t>
        <w:br/>
        <w:br/>
        <w:t xml:space="preserve"> 五、简答题</w:t>
        <w:br/>
        <w:br/>
        <w:t>1. 职场感恩文化对企业可持续发展的重要意义：</w:t>
        <w:br/>
        <w:br/>
        <w:t>职场感恩文化对企业可持续发展具有重要意义。首先，感恩文化能够增强员工的归属感和忠诚度，降低员工流失率，减少企业因人员流动带来的成本和风险。其次，感恩文化能够促进团队协作，提高工作效率，增强企业的创新能力。再次，感恩文化能够营造积极向上的企业文化，提升企业的社会形象和声誉，增强企业的市场竞争力。最后，感恩文化能够促进知识共享和经验传承，为企业积累宝贵的智力资本，支持企业的长期发展。因此，建立和践行职场感恩文化是企业实现可持续发展的重要保障。</w:t>
        <w:br/>
        <w:br/>
        <w:t>2. 在跨文化职场环境中有效实践感恩文化的方法：</w:t>
        <w:br/>
        <w:br/>
        <w:t>在跨文化职场环境中有效实践感恩文化，首先需要尊重和理解不同文化背景下感恩的表达方式和习惯。其次，应该建立包容多元文化的感恩机制，允许员工根据自身文化背景选择合适的感恩表达方式。再次，可以通过跨文化交流活动，增进不同文化背景员工之间的理解和尊重，促进感恩文化的传播。此外，企业管理层应该以身作则，展示对不同文化背景员工的尊重和感谢，树立良好榜样。最后，可以通过培训和教育，提高员工对跨文化感恩重要性的认识，培养跨文化感恩的能力和意识。通过这些方法，可以在跨文化职场环境中有效实践感恩文化，促进不同文化背景员工之间的和谐共处和合作共赢。</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