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2025年保险销售多选试题及答案</w:t>
      </w:r>
    </w:p>
    <w:p>
      <w:r>
        <w:br/>
        <w:t xml:space="preserve"> 一、单项选择题（共10题，每题2分）</w:t>
        <w:br/>
        <w:br/>
        <w:t>1. 保险合同的基本原则不包括以下哪一项？</w:t>
        <w:br/>
        <w:br/>
        <w:t>A. 最大诚信原则</w:t>
        <w:br/>
        <w:br/>
        <w:t>B. 保险利益原则</w:t>
        <w:br/>
        <w:br/>
        <w:t>C. 近因原则</w:t>
        <w:br/>
        <w:br/>
        <w:t>D. 公平交易原则</w:t>
        <w:br/>
        <w:br/>
        <w:t>2. 在人身保险中，投保人对下列哪项不具有保险利益？</w:t>
        <w:br/>
        <w:br/>
        <w:t>A. 自己的生命</w:t>
        <w:br/>
        <w:br/>
        <w:t>B. 自己的健康</w:t>
        <w:br/>
        <w:br/>
        <w:t>C. 自己的财产</w:t>
        <w:br/>
        <w:br/>
        <w:t>D. 子女的健康</w:t>
        <w:br/>
        <w:br/>
        <w:t>3. 保险销售人员在向客户介绍保险产品时，应当遵循的首要原则是？</w:t>
        <w:br/>
        <w:br/>
        <w:t>A. 追求销售业绩最大化</w:t>
        <w:br/>
        <w:br/>
        <w:t>B. 客户利益至上</w:t>
        <w:br/>
        <w:br/>
        <w:t>C. 简化销售流程</w:t>
        <w:br/>
        <w:br/>
        <w:t>D. 强调产品收益率</w:t>
        <w:br/>
        <w:br/>
        <w:t>4. 下列哪项不属于保险产品的核心要素？</w:t>
        <w:br/>
        <w:br/>
        <w:t>A. 保险责任</w:t>
        <w:br/>
        <w:br/>
        <w:t>B. 责任免除</w:t>
        <w:br/>
        <w:br/>
        <w:t>C. 保险金额</w:t>
        <w:br/>
        <w:br/>
        <w:t>D. 产品包装设计</w:t>
        <w:br/>
        <w:br/>
        <w:t>5. 根据《保险法》规定，保险合同成立的时间是？</w:t>
        <w:br/>
        <w:br/>
        <w:t>A. 投保人提出投保要求时</w:t>
        <w:br/>
        <w:br/>
        <w:t>B. 保险人同意承保时</w:t>
        <w:br/>
        <w:br/>
        <w:t>C. 保险费缴纳时</w:t>
        <w:br/>
        <w:br/>
        <w:t>D. 保险合同生效时</w:t>
        <w:br/>
        <w:br/>
        <w:t>6. 在销售健康保险时，以下哪项是必须向客户告知的重要信息？</w:t>
        <w:br/>
        <w:br/>
        <w:t>A. 保险公司的盈利状况</w:t>
        <w:br/>
        <w:br/>
        <w:t>B. 产品的等待期</w:t>
        <w:br/>
        <w:br/>
        <w:t>C. 销售人员的个人业绩目标</w:t>
        <w:br/>
        <w:br/>
        <w:t>D. 其他客户的投保情况</w:t>
        <w:br/>
        <w:br/>
        <w:t>7. 下列哪项不属于人身保险的基本险种？</w:t>
        <w:br/>
        <w:br/>
        <w:t>A. 人寿保险</w:t>
        <w:br/>
        <w:br/>
        <w:t>B. 健康保险</w:t>
        <w:br/>
        <w:br/>
        <w:t>C. 意外伤害保险</w:t>
        <w:br/>
        <w:br/>
        <w:t>D. 责任保险</w:t>
        <w:br/>
        <w:br/>
        <w:t>8. 保险销售人员在销售过程中，以下哪项行为是违规的？</w:t>
        <w:br/>
        <w:br/>
        <w:t>A. 如实告知保险产品的保障范围</w:t>
        <w:br/>
        <w:br/>
        <w:t>B. 夸大保险产品的收益</w:t>
        <w:br/>
        <w:br/>
        <w:t>C. 详细解释保险条款</w:t>
        <w:br/>
        <w:br/>
        <w:t>D. 提供专业的保险规划建议</w:t>
        <w:br/>
        <w:br/>
        <w:t>9. 保险合同解除权通常属于？</w:t>
        <w:br/>
        <w:br/>
        <w:t>A. 投保人</w:t>
        <w:br/>
        <w:br/>
        <w:t>B. 保险人</w:t>
        <w:br/>
        <w:br/>
        <w:t>C. 受益人</w:t>
        <w:br/>
        <w:br/>
        <w:t>D. 第三方</w:t>
        <w:br/>
        <w:br/>
        <w:t>10. 在销售年金保险时，以下哪项是正确的表述？</w:t>
        <w:br/>
        <w:br/>
        <w:t>A. 年金保险是一种投资理财产品</w:t>
        <w:br/>
        <w:br/>
        <w:t>B. 年金保险可以保证终身领取养老金</w:t>
        <w:br/>
        <w:br/>
        <w:t>C. 年金保险主要目的是提供退休后的收入保障</w:t>
        <w:br/>
        <w:br/>
        <w:t>D. 年金保险的收益率一定高于银行存款</w:t>
        <w:br/>
        <w:br/>
        <w:t xml:space="preserve"> 二、填空题（共6题，每题2分）</w:t>
        <w:br/>
        <w:br/>
        <w:t>1. 保险销售人员在向客户介绍保险产品时，应当遵循________原则，确保客户充分了解产品信息。</w:t>
        <w:br/>
        <w:br/>
        <w:t>2. 保险合同的基本要素包括：当事人、________、保险责任、责任免除、保险费、保险期间等。</w:t>
        <w:br/>
        <w:br/>
        <w:t>3. 在人身保险中，投保人对________具有保险利益。</w:t>
        <w:br/>
        <w:br/>
        <w:t>4. 保险销售人员在销售过程中应当遵循的"三适当"原则是指：适当的人、适当的产品、________。</w:t>
        <w:br/>
        <w:br/>
        <w:t>5. 保险合同订立后，投保人有权在规定的期限内解除合同，这被称为________。</w:t>
        <w:br/>
        <w:br/>
        <w:t>6. 保险销售人员在销售过程中应当如实告知客户产品的________、责任免除等重要内容。</w:t>
        <w:br/>
        <w:br/>
        <w:t xml:space="preserve"> 三、判断题（共6题，每题2分）</w:t>
        <w:br/>
        <w:br/>
        <w:t>1. 保险销售人员可以向客户承诺保证投资收益。（ ）</w:t>
        <w:br/>
        <w:br/>
        <w:t>2. 在销售保险产品时，销售人员应当向客户如实告知产品的所有条款内容，包括责任免除部分。（ ）</w:t>
        <w:br/>
        <w:br/>
        <w:t>3. 保险利益是指投保人对保险标的所具有的合法的经济利益。（ ）</w:t>
        <w:br/>
        <w:br/>
        <w:t>4. 保险销售人员可以为了促成交易而隐瞒或模糊说明保险产品的某些限制条件。（ ）</w:t>
        <w:br/>
        <w:br/>
        <w:t>5. 保险合同成立后，投保人可以随时无条件解除合同。（ ）</w:t>
        <w:br/>
        <w:br/>
        <w:t>6. 在销售过程中，保险销售人员应当根据客户的风险承受能力和实际需求推荐合适的保险产品。（ ）</w:t>
        <w:br/>
        <w:br/>
        <w:t xml:space="preserve"> 四、多项选择题（共2题，每题2分）</w:t>
        <w:br/>
        <w:br/>
        <w:t>1. 保险销售人员在向客户介绍保险产品时，应当告知客户以下哪些信息？（ ）</w:t>
        <w:br/>
        <w:br/>
        <w:t>A. 保险产品的保障范围</w:t>
        <w:br/>
        <w:br/>
        <w:t>B. 保险责任和责任免除</w:t>
        <w:br/>
        <w:br/>
        <w:t>C. 保险费缴纳方式和期限</w:t>
        <w:br/>
        <w:br/>
        <w:t>D. 保险公司的投资收益情况</w:t>
        <w:br/>
        <w:br/>
        <w:t>2. 保险销售人员应当具备的专业知识包括？（ ）</w:t>
        <w:br/>
        <w:br/>
        <w:t>A. 保险产品知识</w:t>
        <w:br/>
        <w:br/>
        <w:t>B. 相关法律法规知识</w:t>
        <w:br/>
        <w:br/>
        <w:t>C. 金融投资知识</w:t>
        <w:br/>
        <w:br/>
        <w:t>D. 医学专业知识</w:t>
        <w:br/>
        <w:br/>
        <w:t xml:space="preserve"> 五、简答题（共2题，每题5分）</w:t>
        <w:br/>
        <w:br/>
        <w:t>1. 简述保险销售人员在销售过程中应当遵循的职业道德规范。</w:t>
        <w:br/>
        <w:br/>
        <w:t>2. 请简述保险合同的基本原则及其内涵。</w:t>
        <w:br/>
        <w:br/>
        <w:t xml:space="preserve"> 参考答案及解析</w:t>
        <w:br/>
        <w:br/>
        <w:t xml:space="preserve"> 一、单项选择题</w:t>
        <w:br/>
        <w:br/>
        <w:t>1. 答案：D</w:t>
        <w:br/>
        <w:br/>
        <w:t>解析：保险合同的基本原则包括最大诚信原则、保险利益原则、近因原则和损失补偿原则。公平交易原则虽然重要，但不是保险合同的基本原则之一。</w:t>
        <w:br/>
        <w:br/>
        <w:t>2. 答案：C</w:t>
        <w:br/>
        <w:br/>
        <w:t>解析：保险利益是指投保人对保险标的所具有的合法的经济利益。在人身保险中，投保人对自己的生命、健康、子女等具有保险利益，但对自己的财产不具有保险利益，财产保险适用于财产保险利益。</w:t>
        <w:br/>
        <w:br/>
        <w:t>3. 答案：B</w:t>
        <w:br/>
        <w:br/>
        <w:t>解析：保险销售人员在向客户介绍保险产品时，应当遵循客户利益至上原则，确保客户获得适合其需求的保险产品，而不是单纯追求销售业绩或简化流程。</w:t>
        <w:br/>
        <w:br/>
        <w:t>4. 答案：D</w:t>
        <w:br/>
        <w:br/>
        <w:t>解析：保险产品的核心要素包括保险责任、责任免除、保险金额、保险费、保险期间等，产品包装设计不属于保险产品的核心要素。</w:t>
        <w:br/>
        <w:br/>
        <w:t>5. 答案：B</w:t>
        <w:br/>
        <w:br/>
        <w:t>解析：根据《保险法》规定，保险合同成立的时间是保险人同意承保时。投保人提出投保要求是合同订立的开始，但合同成立需要保险人的同意。</w:t>
        <w:br/>
        <w:br/>
        <w:t>6. 答案：B</w:t>
        <w:br/>
        <w:br/>
        <w:t>解析：在销售健康保险时，产品的等待期是必须向客户告知的重要信息，因为这关系到客户何时能够获得保险保障。保险公司的盈利状况、销售人员的个人业绩目标以及其他客户的投保情况不属于必须告知的信息。</w:t>
        <w:br/>
        <w:br/>
        <w:t>7. 答案：D</w:t>
        <w:br/>
        <w:br/>
        <w:t>解析：人身保险的基本险种包括人寿保险、健康保险和意外伤害保险。责任保险属于财产保险的范畴，不属于人身保险的基本险种。</w:t>
        <w:br/>
        <w:br/>
        <w:t>8. 答案：B</w:t>
        <w:br/>
        <w:br/>
        <w:t>解析：保险销售人员在销售过程中，夸大保险产品的收益是违规行为，应当如实告知产品的保障范围、详细解释保险条款并提供专业的保险规划建议。</w:t>
        <w:br/>
        <w:br/>
        <w:t>9. 答案：A</w:t>
        <w:br/>
        <w:br/>
        <w:t>解析：根据《保险法》规定，保险合同解除权通常属于投保人，投保人在规定的期限内可以解除合同。保险人在特定条件下也可以解除合同，但一般情况下解除权属于投保人。</w:t>
        <w:br/>
        <w:br/>
        <w:t>10. 答案：C</w:t>
        <w:br/>
        <w:br/>
        <w:t>解析：年金保险的主要目的是提供退休后的收入保障，而不是单纯的投资理财产品。虽然有些年金保险产品可以保证终身领取养老金，但这并非所有年金保险的特点，且年金保险的收益率不一定高于银行存款。</w:t>
        <w:br/>
        <w:br/>
        <w:t xml:space="preserve"> 二、填空题</w:t>
        <w:br/>
        <w:br/>
        <w:t>1. 答案：最大诚信</w:t>
        <w:br/>
        <w:br/>
        <w:t>解析：保险销售人员在向客户介绍保险产品时，应当遵循最大诚信原则，确保客户充分了解产品信息，不隐瞒、不误导，如实告知产品的各项内容。</w:t>
        <w:br/>
        <w:br/>
        <w:t>2. 答案：保险标的</w:t>
        <w:br/>
        <w:br/>
        <w:t>解析：保险合同的基本要素包括：当事人、保险标的、保险责任、责任免除、保险费、保险期间等。保险标的是保险合同保障的对象，可以是人的生命、健康，也可以是财产等。</w:t>
        <w:br/>
        <w:br/>
        <w:t>3. 答案：本人及其家庭成员</w:t>
        <w:br/>
        <w:br/>
        <w:t>解析：在人身保险中，投保人对本人及其家庭成员具有保险利益。这是基于血缘关系和婚姻关系而产生的法定保险利益。</w:t>
        <w:br/>
        <w:br/>
        <w:t>4. 答案：适当的销售渠道</w:t>
        <w:br/>
        <w:br/>
        <w:t>解析：保险销售人员在销售过程中应当遵循的"三适当"原则是指：适当的人、适当的产品、适当的销售渠道。这意味着销售人员应当将合适的产品通过合适的渠道销售给合适的人。</w:t>
        <w:br/>
        <w:br/>
        <w:t>5. 答案：犹豫期</w:t>
        <w:br/>
        <w:br/>
        <w:t>解析：保险合同订立后，投保人有权在规定的期限内解除合同，这被称为犹豫期。犹豫期是为了保护投保人的利益，使其有时间重新考虑是否需要该保险产品。</w:t>
        <w:br/>
        <w:br/>
        <w:t>6. 答案：保险责任</w:t>
        <w:br/>
        <w:br/>
        <w:t>解析：保险销售人员在销售过程中应当如实告知客户产品的保险责任、责任免除等重要内容，确保客户充分了解保险产品的保障范围和限制条件。</w:t>
        <w:br/>
        <w:br/>
        <w:t xml:space="preserve"> 三、判断题</w:t>
        <w:br/>
        <w:br/>
        <w:t>1. 答案：×</w:t>
        <w:br/>
        <w:br/>
        <w:t>解析：保险销售人员不可以向客户承诺保证投资收益，因为保险产品的收益受到多种因素影响，存在不确定性。根据监管规定，保险销售应当如实告知产品的风险，不得承诺固定收益。</w:t>
        <w:br/>
        <w:br/>
        <w:t>2. 答案：√</w:t>
        <w:br/>
        <w:br/>
        <w:t>解析：在销售保险产品时，销售人员应当向客户如实告知产品的所有条款内容，包括责任免除部分，这是最大诚信原则的要求，也是保护客户权益的重要措施。</w:t>
        <w:br/>
        <w:br/>
        <w:t>3. 答案：√</w:t>
        <w:br/>
        <w:br/>
        <w:t>解析：保险利益是指投保人对保险标的所具有的合法的经济利益，是保险合同有效的前提条件之一。没有保险利益的保险合同是无效的。</w:t>
        <w:br/>
        <w:br/>
        <w:t>4. 答案：×</w:t>
        <w:br/>
        <w:br/>
        <w:t>解析：保险销售人员不可以为了促成交易而隐瞒或模糊说明保险产品的某些限制条件，这违反了最大诚信原则，也属于误导销售行为，是监管所禁止的。</w:t>
        <w:br/>
        <w:br/>
        <w:t>5. 答案：×</w:t>
        <w:br/>
        <w:br/>
        <w:t>解析：保险合同成立后，投保人可以在规定的期限内（通常称为犹豫期）解除合同，但不是随时无条件解除。超过犹豫期后，投保人解除合同可能会面临一定的损失。</w:t>
        <w:br/>
        <w:br/>
        <w:t>6. 答案：√</w:t>
        <w:br/>
        <w:br/>
        <w:t>解析：在销售过程中，保险销售人员应当根据客户的风险承受能力和实际需求推荐合适的保险产品，这是专业销售的基本要求，也是保护客户利益的重要措施。</w:t>
        <w:br/>
        <w:br/>
        <w:t xml:space="preserve"> 四、多项选择题</w:t>
        <w:br/>
        <w:br/>
        <w:t>1. 答案：ABC</w:t>
        <w:br/>
        <w:br/>
        <w:t>解析：保险销售人员在向客户介绍保险产品时，应当告知客户保险产品的保障范围、保险责任和责任免除、保险费缴纳方式和期限等关键信息。保险公司的投资收益情况不属于必须告知的内容，因为这与客户获得的保障没有直接关系。</w:t>
        <w:br/>
        <w:br/>
        <w:t>2. 答案：ABC</w:t>
        <w:br/>
        <w:br/>
        <w:t>解析：保险销售人员应当具备的专业知识包括保险产品知识、相关法律法规知识和金融投资知识。医学专业知识虽然对于销售某些健康保险产品有帮助，但不是所有保险销售人员必须具备的专业知识。</w:t>
        <w:br/>
        <w:br/>
        <w:t xml:space="preserve"> 五、简答题</w:t>
        <w:br/>
        <w:br/>
        <w:t>1. 答案：</w:t>
        <w:br/>
        <w:br/>
        <w:t>保险销售人员在销售过程中应当遵循的职业道德规范包括：</w:t>
        <w:br/>
        <w:br/>
        <w:t>（1）诚实守信：如实告知客户保险产品的各项内容，不夸大、不隐瞒、不误导。</w:t>
        <w:br/>
        <w:br/>
        <w:t>（2）专业尽责：具备必要的专业知识，为客户提供专业的保险规划建议。</w:t>
        <w:br/>
        <w:br/>
        <w:t>（3）客户至上：以客户利益为出发点，推荐适合客户需求的保险产品。</w:t>
        <w:br/>
        <w:br/>
        <w:t>（4）公平竞争：遵守市场规则，不进行不正当竞争。</w:t>
        <w:br/>
        <w:br/>
        <w:t>（5）保守秘密：尊重客户隐私，不泄露客户个人信息。</w:t>
        <w:br/>
        <w:br/>
        <w:t>（6）持续学习：不断更新专业知识，提高业务水平。</w:t>
        <w:br/>
        <w:br/>
        <w:t>解析：保险销售人员的职业道德规范是保险行业健康发展的重要保障。遵循这些规范不仅能够保护客户权益，也有助于建立良好的行业形象和提升个人职业素养。在实际工作中，保险销售人员应当将这些职业道德规范内化为行为准则，真正做到诚信、专业、负责地为客户提供服务。</w:t>
        <w:br/>
        <w:br/>
        <w:t>2. 答案：</w:t>
        <w:br/>
        <w:br/>
        <w:t>保险合同的基本原则及其内涵如下：</w:t>
        <w:br/>
        <w:br/>
        <w:t>（1）最大诚信原则：要求保险合同的双方当事人在订立和履行合同过程中，应当诚实守信，不得隐瞒、欺诈。对投保人而言，应当如实告知重要事项；对保险人而言，应当明确说明免责条款等。</w:t>
        <w:br/>
        <w:br/>
        <w:t>（2）保险利益原则：要求投保人对保险标的必须具有保险利益，否则保险合同无效。保险利益是指投保人对保险标的所具有的合法的经济利益。</w:t>
        <w:br/>
        <w:br/>
        <w:t>（3）近因原则：在保险理赔中，只有当保险事故是造成损失的近因时，保险人才承担赔偿责任。近因是指直接促成结果、决定性有效的原因。</w:t>
        <w:br/>
        <w:br/>
        <w:t>（4）损失补偿原则：在财产保险中，保险赔偿金额不得超过实际损失金额，被保险人不能通过保险获得额外利益。这一原则不适用于人身保险。</w:t>
        <w:br/>
        <w:br/>
        <w:t>解析：保险合同的基本原则是保险法的基础，也是保险实践中的重要指导原则。最大诚信原则是保险合同成立的前提，保险利益原则是保险合同有效的基础，近因原则是确定保险责任的关键，损失补偿原则是财产保险理赔的基本准则。这些原则相互联系、相互补充，共同构成了保险合同的理论体系，为保险实践提供了法律依据和操作指南。</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