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2025年半导体焊接试题及答案</w:t>
      </w:r>
    </w:p>
    <w:p>
      <w:r>
        <w:br/>
        <w:t xml:space="preserve"> 一、单项选择题（每题2分，共20分）</w:t>
        <w:br/>
        <w:br/>
        <w:t>1. 半导体焊接过程中，以下哪种温度最适合焊接大多数半导体器件？</w:t>
        <w:br/>
        <w:br/>
        <w:t>A. 150°C</w:t>
        <w:br/>
        <w:br/>
        <w:t>B. 250°C</w:t>
        <w:br/>
        <w:br/>
        <w:t>C. 350°C</w:t>
        <w:br/>
        <w:br/>
        <w:t>D. 450°C</w:t>
        <w:br/>
        <w:br/>
        <w:t>2. 在半导体焊接中，以下哪种助焊剂最适合用于高可靠性要求的场合？</w:t>
        <w:br/>
        <w:br/>
        <w:t>A. 松香基助焊剂</w:t>
        <w:br/>
        <w:br/>
        <w:t>B. 有机酸基助焊剂</w:t>
        <w:br/>
        <w:br/>
        <w:t>C. 无机酸基助焊剂</w:t>
        <w:br/>
        <w:br/>
        <w:t>D. 水溶性助焊剂</w:t>
        <w:br/>
        <w:br/>
        <w:t>3. 半导体焊接中，以下哪种焊接方法最适合用于大规模集成电路的批量生产？</w:t>
        <w:br/>
        <w:br/>
        <w:t>A. 手工焊接</w:t>
        <w:br/>
        <w:br/>
        <w:t>B. 波峰焊</w:t>
        <w:br/>
        <w:br/>
        <w:t>C. 回流焊</w:t>
        <w:br/>
        <w:br/>
        <w:t>D. 激光焊接</w:t>
        <w:br/>
        <w:br/>
        <w:t>4. 在半导体焊接过程中，以下哪种因素最可能导致焊接后出现冷焊点？</w:t>
        <w:br/>
        <w:br/>
        <w:t>A. 焊接温度过高</w:t>
        <w:br/>
        <w:br/>
        <w:t>B. 焊接时间过长</w:t>
        <w:br/>
        <w:br/>
        <w:t>C. 焊接温度过低</w:t>
        <w:br/>
        <w:br/>
        <w:t>D. 助焊剂使用过多</w:t>
        <w:br/>
        <w:br/>
        <w:t>5. 半导体焊接中，以下哪种材料最适合作为焊料？</w:t>
        <w:br/>
        <w:br/>
        <w:t>A. 纯锡</w:t>
        <w:br/>
        <w:br/>
        <w:t>B. 锡铅合金</w:t>
        <w:br/>
        <w:br/>
        <w:t>C. 无铅焊料</w:t>
        <w:br/>
        <w:br/>
        <w:t>D. 银焊料</w:t>
        <w:br/>
        <w:br/>
        <w:t>6. 在半导体焊接过程中，以下哪种设备最适合用于精密焊接？</w:t>
        <w:br/>
        <w:br/>
        <w:t>A. 普通电烙铁</w:t>
        <w:br/>
        <w:br/>
        <w:t>B. 恒温电烙铁</w:t>
        <w:br/>
        <w:br/>
        <w:t>C. 热风枪</w:t>
        <w:br/>
        <w:br/>
        <w:t>D. 激光焊接机</w:t>
        <w:br/>
        <w:br/>
        <w:t>7. 半导体焊接中，以下哪种焊接缺陷最可能导致器件早期失效？</w:t>
        <w:br/>
        <w:br/>
        <w:t>A. 焊点过大</w:t>
        <w:br/>
        <w:br/>
        <w:t>B. 焊点过小</w:t>
        <w:br/>
        <w:br/>
        <w:t>C. 虚焊</w:t>
        <w:br/>
        <w:br/>
        <w:t>D. 焊点表面不平整</w:t>
        <w:br/>
        <w:br/>
        <w:t>8. 在半导体焊接过程中，以下哪种清洗方法最适合用于去除焊接后的残留物？</w:t>
        <w:br/>
        <w:br/>
        <w:t>A. 水洗</w:t>
        <w:br/>
        <w:br/>
        <w:t>B. 超声波清洗</w:t>
        <w:br/>
        <w:br/>
        <w:t>C. 溶剂擦拭</w:t>
        <w:br/>
        <w:br/>
        <w:t>D. 高压气体吹洗</w:t>
        <w:br/>
        <w:br/>
        <w:t>9. 半导体焊接中，以下哪种因素最可能导致焊接后出现桥接？</w:t>
        <w:br/>
        <w:br/>
        <w:t>A. 焊盘间距过大</w:t>
        <w:br/>
        <w:br/>
        <w:t>B. 焊盘间距过小</w:t>
        <w:br/>
        <w:br/>
        <w:t>C. 焊料量不足</w:t>
        <w:br/>
        <w:br/>
        <w:t>D. 焊接温度过低</w:t>
        <w:br/>
        <w:br/>
        <w:t>10. 在半导体焊接过程中，以下哪种检测方法最适合用于检查焊接质量？</w:t>
        <w:br/>
        <w:br/>
        <w:t>A. 目视检查</w:t>
        <w:br/>
        <w:br/>
        <w:t>B. X射线检测</w:t>
        <w:br/>
        <w:br/>
        <w:t>C. 超声波检测</w:t>
        <w:br/>
        <w:br/>
        <w:t>D. 红外热成像检测</w:t>
        <w:br/>
        <w:br/>
        <w:t xml:space="preserve"> 二、填空题（每题2分，共10分）</w:t>
        <w:br/>
        <w:br/>
        <w:t>1. 半导体焊接中，无铅焊料的主要成分是______和______。</w:t>
        <w:br/>
        <w:br/>
        <w:t>2. 在半导体焊接过程中，焊接温度曲线通常包括预热区、______、______和冷却区四个阶段。</w:t>
        <w:br/>
        <w:br/>
        <w:t>3. 半导体焊接中，常见的焊接缺陷包括虚焊、冷焊、桥接和______。</w:t>
        <w:br/>
        <w:br/>
        <w:t>4. 在半导体焊接过程中，______是一种常用的防止静电损坏的保护措施。</w:t>
        <w:br/>
        <w:br/>
        <w:t>5. 半导体焊接中，______是指焊料在焊接过程中未能完全润湿焊盘和引脚的现象。</w:t>
        <w:br/>
        <w:br/>
        <w:t xml:space="preserve"> 三、判断题（每题2分，共10分）</w:t>
        <w:br/>
        <w:br/>
        <w:t>1. 半导体焊接中，焊接温度越高越好，可以确保焊接质量。（ ）</w:t>
        <w:br/>
        <w:br/>
        <w:t>2. 在半导体焊接过程中，助焊剂的主要作用是去除氧化物和增加焊料的流动性。（ ）</w:t>
        <w:br/>
        <w:br/>
        <w:t>3. 半导体焊接中，使用含铅焊料比无铅焊料更容易获得高质量的焊点。（ ）</w:t>
        <w:br/>
        <w:br/>
        <w:t>4. 在半导体焊接过程中，焊接时间越长越好，可以确保焊料充分熔化。（ ）</w:t>
        <w:br/>
        <w:br/>
        <w:t>5. 半导体焊接中，焊接后不需要进行清洗，残留的助焊剂不会影响器件性能。（ ）</w:t>
        <w:br/>
        <w:br/>
        <w:t xml:space="preserve"> 四、多项选择题（每题2分，共4分）</w:t>
        <w:br/>
        <w:br/>
        <w:t>1. 以下哪些因素会影响半导体焊接的质量？（ ）</w:t>
        <w:br/>
        <w:br/>
        <w:t>A. 焊接温度</w:t>
        <w:br/>
        <w:br/>
        <w:t>B. 焊接时间</w:t>
        <w:br/>
        <w:br/>
        <w:t>C. 焊料成分</w:t>
        <w:br/>
        <w:br/>
        <w:t>D. 环境湿度</w:t>
        <w:br/>
        <w:br/>
        <w:t>E. 操作人员技能</w:t>
        <w:br/>
        <w:br/>
        <w:t>2. 以下哪些是半导体焊接中常用的无铅焊料成分？（ ）</w:t>
        <w:br/>
        <w:br/>
        <w:t>A. 锡银铜(SAC)</w:t>
        <w:br/>
        <w:br/>
        <w:t>B. 锡铜(SnCu)</w:t>
        <w:br/>
        <w:br/>
        <w:t>C. 锡铋(SnBi)</w:t>
        <w:br/>
        <w:br/>
        <w:t>D. 锡铅(SnPb)</w:t>
        <w:br/>
        <w:br/>
        <w:t>E. 锡锌(SnZn)</w:t>
        <w:br/>
        <w:br/>
        <w:t xml:space="preserve"> 五、简答题（每题5分，共10分）</w:t>
        <w:br/>
        <w:br/>
        <w:t>1. 简述半导体焊接过程中温度曲线的重要性，并说明其主要阶段及其作用。</w:t>
        <w:br/>
        <w:br/>
        <w:t>2. 列举半导体焊接中常见的五种焊接缺陷，并说明其产生原因及预防措施。</w:t>
        <w:br/>
        <w:br/>
        <w:t xml:space="preserve"> 参考答案及解析</w:t>
        <w:br/>
        <w:br/>
        <w:t xml:space="preserve"> 一、单项选择题</w:t>
        <w:br/>
        <w:br/>
        <w:t>1. 答案：B</w:t>
        <w:br/>
        <w:br/>
        <w:t>解析：大多数半导体器件的焊接温度在200-280°C之间，250°C是一个较为适中的温度。温度过低(150°C)可能导致焊料未能完全熔化，温度过高(350°C或450°C)则可能损坏半导体器件。</w:t>
        <w:br/>
        <w:br/>
        <w:t>2. 答案：A</w:t>
        <w:br/>
        <w:br/>
        <w:t>解析：松香基助焊剂具有腐蚀性小、残留物少、电气性能好等特点，适合用于高可靠性要求的场合。有机酸基助焊剂和无机酸基助焊剂腐蚀性较大，水溶性助焊剂虽然清洗方便但残留物可能较多。</w:t>
        <w:br/>
        <w:br/>
        <w:t>3. 答案：C</w:t>
        <w:br/>
        <w:br/>
        <w:t>解析：回流焊是一种适合大规模集成电路批量生产的焊接方法，它通过精确控制温度曲线，使焊料在特定区域内熔化并形成焊点，适合自动化生产。手工焊接效率低，波峰焊主要用于通孔元件，激光焊接成本高且不适合大规模生产。</w:t>
        <w:br/>
        <w:br/>
        <w:t>4. 答案：C</w:t>
        <w:br/>
        <w:br/>
        <w:t>解析：焊接温度过低会导致焊料未能完全熔化或流动性不足，从而形成冷焊点。焊接温度过高或时间过长可能导致焊料氧化或损坏器件，助焊剂使用过多可能导致残留物过多。</w:t>
        <w:br/>
        <w:br/>
        <w:t>5. 答案：C</w:t>
        <w:br/>
        <w:br/>
        <w:t>解析：无铅焊料是当前半导体焊接的主流选择，符合环保要求。纯锡熔点较高且易产生晶须，锡铅合金虽然焊接性能好但含有害物质，银焊料成本较高且主要用于特殊场合。</w:t>
        <w:br/>
        <w:br/>
        <w:t>6. 答案：B</w:t>
        <w:br/>
        <w:br/>
        <w:t>解析：恒温电烙铁可以精确控制焊接温度，适合精密焊接。普通电烙铁温度波动大，热风枪适合大面积焊接，激光焊接机成本高且主要用于特殊场合。</w:t>
        <w:br/>
        <w:br/>
        <w:t>7. 答案：C</w:t>
        <w:br/>
        <w:br/>
        <w:t>解析：虚焊是指焊料未能与焊盘或引脚形成良好连接，会导致接触电阻增大，发热严重，从而可能导致器件早期失效。焊点过大或过小、表面不平整虽然影响美观，但不一定会导致器件早期失效。</w:t>
        <w:br/>
        <w:br/>
        <w:t>8. 答案：B</w:t>
        <w:br/>
        <w:br/>
        <w:t>解析：超声波清洗可以有效去除焊接后的残留物，特别是微小颗粒，适合精密半导体器件的清洗。水洗可能无法完全去除有机残留物，溶剂擦拭可能不均匀，高压气体吹洗无法去除微小颗粒。</w:t>
        <w:br/>
        <w:br/>
        <w:t>9. 答案：B</w:t>
        <w:br/>
        <w:br/>
        <w:t>解析：焊盘间距过小容易导致焊料在相邻焊盘之间形成桥接。焊盘间距过大、焊料量不足或焊接温度过低不会导致桥接现象。</w:t>
        <w:br/>
        <w:br/>
        <w:t>10. 答案：B</w:t>
        <w:br/>
        <w:br/>
        <w:t>解析：X射线检测可以无损检查焊点内部质量，包括虚焊、冷焊等内部缺陷，是半导体焊接质量检测的最佳方法。目视检查只能检查表面缺陷，超声波检测主要用于检测内部结构，红外热成像检测主要用于检测温度分布。</w:t>
        <w:br/>
        <w:br/>
        <w:t xml:space="preserve"> 二、填空题</w:t>
        <w:br/>
        <w:br/>
        <w:t>1. 答案：锡(Sn)、银(Ag)和铜(Cu)</w:t>
        <w:br/>
        <w:br/>
        <w:t>解析：无铅焊料的主要成分是锡(Sn)，通常添加银(Ag)和铜(Cu)等元素以提高焊接性能和机械强度。常见的无铅焊料如SAC305(锡96.5%、银3.0%、铜0.5%)。</w:t>
        <w:br/>
        <w:br/>
        <w:t>2. 答案：浸润区、回流区</w:t>
        <w:br/>
        <w:br/>
        <w:t>解析：半导体焊接的温度曲线通常包括预热区(缓慢升温以避免热冲击)、浸润区(焊料开始熔化)、回流区(焊料完全熔化并形成焊点)和冷却区(缓慢冷却以避免热应力)。正确的温度曲线可以确保焊接质量。</w:t>
        <w:br/>
        <w:br/>
        <w:t>3. 答案：焊球</w:t>
        <w:br/>
        <w:br/>
        <w:t>解析：半导体焊接中常见的焊接缺陷包括虚焊、冷焊、桥接和焊球。焊球是指焊接过程中形成的球形焊料颗粒，可能导致短路。</w:t>
        <w:br/>
        <w:br/>
        <w:t>4. 答案：防静电手环</w:t>
        <w:br/>
        <w:br/>
        <w:t>解析：防静电手环是一种常用的防止静电损坏的保护措施，可以将人体静电安全地导入大地，避免静电敏感器件(如MOSFET)被静电击穿。</w:t>
        <w:br/>
        <w:br/>
        <w:t>5. 答案：虚焊</w:t>
        <w:br/>
        <w:br/>
        <w:t>解析：虚焊是指焊料在焊接过程中未能完全润湿焊盘和引脚的现象，导致焊点与焊盘或引脚之间接触不良，可能引起电气连接问题。</w:t>
        <w:br/>
        <w:br/>
        <w:t xml:space="preserve"> 三、判断题</w:t>
        <w:br/>
        <w:br/>
        <w:t>1. 答案：×</w:t>
        <w:br/>
        <w:br/>
        <w:t>解析：半导体焊接中，焊接温度并非越高越好。过高的温度可能导致器件损坏、焊料氧化或形成金属间化合物，影响焊接质量。应根据具体器件和焊料选择合适的焊接温度。</w:t>
        <w:br/>
        <w:br/>
        <w:t>2. 答案：√</w:t>
        <w:br/>
        <w:br/>
        <w:t>解析：助焊剂的主要作用确实是去除金属表面的氧化物，增加焊料的流动性，促进焊料与金属表面的良好结合，从而提高焊接质量。</w:t>
        <w:br/>
        <w:br/>
        <w:t>3. 答案：√</w:t>
        <w:br/>
        <w:br/>
        <w:t>解析：含铅焊料(如Sn63Pb37)具有较低的熔点、较好的润湿性和流动性，更容易获得高质量的焊点。无铅焊料的熔点较高，润湿性较差，对焊接工艺要求更高。</w:t>
        <w:br/>
        <w:br/>
        <w:t>4. 答案：×</w:t>
        <w:br/>
        <w:br/>
        <w:t>解析：半导体焊接中，焊接时间并非越长越好。过长的焊接时间可能导致器件过热、焊料氧化或形成过厚的金属间化合物，影响焊接质量。应根据具体器件和焊料选择合适的焊接时间。</w:t>
        <w:br/>
        <w:br/>
        <w:t>5. 答案：×</w:t>
        <w:br/>
        <w:br/>
        <w:t>解析：半导体焊接后通常需要进行清洗，以去除残留的助焊剂和其他污染物。这些残留物可能导致腐蚀、漏电流增加或绝缘性能下降，影响器件的长期可靠性。</w:t>
        <w:br/>
        <w:br/>
        <w:t xml:space="preserve"> 四、多项选择题</w:t>
        <w:br/>
        <w:br/>
        <w:t>1. 答案：ABCDE</w:t>
        <w:br/>
        <w:br/>
        <w:t>解析：半导体焊接质量受多种因素影响，包括焊接温度(影响焊料熔化和润湿)、焊接时间(影响焊料反应程度)、焊料成分(影响熔点和润湿性)、环境湿度(可能影响焊接过程中的氧化)以及操作人员技能(影响焊接的一致性)。</w:t>
        <w:br/>
        <w:br/>
        <w:t>2. 答案：ABCE</w:t>
        <w:br/>
        <w:br/>
        <w:t>解析：常见的无铅焊料成分包括锡银铜(SAC)、锡铜(SnCu)、锡铋(SnBi)和锡锌(SnZn)等。锡铅(SnPb)是传统的含铅焊料，不符合无铅要求。</w:t>
        <w:br/>
        <w:br/>
        <w:t xml:space="preserve"> 五、简答题</w:t>
        <w:br/>
        <w:br/>
        <w:t>1. 答案：</w:t>
        <w:br/>
        <w:br/>
        <w:t>半导体焊接过程中温度曲线的重要性在于它直接影响焊接质量和器件可靠性。正确的温度曲线可以确保焊料充分熔化、润湿焊盘和引脚，同时避免器件过热损坏。</w:t>
        <w:br/>
        <w:br/>
        <w:t>温度曲线的主要阶段及其作用：</w:t>
        <w:br/>
        <w:br/>
        <w:t>- 预热区：缓慢升温至150-180°C，使器件和PCB均匀受热，避免热冲击，同时激活助焊剂。</w:t>
        <w:br/>
        <w:br/>
        <w:t>- 浸润区：升温至焊料熔点以上，使焊料开始熔化并润湿焊盘和引脚。</w:t>
        <w:br/>
        <w:br/>
        <w:t>- 回流区：达到峰值温度(通常高于焊料熔点20-40°C)，使焊料完全熔化并形成良好的金属间结合。</w:t>
        <w:br/>
        <w:br/>
        <w:t>- 冷却区：缓慢冷却至室温，使焊点凝固并形成稳定的金属结构，避免热应力导致焊点开裂。</w:t>
        <w:br/>
        <w:br/>
        <w:t>2. 答案：</w:t>
        <w:br/>
        <w:br/>
        <w:t>半导体焊接中常见的五种焊接缺陷及其产生原因和预防措施：</w:t>
        <w:br/>
        <w:br/>
        <w:t>- 虚焊：产生原因是焊料未能完全润湿焊盘或引脚，可能是由于焊盘或引脚氧化、助焊剂不足或焊接温度不够。预防措施包括确保焊盘和引脚清洁、使用足够量的助焊剂和控制适当的焊接温度。</w:t>
        <w:br/>
        <w:br/>
        <w:t>- 冷焊：产生原因是焊接温度过低或时间过短，导致焊料未能完全熔化。预防措施包括提高焊接温度或延长焊接时间，确保焊料完全熔化。</w:t>
        <w:br/>
        <w:br/>
        <w:t>- 桥接：产生原因是焊料过多或焊盘间距过小，导致焊料连接相邻焊盘。预防措施包括控制焊料量、增加焊盘间距或使用助焊剂限制焊料流动。</w:t>
        <w:br/>
        <w:br/>
        <w:t>- 焊球：产生原因是焊料飞溅或助焊剂过多导致焊料形成小球。预防措施包括控制助焊剂用量、避免焊接过程中的振动和冲击。</w:t>
        <w:br/>
        <w:br/>
        <w:t>- 金属间化合物过厚：产生原因是焊接温度过高或时间过长，导致焊盘与焊料之间形成过厚的金属间化合物。预防措施包括控制焊接温度和时间，避免过度加热。</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