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2025年感觉和知觉试题及答案</w:t>
      </w:r>
    </w:p>
    <w:p>
      <w:r>
        <w:br/>
        <w:t xml:space="preserve"> 一、单项选择题（共10题，每题2分，共20分）</w:t>
        <w:br/>
        <w:br/>
        <w:t>1. 感觉和知觉的主要区别是：</w:t>
        <w:br/>
        <w:br/>
        <w:t>A. 感觉是对刺激的直接反应，知觉是对感觉信息的解释</w:t>
        <w:br/>
        <w:br/>
        <w:t>B. 感觉是高级心理过程，知觉是初级心理过程</w:t>
        <w:br/>
        <w:br/>
        <w:t>C. 感觉依赖于经验，知觉不依赖于经验</w:t>
        <w:br/>
        <w:br/>
        <w:t>D. 感觉是客观的，知觉是主观的</w:t>
        <w:br/>
        <w:br/>
        <w:t>2. 下列哪种现象属于感觉适应？</w:t>
        <w:br/>
        <w:br/>
        <w:t>A. 从明亮处进入暗室，视觉逐渐适应</w:t>
        <w:br/>
        <w:br/>
        <w:t>B. 看到红色后再看白色，感觉白色偏绿</w:t>
        <w:br/>
        <w:br/>
        <w:t>C. 听到持续的声音后，感觉声音变小</w:t>
        <w:br/>
        <w:br/>
        <w:t>D. 以上都是</w:t>
        <w:br/>
        <w:br/>
        <w:t>3. 格式塔心理学强调的知觉组织原则不包括：</w:t>
        <w:br/>
        <w:br/>
        <w:t>A. 接近性</w:t>
        <w:br/>
        <w:br/>
        <w:t>B. 相似性</w:t>
        <w:br/>
        <w:br/>
        <w:t>C. 连续性</w:t>
        <w:br/>
        <w:br/>
        <w:t>D. 分析性</w:t>
        <w:br/>
        <w:br/>
        <w:t>4. 深度知觉中，双眼线索不包括：</w:t>
        <w:br/>
        <w:br/>
        <w:t>A. 视差</w:t>
        <w:br/>
        <w:br/>
        <w:t>B. 双眼视差</w:t>
        <w:br/>
        <w:br/>
        <w:t>C. 调节</w:t>
        <w:br/>
        <w:br/>
        <w:t>D. 重叠</w:t>
        <w:br/>
        <w:br/>
        <w:t>5. 下列哪种错觉是由大小恒常性引起的？</w:t>
        <w:br/>
        <w:br/>
        <w:t>A. 缪勒-莱尔错觉</w:t>
        <w:br/>
        <w:br/>
        <w:t>B. 潘佐错觉</w:t>
        <w:br/>
        <w:br/>
        <w:t>C. 艾宾浩斯错觉</w:t>
        <w:br/>
        <w:br/>
        <w:t>D. 月亮错觉</w:t>
        <w:br/>
        <w:br/>
        <w:t>6. 感觉阈限是指：</w:t>
        <w:br/>
        <w:br/>
        <w:t>A. 刚能引起感觉的最小刺激量</w:t>
        <w:br/>
        <w:br/>
        <w:t>B. 刚能引起感觉的最大刺激量</w:t>
        <w:br/>
        <w:br/>
        <w:t>C. 刚能引起感觉的刺激范围</w:t>
        <w:br/>
        <w:br/>
        <w:t>D. 刚能引起感觉的刺激强度</w:t>
        <w:br/>
        <w:br/>
        <w:t>7. 下列哪种理论解释了颜色视觉？</w:t>
        <w:br/>
        <w:br/>
        <w:t>A. 三色说</w:t>
        <w:br/>
        <w:br/>
        <w:t>B. 频率说</w:t>
        <w:br/>
        <w:br/>
        <w:t>C. 行程说</w:t>
        <w:br/>
        <w:br/>
        <w:t>D. 部位说</w:t>
        <w:br/>
        <w:br/>
        <w:t>8. 听觉的适宜刺激是：</w:t>
        <w:br/>
        <w:br/>
        <w:t>A. 电磁波</w:t>
        <w:br/>
        <w:br/>
        <w:t>B. 化学物质</w:t>
        <w:br/>
        <w:br/>
        <w:t>C. 空气振动</w:t>
        <w:br/>
        <w:br/>
        <w:t>D. 光线</w:t>
        <w:br/>
        <w:br/>
        <w:t>9. 下列哪种现象属于知觉恒常性？</w:t>
        <w:br/>
        <w:br/>
        <w:t>A. 大小恒常性</w:t>
        <w:br/>
        <w:br/>
        <w:t>B. 形状恒常性</w:t>
        <w:br/>
        <w:br/>
        <w:t>C. 颜色恒常性</w:t>
        <w:br/>
        <w:br/>
        <w:t>D. 以上都是</w:t>
        <w:br/>
        <w:br/>
        <w:t>10. 感觉记忆的特点是：</w:t>
        <w:br/>
        <w:br/>
        <w:t>A. 容量大，保持时间短</w:t>
        <w:br/>
        <w:br/>
        <w:t>B. 容量小，保持时间长</w:t>
        <w:br/>
        <w:br/>
        <w:t>C. 容量大，保持时间长</w:t>
        <w:br/>
        <w:br/>
        <w:t>D. 容量小，保持时间短</w:t>
        <w:br/>
        <w:br/>
        <w:t xml:space="preserve"> 二、填空题（共6题，每题2分，共12分）</w:t>
        <w:br/>
        <w:br/>
        <w:t>1. 感觉阈限分为绝对感觉阈限和______。</w:t>
        <w:br/>
        <w:br/>
        <w:t>2. 知觉的基本特征包括选择性、整体性、理解性和______。</w:t>
        <w:br/>
        <w:br/>
        <w:t>3. 视觉感受器是______细胞。</w:t>
        <w:br/>
        <w:br/>
        <w:t>4. 听觉的感受器是______器官。</w:t>
        <w:br/>
        <w:br/>
        <w:t>5. 格式塔心理学强调"整体大于部分之和"，这体现了知觉的______特征。</w:t>
        <w:br/>
        <w:br/>
        <w:t>6. 感觉适应是指刺激持续作用时，感受性______的现象。</w:t>
        <w:br/>
        <w:br/>
        <w:t xml:space="preserve"> 三、判断题（共6题，每题2分，共12分）</w:t>
        <w:br/>
        <w:br/>
        <w:t>1. 感觉是对刺激的直接反应，而知觉是对感觉信息的解释和整合。（）</w:t>
        <w:br/>
        <w:br/>
        <w:t>2. 所有感觉都有适应现象。（）</w:t>
        <w:br/>
        <w:br/>
        <w:t>3. 双眼视差是深度知觉的重要线索。（）</w:t>
        <w:br/>
        <w:br/>
        <w:t>4. 感觉记忆的容量有限，只能保持少量信息。（）</w:t>
        <w:br/>
        <w:br/>
        <w:t>5. 知觉恒常性是指我们的知觉不随客观条件的变化而变化。（）</w:t>
        <w:br/>
        <w:br/>
        <w:t>6. 感觉阈限越高，感受性越强。（）</w:t>
        <w:br/>
        <w:br/>
        <w:t xml:space="preserve"> 四、多项选择题（共2题，每题2分，共4分）</w:t>
        <w:br/>
        <w:br/>
        <w:t>1. 下列哪些属于知觉的基本特征？（）</w:t>
        <w:br/>
        <w:br/>
        <w:t>A. 选择性</w:t>
        <w:br/>
        <w:br/>
        <w:t>B. 整体性</w:t>
        <w:br/>
        <w:br/>
        <w:t>C. 理解性</w:t>
        <w:br/>
        <w:br/>
        <w:t>D. 恒常性</w:t>
        <w:br/>
        <w:br/>
        <w:t>2. 下列哪些因素会影响我们的知觉？（）</w:t>
        <w:br/>
        <w:br/>
        <w:t>A. 过去经验</w:t>
        <w:br/>
        <w:br/>
        <w:t>B. 需要、动机和情绪</w:t>
        <w:br/>
        <w:br/>
        <w:t>C. 文化背景</w:t>
        <w:br/>
        <w:br/>
        <w:t>D. 注意</w:t>
        <w:br/>
        <w:br/>
        <w:t xml:space="preserve"> 五、简答题（共2题，每题5分，共10分）</w:t>
        <w:br/>
        <w:br/>
        <w:t>1. 简述感觉和知觉的关系。</w:t>
        <w:br/>
        <w:br/>
        <w:t>2. 简述知觉恒常性的种类及其意义。</w:t>
        <w:br/>
        <w:br/>
        <w:t xml:space="preserve"> 参考答案及解析</w:t>
        <w:br/>
        <w:br/>
        <w:t xml:space="preserve"> 一、单项选择题</w:t>
        <w:br/>
        <w:br/>
        <w:t>1. A. 感觉是对刺激的直接反应，知觉是对感觉信息的解释</w:t>
        <w:br/>
        <w:br/>
        <w:t>解析：感觉是对刺激的直接反应，是客观刺激作用于感觉器官产生的初级体验；而知觉是对感觉信息的解释和组织，是大脑对感觉信息进行加工处理的结果。感觉是知觉的基础，知觉是感觉的深化。</w:t>
        <w:br/>
        <w:br/>
        <w:t>2. D. 以上都是</w:t>
        <w:br/>
        <w:br/>
        <w:t>解析：感觉适应是指刺激持续作用时，感受性发生变化的现象。从明亮处进入暗室，视觉逐渐适应（暗适应）；听到持续的声音后，感觉声音变小（听觉适应）；看到红色后再看白色，感觉白色偏绿（视觉后像，也属于感觉适应的一种表现）。</w:t>
        <w:br/>
        <w:br/>
        <w:t>3. D. 分析性</w:t>
        <w:br/>
        <w:br/>
        <w:t>解析：格式塔心理学强调知觉的组织原则，包括接近性、相似性、连续性、闭合性、简单性等。分析性不是格式塔心理学的组织原则，而是与格式塔整体性相对的概念。</w:t>
        <w:br/>
        <w:br/>
        <w:t>4. C. 调节</w:t>
        <w:br/>
        <w:br/>
        <w:t>解析：深度知觉的线索包括单眼线索（如大小、透视、遮挡等）和双眼线索（如双眼视差）。调节是眼睛聚焦时的变化，属于单眼线索，不是双眼线索。</w:t>
        <w:br/>
        <w:br/>
        <w:t>5. D. 月亮错觉</w:t>
        <w:br/>
        <w:br/>
        <w:t>解析：月亮错觉是指在地平线附近的月亮看起来比天顶的月亮大。这是由于大小恒常性导致的，我们根据距离线索判断物体大小，地平线附近的月亮被认为更远，因此看起来更大。</w:t>
        <w:br/>
        <w:br/>
        <w:t>6. A. 刚能引起感觉的最小刺激量</w:t>
        <w:br/>
        <w:br/>
        <w:t>解析：感觉阈限是指刚能引起感觉的最小刺激量。绝对感觉阈限是指刚刚能引起感觉的最小刺激量，差别感觉阈限是指刚刚能引起差别感觉的刺激最小变化量。</w:t>
        <w:br/>
        <w:br/>
        <w:t>7. A. 三色说</w:t>
        <w:br/>
        <w:br/>
        <w:t>解析：三色说（杨-亥姆霍兹理论）认为视网膜上有三种视锥细胞，分别对红、绿、蓝三种光敏感，通过这三种细胞的兴奋比例来解释颜色视觉。频率说解释听觉，行程说和部位说解释音高感知。</w:t>
        <w:br/>
        <w:br/>
        <w:t>8. C. 空气振动</w:t>
        <w:br/>
        <w:br/>
        <w:t>解析：听觉的适宜刺激是空气振动，即声波。电磁波是视觉的适宜刺激，化学物质是嗅觉和味觉的适宜刺激，光线是视觉的适宜刺激。</w:t>
        <w:br/>
        <w:br/>
        <w:t>9. D. 以上都是</w:t>
        <w:br/>
        <w:br/>
        <w:t>解析：知觉恒常性是指当客观条件在一定范围内变化时，我们的知觉保持相对不变的现象。包括大小恒常性、形状恒常性、颜色恒常性等。</w:t>
        <w:br/>
        <w:br/>
        <w:t>10. A. 容量大，保持时间短</w:t>
        <w:br/>
        <w:br/>
        <w:t>解析：感觉记忆（瞬时记忆）的特点是容量大，可以同时接收大量信息，但保持时间很短，通常只有0.5-2秒。短时记忆的容量有限，长时记忆的保持时间长。</w:t>
        <w:br/>
        <w:br/>
        <w:t xml:space="preserve"> 二、填空题</w:t>
        <w:br/>
        <w:br/>
        <w:t>1. 差别感觉阈限</w:t>
        <w:br/>
        <w:br/>
        <w:t>解析：感觉阈限分为绝对感觉阈限和差别感觉阈限。绝对感觉阈限是指刚刚能引起感觉的最小刺激量；差别感觉阈限是指刚刚能引起差别感觉的刺激最小变化量。</w:t>
        <w:br/>
        <w:br/>
        <w:t>2. 恒常性</w:t>
        <w:br/>
        <w:br/>
        <w:t>解析：知觉的基本特征包括选择性、整体性、理解性和恒常性。选择性是指从众多刺激中选择出少数刺激进行加工；整体性是指将部分组合成整体；理解性是指用已有经验解释当前信息；恒常性是指当客观条件变化时，知觉保持相对不变。</w:t>
        <w:br/>
        <w:br/>
        <w:t>3. 视锥</w:t>
        <w:br/>
        <w:br/>
        <w:t>解析：视觉的感受器是视锥细胞和视杆细胞。视锥细胞主要负责明视觉和颜色视觉，视杆细胞主要负责暗视觉。</w:t>
        <w:br/>
        <w:br/>
        <w:t>4. 耳蜗</w:t>
        <w:br/>
        <w:br/>
        <w:t>解析：听觉的感受器是耳蜗中的柯蒂氏器，由毛细胞组成，负责将声波振动转化为神经冲动。</w:t>
        <w:br/>
        <w:br/>
        <w:t>5. 整体性</w:t>
        <w:br/>
        <w:br/>
        <w:t>解析：格式塔心理学强调"整体大于部分之和"，这体现了知觉的整体性特征。整体性是指人们倾向于将刺激组合成一个有意义的整体，而不是感知为孤立的元素。</w:t>
        <w:br/>
        <w:br/>
        <w:t>6. 提高（或降低）</w:t>
        <w:br/>
        <w:br/>
        <w:t>解析：感觉适应是指刺激持续作用时，感受性发生变化的现象。一般来说，对于持续刺激，感受性会提高（如暗适应）或降低（如明适应、听觉适应）。</w:t>
        <w:br/>
        <w:br/>
        <w:t xml:space="preserve"> 三、判断题</w:t>
        <w:br/>
        <w:br/>
        <w:t>1. √</w:t>
        <w:br/>
        <w:br/>
        <w:t>解析：感觉是对刺激的直接反应，是客观刺激作用于感觉器官产生的初级体验；而知觉是对感觉信息的解释和组织，是大脑对感觉信息进行加工处理的结果。感觉是知觉的基础，知觉是感觉的深化。</w:t>
        <w:br/>
        <w:br/>
        <w:t>2. ×</w:t>
        <w:br/>
        <w:br/>
        <w:t>解析：并非所有感觉都有适应现象。痛觉通常没有适应现象，持续疼痛刺激不会导致痛感减弱。其他感觉如视觉、听觉、嗅觉、味觉、触觉等都有不同程度的适应现象。</w:t>
        <w:br/>
        <w:br/>
        <w:t>3. √</w:t>
        <w:br/>
        <w:br/>
        <w:t>解析：双眼视差是深度知觉的重要线索。由于两眼之间的距离，同一物体在两眼视网膜上的成像略有差异，大脑通过整合这两个差异图像来判断距离和深度。</w:t>
        <w:br/>
        <w:br/>
        <w:t>4. ×</w:t>
        <w:br/>
        <w:br/>
        <w:t>解析：感觉记忆（瞬时记忆）的容量非常大，可以同时接收大量信息，但保持时间很短，通常只有0.5-2秒。短时记忆的容量有限，大约为7±2个组块。</w:t>
        <w:br/>
        <w:br/>
        <w:t>5. √</w:t>
        <w:br/>
        <w:br/>
        <w:t>解析：知觉恒常性是指当客观条件在一定范围内变化时，我们的知觉保持相对不变的现象。例如，无论从哪个角度看，门在我们看来都是长方形的（形状恒常性）。</w:t>
        <w:br/>
        <w:br/>
        <w:t>6. ×</w:t>
        <w:br/>
        <w:br/>
        <w:t>解析：感觉阈限越高，感受性越弱。感觉阈限是指刚刚能引起感觉的最小刺激量，阈限越高，说明需要更大的刺激才能引起感觉，因此感受性越弱。</w:t>
        <w:br/>
        <w:br/>
        <w:t xml:space="preserve"> 四、多项选择题</w:t>
        <w:br/>
        <w:br/>
        <w:t>1. A、B、C、D</w:t>
        <w:br/>
        <w:br/>
        <w:t>解析：知觉的基本特征包括选择性、整体性、理解性和恒常性。选择性是指从众多刺激中选择出少数刺激进行加工；整体性是指将部分组合成整体；理解性是指用已有经验解释当前信息；恒常性是指当客观条件变化时，知觉保持相对不变。</w:t>
        <w:br/>
        <w:br/>
        <w:t>2. A、B、C、D</w:t>
        <w:br/>
        <w:br/>
        <w:t>解析：知觉受到多种因素的影响，包括过去经验（如专业知识影响对复杂刺激的知觉）、需要和动机（如饥饿时更容易注意到食物相关刺激）、情绪状态（如焦虑时更容易注意到威胁性刺激）、文化背景（如不同文化对同一刺激可能有不同解释）以及注意（注意到的信息更容易被知觉）。</w:t>
        <w:br/>
        <w:br/>
        <w:t xml:space="preserve"> 五、简答题</w:t>
        <w:br/>
        <w:br/>
        <w:t>1. 感觉和知觉的关系：</w:t>
        <w:br/>
        <w:br/>
        <w:t>感觉和知觉是两个既有联系又有区别的心理过程。</w:t>
        <w:br/>
        <w:br/>
        <w:t>联系：</w:t>
        <w:br/>
        <w:br/>
        <w:t>- 感觉是知觉的基础，知觉是对感觉信息的进一步加工和组织</w:t>
        <w:br/>
        <w:br/>
        <w:t>- 感觉和知觉都是对客观事物的反映，都是认识过程的初级阶段</w:t>
        <w:br/>
        <w:br/>
        <w:t>- 感觉和知觉都依赖于客观刺激和主体的感觉器官</w:t>
        <w:br/>
        <w:br/>
        <w:t>区别：</w:t>
        <w:br/>
        <w:br/>
        <w:t>- 感觉是对刺激的直接反应，是客观刺激作用于感觉器官产生的初级体验；而知觉是对感觉信息的解释和组织，是大脑对感觉信息进行加工处理的结果</w:t>
        <w:br/>
        <w:br/>
        <w:t>- 感觉是单一通道的，只反映事物的个别属性；而知觉是多通道的，反映事物的整体属性</w:t>
        <w:br/>
        <w:br/>
        <w:t>- 感觉主要受刺激物理特性的影响；而知觉受经验、知识、文化等多种因素的影响</w:t>
        <w:br/>
        <w:br/>
        <w:t>- 感觉是简单的心理过程；而知觉是复杂的心理过程</w:t>
        <w:br/>
        <w:br/>
        <w:t>2. 知觉恒常性的种类及其意义：</w:t>
        <w:br/>
        <w:br/>
        <w:t>知觉恒常性是指当客观条件在一定范围内变化时，我们的知觉保持相对不变的现象。主要种类包括：</w:t>
        <w:br/>
        <w:br/>
        <w:t>- 大小恒常性：当物体距离变化时，我们仍然能知觉到物体的大小保持不变。例如，远处的人看起来小，但我们仍然知道他是正常身高。</w:t>
        <w:br/>
        <w:br/>
        <w:t>- 形状恒常性：当物体角度变化时，我们仍然能知觉到物体的形状保持不变。例如，从不同角度看门，它在我们看来都是长方形的。</w:t>
        <w:br/>
        <w:br/>
        <w:t>- 颜色恒常性：当光照条件变化时，我们仍然能知觉到物体的颜色保持不变。例如，在白光和红光下，我们仍然能将香蕉知觉为黄色。</w:t>
        <w:br/>
        <w:br/>
        <w:t>- 方向恒常性：当身体位置变化时，我们仍然能知觉到物体的方向保持不变。例如，当我们倾斜头部时，仍然能正确判断垂直线。</w:t>
        <w:br/>
        <w:br/>
        <w:t>意义：</w:t>
        <w:br/>
        <w:br/>
        <w:t>- 知觉恒常性使我们的认知活动更加稳定和连续，不受环境变化的干扰</w:t>
        <w:br/>
        <w:br/>
        <w:t>- 它有助于我们识别和适应环境，提高生存能力</w:t>
        <w:br/>
        <w:br/>
        <w:t>- 它使我们的认知更加经济高效，不需要每次都重新学习</w:t>
        <w:br/>
        <w:br/>
        <w:t>- 它反映了人类认知系统的灵活性和适应性，是认知发展的重要标志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