
<file path=[Content_Types].xml><?xml version="1.0" encoding="utf-8"?>
<Types xmlns="http://schemas.openxmlformats.org/package/2006/content-types">
  <Default Extension="jpeg" ContentType="image/jpeg"/>
  <Default Extension="rels" ContentType="application/vnd.openxmlformats-package.relationships+xml"/>
  <Default Extension="xml" ContentType="application/xml"/>
  <Override PartName="/customXml/itemProps1.xml" ContentType="application/vnd.openxmlformats-officedocument.customXmlProperties+xml"/>
  <Override PartName="/docProps/app.xml" ContentType="application/vnd.openxmlformats-officedocument.extended-properties+xml"/>
  <Override PartName="/docProps/core.xml" ContentType="application/vnd.openxmlformats-package.core-properties+xml"/>
  <Override PartName="/word/document.xml" ContentType="application/vnd.openxmlformats-officedocument.wordprocessingml.document.main+xml"/>
  <Override PartName="/word/fontTable.xml" ContentType="application/vnd.openxmlformats-officedocument.wordprocessingml.fontTable+xml"/>
  <Override PartName="/word/numbering.xml" ContentType="application/vnd.openxmlformats-officedocument.wordprocessingml.numbering+xml"/>
  <Override PartName="/word/settings.xml" ContentType="application/vnd.openxmlformats-officedocument.wordprocessingml.settings+xml"/>
  <Override PartName="/word/styles.xml" ContentType="application/vnd.openxmlformats-officedocument.wordprocessingml.styles+xml"/>
  <Override PartName="/word/stylesWithEffects.xml" ContentType="application/vnd.ms-word.stylesWithEffects+xml"/>
  <Override PartName="/word/theme/theme1.xml" ContentType="application/vnd.openxmlformats-officedocument.theme+xml"/>
  <Override PartName="/word/webSettings.xml" ContentType="application/vnd.openxmlformats-officedocument.wordprocessingml.webSettings+xml"/>
</Types>
</file>

<file path=_rels/.rels><?xml version='1.0' encoding='UTF-8' standalone='yes'?>
<Relationships xmlns="http://schemas.openxmlformats.org/package/2006/relationships"><Relationship Id="rId3" Type="http://schemas.openxmlformats.org/package/2006/relationships/metadata/core-properties" Target="docProps/core.xml"/><Relationship Id="rId4" Type="http://schemas.openxmlformats.org/officeDocument/2006/relationships/extended-properties" Target="docProps/app.xml"/><Relationship Id="rId1" Type="http://schemas.openxmlformats.org/officeDocument/2006/relationships/officeDocument" Target="word/document.xml"/><Relationship Id="rId2" Type="http://schemas.openxmlformats.org/package/2006/relationships/metadata/thumbnail" Target="docProps/thumbnail.jpeg"/></Relationships>
</file>

<file path=word/document.xml><?xml version="1.0" encoding="utf-8"?>
<w:document xmlns:wpc="http://schemas.microsoft.com/office/word/2010/wordprocessingCanvas" xmlns:mo="http://schemas.microsoft.com/office/mac/office/2008/main" xmlns:mc="http://schemas.openxmlformats.org/markup-compatibility/2006" xmlns:mv="urn:schemas-microsoft-com:mac:vml"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body>
    <w:p>
      <w:pPr>
        <w:pStyle w:val="Heading1"/>
        <w:jc w:val="center"/>
      </w:pPr>
      <w:r>
        <w:t>政府在推进科技活动AI+数智应用化过程中面临哪些挑战，如何解决？</w:t>
      </w:r>
    </w:p>
    <w:p>
      <w:pPr>
        <w:ind w:left="0" w:right="0" w:firstLine="0"/>
        <w:jc w:val="center"/>
      </w:pPr>
      <w:r>
        <w:t>观点作者：科易网AI+技术转移研究院</w:t>
      </w:r>
    </w:p>
    <w:p>
      <w:pPr>
        <w:ind w:firstLine="480"/>
      </w:pPr>
      <w:r>
        <w:t>在全球科技创新浪潮奔涌向前的当下，科技成果转化已成为驱动经济增长、塑造竞争优势的核心引擎。我国虽拥有海量科研成果，但在跨越“死亡之谷”、实现产业化落地的最后一跃中仍面临诸多阻碍。作为连接科研供给与产业需求的桥梁，政府在推动科技活动的AI与数智化转型进程中扮演着关键角色，既承载着破除体制机制壁垒的使命，又需应对技术赋能带来的治理革新挑战。本文基于区域科技成果转化的实践探索，剖析政府面临的现实困境，并提出以智能技术重构服务生态的破局路径。</w:t>
      </w:r>
    </w:p>
    <w:p>
      <w:pPr>
        <w:ind w:firstLine="480"/>
      </w:pPr>
      <w:r>
        <w:t xml:space="preserve"> 现状剖析：政策热与落地难并存的双重矛盾</w:t>
      </w:r>
    </w:p>
    <w:p>
      <w:pPr>
        <w:ind w:firstLine="480"/>
      </w:pPr>
      <w:r>
        <w:t>当前，从中央到地方密集出台鼓励科技成果转化的政策文件，但执行效果呈现“上热中温下冷”的梯度衰减特征。科研院所对创办企业的监管顾虑犹存，国企初创公司支撑机制缺位导致大量优质成果束之高阁；高校考核体系仍以论文为导向，专利授权量取代了实际应用价值成为主要评价指标；而事业单位国资管理制度与市场化定价机制之间的冲突，使得知识产权评估陷入两难——高价吓退资本，低价则引发国有资产流失争议。这些结构性矛盾折射出传统管理模式已难以适配创新驱动发展的新要求。</w:t>
      </w:r>
    </w:p>
    <w:p>
      <w:pPr>
        <w:ind w:firstLine="480"/>
      </w:pPr>
      <w:r>
        <w:t>在服务供给侧，技术转移机构专业化程度不足的问题尤为突出。全国仅26.5%的高校自建技术转移中心，且多数停留在信息撮合层面，缺乏深度培育能力；技术经理人队伍规模小、流动性大，职业发展通道不畅进一步制约了服务效能提升。金融支持体系的断层同样明显，科技型企业全生命周期所需的信贷产品缺失，知识产权质押融资覆盖率偏低，导致许多创新型中小企业在成长关键期面临资金链断裂风险。这种碎片化的服务格局，本质上是数据孤岛与资源错配的集中体现。</w:t>
      </w:r>
    </w:p>
    <w:p>
      <w:pPr>
        <w:ind w:firstLine="480"/>
      </w:pPr>
      <w:r>
        <w:t xml:space="preserve"> 痛点诊断：三大核心挑战亟待突破</w:t>
      </w:r>
    </w:p>
    <w:p>
      <w:pPr>
        <w:ind w:firstLine="480"/>
      </w:pPr>
      <w:r>
        <w:t xml:space="preserve"> 制度性障碍尚未根除</w:t>
      </w:r>
    </w:p>
    <w:p>
      <w:pPr>
        <w:ind w:firstLine="480"/>
      </w:pPr>
      <w:r>
        <w:t>政策衔接不畅造成的执行偏差持续存在。例如，科研人员兼职创业的政策红利因落实机制不健全而难以兑现，事业单位提取转化基金的操作细则缺失导致政策空转。权利归属与收益分配机制模糊化运作，使得作价入股等新型转化模式面临法律风险与道德困境的双重约束。这种制度性摩擦成本，实质是以隐性损耗吞噬着创新动能。</w:t>
      </w:r>
    </w:p>
    <w:p>
      <w:pPr>
        <w:ind w:firstLine="480"/>
      </w:pPr>
      <w:r>
        <w:t xml:space="preserve"> 供需匹配效率低下</w:t>
      </w:r>
    </w:p>
    <w:p>
      <w:pPr>
        <w:ind w:firstLine="480"/>
      </w:pPr>
      <w:r>
        <w:t>传统技术交易依赖展会推介、人工对接等方式，不仅耗时长且精准度低。产学研合作多为零散的项目制合作，缺乏系统性的需求挖掘与长效链接机制。企业真实需求往往被拆解为碎片化问题分散求解，而科研机构的技术储备未能形成体系化解决方案。这种低效对接模式造成大量重复研发与资源浪费。</w:t>
      </w:r>
    </w:p>
    <w:p>
      <w:pPr>
        <w:ind w:firstLine="480"/>
      </w:pPr>
      <w:r>
        <w:t xml:space="preserve"> 服务能力代差显著</w:t>
      </w:r>
    </w:p>
    <w:p>
      <w:pPr>
        <w:ind w:firstLine="480"/>
      </w:pPr>
      <w:r>
        <w:t>现有技术转移机构普遍欠缺智能化工具支撑，仍采用手工台账管理成果信息，无法实现动态跟踪与智能推送。评估评价环节过度依赖专家主观判断，缺乏客观量化的分析模型，导致优质项目筛选成本居高不下。更严峻的是，区域间数字化基础设施建设不均衡，加剧了创新要素向发达地区集聚的趋势。</w:t>
      </w:r>
    </w:p>
    <w:p>
      <w:pPr>
        <w:ind w:firstLine="480"/>
      </w:pPr>
      <w:r>
        <w:t xml:space="preserve"> 数智破局：构建全链条赋能体系</w:t>
      </w:r>
    </w:p>
    <w:p>
      <w:pPr>
        <w:ind w:firstLine="480"/>
      </w:pPr>
      <w:r>
        <w:t>针对上述痛点，基于AI+技术的数智服务平台正催生新的解决方案。该体系通过三个维度实现突破：</w:t>
      </w:r>
    </w:p>
    <w:p>
      <w:pPr>
        <w:ind w:firstLine="480"/>
      </w:pPr>
      <w:r>
        <w:t xml:space="preserve">智能评估重塑价值发现机制  </w:t>
      </w:r>
    </w:p>
    <w:p>
      <w:pPr>
        <w:ind w:firstLine="480"/>
      </w:pPr>
      <w:r>
        <w:t>依托“成果评价分析系统”，可自动解析科技成果的多维指标（科学价值/技术成熟度/市场适配性），生成可视化雷达图供决策参考。系统内置的行业基准数据库能快速定位成果所处发展阶段，辅助制定阶梯式转化策略。对于批量成果筛选场景， “成果快筛智能系统”运用机器学习算法进行聚类分析，按用户需求输出分级比选清单，将原本数周的评价周期压缩至实时响应。</w:t>
      </w:r>
    </w:p>
    <w:p>
      <w:pPr>
        <w:ind w:firstLine="480"/>
      </w:pPr>
      <w:r>
        <w:t xml:space="preserve">需求图谱激活潜在市场空间  </w:t>
      </w:r>
    </w:p>
    <w:p>
      <w:pPr>
        <w:ind w:firstLine="480"/>
      </w:pPr>
      <w:r>
        <w:t>借助“企业需求分析系统”，平台可穿透表层需求洞察深层技术缺口。通过对产业链上下游数据的关联分析，不仅能识别显性需求，更能预判新兴领域的技术演进方向。当某制造企业提出设备升级诉求时，系统可延伸推导出材料性能优化、工艺参数调整等衍生需求，并匹配相应科研团队进行联合攻关。这种由点及面的辐射效应，使单一需求转化为系统化创新机遇。</w:t>
      </w:r>
    </w:p>
    <w:p>
      <w:pPr>
        <w:ind w:firstLine="480"/>
      </w:pPr>
      <w:r>
        <w:t xml:space="preserve">经纪网络编织生态协同网络  </w:t>
      </w:r>
    </w:p>
    <w:p>
      <w:pPr>
        <w:ind w:firstLine="480"/>
      </w:pPr>
      <w:r>
        <w:t>以AI智能体赋能的技术经纪人，可突破时空限制实现全天候在线服务。系统自动整合政策库、专家库、资本库等资源，为不同阶段的成果转化提供定制化工具包。在项目路演环节，虚拟助手能实时调取竞品分析报告；在商务谈判阶段，智能合约模板可自动生成权益分配方案。这种全流程陪伴式服务，有效降低了中小机构参与技术交易的门槛。</w:t>
      </w:r>
    </w:p>
    <w:p>
      <w:pPr>
        <w:ind w:firstLine="480"/>
      </w:pPr>
      <w:r>
        <w:t xml:space="preserve"> 实践启示：从试点先行到生态共建</w:t>
      </w:r>
    </w:p>
    <w:p>
      <w:pPr>
        <w:ind w:firstLine="480"/>
      </w:pPr>
      <w:r>
        <w:t>地方实践中涌现的创新模式验证了数智化的可行性。如科易网与中国动漫集团的合作案例显示，通过搭建产业咨询服务模块，成功将数字创意与文旅场景深度融合，使静态IP转化为动态体验产品。乌江实验室建设的贵州省科创服务平台则证明，集成技术研发、技术合作等功能的模块化设计，能有效提升欠发达地区的创新承接能力。这些实践表明，政府角色应从直接干预转向环境营造——通过建设统一的数据底座打破部门壁垒，制定兼容并蓄的技术标准促进跨域流通，设立容错机制鼓励基层探索差异化路径。</w:t>
      </w:r>
    </w:p>
    <w:p>
      <w:pPr>
        <w:ind w:firstLine="480"/>
      </w:pPr>
      <w:r>
        <w:t>站在新质生产力培育的历史节点，政府推进科技活动数智化转型的本质是生产关系的适应性变革。唯有以制度创新释放技术红利，用数据要素重构创新生态，才能真正贯通科技成果向现实生产力转化的“最后一公里”。这需要决策者兼具战略定力与变革勇气，在守住安全底线的前提下，为各类市场主体创造敢闯敢试的创新土壤。当人工智能成为新的基础设施，科技成果转化必将步入精准施策、高效运转的新纪元。</w:t>
      </w:r>
    </w:p>
    <w:sectPr w:rsidR="00FC693F" w:rsidRPr="0006063C" w:rsidSect="00034616">
      <w:pgSz w:w="12240" w:h="15840"/>
      <w:pgMar w:top="1440" w:right="1800" w:bottom="1440" w:left="1800" w:header="720" w:footer="720" w:gutter="0"/>
      <w:cols w:space="720"/>
      <w:docGrid w:linePitch="360"/>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mc:Ignorable="w14">
  <w:font w:name="Symbol">
    <w:panose1 w:val="00000000000000000000"/>
    <w:charset w:val="02"/>
    <w:family w:val="auto"/>
    <w:pitch w:val="variable"/>
    <w:sig w:usb0="00000000" w:usb1="10000000" w:usb2="00000000" w:usb3="00000000" w:csb0="80000000" w:csb1="00000000"/>
  </w:font>
  <w:font w:name="Times New Roman">
    <w:panose1 w:val="02020603050405020304"/>
    <w:charset w:val="00"/>
    <w:family w:val="auto"/>
    <w:pitch w:val="variable"/>
    <w:sig w:usb0="E0002AFF" w:usb1="C0007841" w:usb2="00000009" w:usb3="00000000" w:csb0="000001FF" w:csb1="00000000"/>
  </w:font>
  <w:font w:name="Cambria">
    <w:panose1 w:val="02040503050406030204"/>
    <w:charset w:val="00"/>
    <w:family w:val="auto"/>
    <w:pitch w:val="variable"/>
    <w:sig w:usb0="E00002FF" w:usb1="400004FF" w:usb2="00000000" w:usb3="00000000" w:csb0="0000019F" w:csb1="00000000"/>
  </w:font>
  <w:font w:name="ＭＳ 明朝">
    <w:panose1 w:val="00000000000000000000"/>
    <w:charset w:val="80"/>
    <w:family w:val="roman"/>
    <w:notTrueType/>
    <w:pitch w:val="fixed"/>
    <w:sig w:usb0="00000001" w:usb1="08070000" w:usb2="00000010" w:usb3="00000000" w:csb0="00020000" w:csb1="00000000"/>
  </w:font>
  <w:font w:name="Calibri">
    <w:panose1 w:val="020F0502020204030204"/>
    <w:charset w:val="00"/>
    <w:family w:val="auto"/>
    <w:pitch w:val="variable"/>
    <w:sig w:usb0="E10002FF" w:usb1="4000ACFF" w:usb2="00000009" w:usb3="00000000" w:csb0="0000019F" w:csb1="00000000"/>
  </w:font>
  <w:font w:name="ＭＳ ゴシック">
    <w:panose1 w:val="00000000000000000000"/>
    <w:charset w:val="80"/>
    <w:family w:val="modern"/>
    <w:notTrueType/>
    <w:pitch w:val="fixed"/>
    <w:sig w:usb0="00000001" w:usb1="08070000" w:usb2="00000010" w:usb3="00000000" w:csb0="00020000" w:csb1="00000000"/>
  </w:font>
  <w:font w:name="Courier">
    <w:panose1 w:val="02000500000000000000"/>
    <w:charset w:val="00"/>
    <w:family w:val="auto"/>
    <w:pitch w:val="variable"/>
    <w:sig w:usb0="00000003" w:usb1="00000000" w:usb2="00000000" w:usb3="00000000" w:csb0="00000001" w:csb1="00000000"/>
  </w:font>
  <w:font w:name="Arial">
    <w:panose1 w:val="020B0604020202020204"/>
    <w:charset w:val="00"/>
    <w:family w:val="auto"/>
    <w:pitch w:val="variable"/>
    <w:sig w:usb0="E0002AFF" w:usb1="C0007843" w:usb2="00000009" w:usb3="00000000" w:csb0="000001FF" w:csb1="00000000"/>
  </w:font>
</w:fonts>
</file>

<file path=word/numbering.xml><?xml version="1.0" encoding="utf-8"?>
<w:numbering xmlns:wpc="http://schemas.microsoft.com/office/word/2010/wordprocessingCanvas" xmlns:mo="http://schemas.microsoft.com/office/mac/office/2008/main" xmlns:mc="http://schemas.openxmlformats.org/markup-compatibility/2006" xmlns:mv="urn:schemas-microsoft-com:mac:vml"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abstractNum w:abstractNumId="0">
    <w:nsid w:val="FFFFFF7C"/>
    <w:multiLevelType w:val="singleLevel"/>
    <w:tmpl w:val="C310EC42"/>
    <w:lvl w:ilvl="0">
      <w:start w:val="1"/>
      <w:numFmt w:val="decimal"/>
      <w:lvlText w:val="%1."/>
      <w:lvlJc w:val="left"/>
      <w:pPr>
        <w:tabs>
          <w:tab w:val="num" w:pos="1800"/>
        </w:tabs>
        <w:ind w:left="1800" w:hanging="360"/>
      </w:pPr>
    </w:lvl>
  </w:abstractNum>
  <w:abstractNum w:abstractNumId="1">
    <w:nsid w:val="FFFFFF7D"/>
    <w:multiLevelType w:val="singleLevel"/>
    <w:tmpl w:val="E4089024"/>
    <w:lvl w:ilvl="0">
      <w:start w:val="1"/>
      <w:numFmt w:val="decimal"/>
      <w:lvlText w:val="%1."/>
      <w:lvlJc w:val="left"/>
      <w:pPr>
        <w:tabs>
          <w:tab w:val="num" w:pos="1440"/>
        </w:tabs>
        <w:ind w:left="1440" w:hanging="360"/>
      </w:pPr>
    </w:lvl>
  </w:abstractNum>
  <w:abstractNum w:abstractNumId="2">
    <w:nsid w:val="FFFFFF7E"/>
    <w:multiLevelType w:val="singleLevel"/>
    <w:tmpl w:val="FB12693A"/>
    <w:lvl w:ilvl="0">
      <w:start w:val="1"/>
      <w:numFmt w:val="decimal"/>
      <w:pStyle w:val="ListNumber3"/>
      <w:lvlText w:val="%1."/>
      <w:lvlJc w:val="left"/>
      <w:pPr>
        <w:tabs>
          <w:tab w:val="num" w:pos="1080"/>
        </w:tabs>
        <w:ind w:left="1080" w:hanging="360"/>
      </w:pPr>
    </w:lvl>
  </w:abstractNum>
  <w:abstractNum w:abstractNumId="3">
    <w:nsid w:val="FFFFFF7F"/>
    <w:multiLevelType w:val="singleLevel"/>
    <w:tmpl w:val="38441652"/>
    <w:lvl w:ilvl="0">
      <w:start w:val="1"/>
      <w:numFmt w:val="decimal"/>
      <w:pStyle w:val="ListNumber2"/>
      <w:lvlText w:val="%1."/>
      <w:lvlJc w:val="left"/>
      <w:pPr>
        <w:tabs>
          <w:tab w:val="num" w:pos="720"/>
        </w:tabs>
        <w:ind w:left="720" w:hanging="360"/>
      </w:pPr>
    </w:lvl>
  </w:abstractNum>
  <w:abstractNum w:abstractNumId="4">
    <w:nsid w:val="FFFFFF81"/>
    <w:multiLevelType w:val="singleLevel"/>
    <w:tmpl w:val="171AC3A4"/>
    <w:lvl w:ilvl="0">
      <w:start w:val="1"/>
      <w:numFmt w:val="bullet"/>
      <w:lvlText w:val=""/>
      <w:lvlJc w:val="left"/>
      <w:pPr>
        <w:tabs>
          <w:tab w:val="num" w:pos="1440"/>
        </w:tabs>
        <w:ind w:left="1440" w:hanging="360"/>
      </w:pPr>
      <w:rPr>
        <w:rFonts w:ascii="Symbol" w:hAnsi="Symbol" w:hint="default"/>
      </w:rPr>
    </w:lvl>
  </w:abstractNum>
  <w:abstractNum w:abstractNumId="5">
    <w:nsid w:val="FFFFFF82"/>
    <w:multiLevelType w:val="singleLevel"/>
    <w:tmpl w:val="F3EAFDEC"/>
    <w:lvl w:ilvl="0">
      <w:start w:val="1"/>
      <w:numFmt w:val="bullet"/>
      <w:pStyle w:val="ListBullet3"/>
      <w:lvlText w:val=""/>
      <w:lvlJc w:val="left"/>
      <w:pPr>
        <w:tabs>
          <w:tab w:val="num" w:pos="1080"/>
        </w:tabs>
        <w:ind w:left="1080" w:hanging="360"/>
      </w:pPr>
      <w:rPr>
        <w:rFonts w:ascii="Symbol" w:hAnsi="Symbol" w:hint="default"/>
      </w:rPr>
    </w:lvl>
  </w:abstractNum>
  <w:abstractNum w:abstractNumId="6">
    <w:nsid w:val="FFFFFF83"/>
    <w:multiLevelType w:val="singleLevel"/>
    <w:tmpl w:val="3D1EFFD4"/>
    <w:lvl w:ilvl="0">
      <w:start w:val="1"/>
      <w:numFmt w:val="bullet"/>
      <w:pStyle w:val="ListBullet2"/>
      <w:lvlText w:val=""/>
      <w:lvlJc w:val="left"/>
      <w:pPr>
        <w:tabs>
          <w:tab w:val="num" w:pos="720"/>
        </w:tabs>
        <w:ind w:left="720" w:hanging="360"/>
      </w:pPr>
      <w:rPr>
        <w:rFonts w:ascii="Symbol" w:hAnsi="Symbol" w:hint="default"/>
      </w:rPr>
    </w:lvl>
  </w:abstractNum>
  <w:abstractNum w:abstractNumId="7">
    <w:nsid w:val="FFFFFF88"/>
    <w:multiLevelType w:val="singleLevel"/>
    <w:tmpl w:val="D0A62B40"/>
    <w:lvl w:ilvl="0">
      <w:start w:val="1"/>
      <w:numFmt w:val="decimal"/>
      <w:pStyle w:val="ListNumber"/>
      <w:lvlText w:val="%1."/>
      <w:lvlJc w:val="left"/>
      <w:pPr>
        <w:tabs>
          <w:tab w:val="num" w:pos="360"/>
        </w:tabs>
        <w:ind w:left="360" w:hanging="360"/>
      </w:pPr>
    </w:lvl>
  </w:abstractNum>
  <w:abstractNum w:abstractNumId="8">
    <w:nsid w:val="FFFFFF89"/>
    <w:multiLevelType w:val="singleLevel"/>
    <w:tmpl w:val="29761A62"/>
    <w:lvl w:ilvl="0">
      <w:start w:val="1"/>
      <w:numFmt w:val="bullet"/>
      <w:pStyle w:val="ListBullet"/>
      <w:lvlText w:val=""/>
      <w:lvlJc w:val="left"/>
      <w:pPr>
        <w:tabs>
          <w:tab w:val="num" w:pos="360"/>
        </w:tabs>
        <w:ind w:left="360" w:hanging="360"/>
      </w:pPr>
      <w:rPr>
        <w:rFonts w:ascii="Symbol" w:hAnsi="Symbol" w:hint="default"/>
      </w:rPr>
    </w:lvl>
  </w:abstractNum>
  <w:num w:numId="1">
    <w:abstractNumId w:val="8"/>
  </w:num>
  <w:num w:numId="2">
    <w:abstractNumId w:val="6"/>
  </w:num>
  <w:num w:numId="3">
    <w:abstractNumId w:val="5"/>
  </w:num>
  <w:num w:numId="4">
    <w:abstractNumId w:val="4"/>
  </w:num>
  <w:num w:numId="5">
    <w:abstractNumId w:val="7"/>
  </w:num>
  <w:num w:numId="6">
    <w:abstractNumId w:val="3"/>
  </w:num>
  <w:num w:numId="7">
    <w:abstractNumId w:val="2"/>
  </w:num>
  <w:num w:numId="8">
    <w:abstractNumId w:val="1"/>
  </w:num>
  <w:num w:numId="9">
    <w:abstractNumId w:val="0"/>
  </w:num>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sl="http://schemas.openxmlformats.org/schemaLibrary/2006/main" mc:Ignorable="w14">
  <w:zoom w:val="bestFit"/>
  <w:proofState w:spelling="clean" w:grammar="clean"/>
  <w:defaultTabStop w:val="720"/>
  <w:characterSpacingControl w:val="doNotCompress"/>
  <w:savePreviewPicture/>
  <w:compat>
    <w:useFELayout/>
    <w:compatSetting w:name="compatibilityMode" w:uri="http://schemas.microsoft.com/office/word" w:val="14"/>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
  <w:rsids>
    <w:rsidRoot w:val="00B47730"/>
    <w:rsid w:val="00034616"/>
    <w:rsid w:val="0006063C"/>
    <w:rsid w:val="0015074B"/>
    <w:rsid w:val="0029639D"/>
    <w:rsid w:val="00326F90"/>
    <w:rsid w:val="00AA1D8D"/>
    <w:rsid w:val="00B47730"/>
    <w:rsid w:val="00CB0664"/>
    <w:rsid w:val="00FC693F"/>
  </w:rsids>
  <m:mathPr>
    <m:mathFont m:val="Cambria Math"/>
    <m:brkBin m:val="before"/>
    <m:brkBinSub m:val="--"/>
    <m:smallFrac m:val="0"/>
    <m:dispDef/>
    <m:lMargin m:val="0"/>
    <m:rMargin m:val="0"/>
    <m:defJc m:val="centerGroup"/>
    <m:wrapIndent m:val="1440"/>
    <m:intLim m:val="subSup"/>
    <m:naryLim m:val="undOvr"/>
  </m:mathPr>
  <w:themeFontLang w:val="en-US" w:eastAsia="ja-JP"/>
  <w:clrSchemeMapping w:bg1="light1" w:t1="dark1" w:bg2="light2" w:t2="dark2" w:accent1="accent1" w:accent2="accent2" w:accent3="accent3" w:accent4="accent4" w:accent5="accent5" w:accent6="accent6" w:hyperlink="hyperlink" w:followedHyperlink="followedHyperlink"/>
  <w:doNotAutoCompressPictures/>
  <w:shapeDefaults>
    <o:shapedefaults v:ext="edit" spidmax="1027"/>
    <o:shapelayout v:ext="edit">
      <o:idmap v:ext="edit" data="1"/>
    </o:shapelayout>
  </w:shapeDefaults>
  <w:decimalSymbol w:val="."/>
  <w:listSeparator w:val=","/>
  <w14:docId w14:val="24062061"/>
  <w14:defaultImageDpi w14:val="300"/>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mc:Ignorable="w14">
  <w:docDefaults>
    <w:rPrDefault>
      <w:rPr>
        <w:rFonts w:asciiTheme="minorHAnsi" w:eastAsiaTheme="minorEastAsia" w:hAnsiTheme="minorHAnsi" w:cstheme="minorBidi"/>
        <w:sz w:val="22"/>
        <w:szCs w:val="22"/>
        <w:lang w:val="en-US" w:eastAsia="en-US" w:bidi="ar-SA"/>
      </w:rPr>
    </w:rPrDefault>
    <w:pPrDefault>
      <w:pPr>
        <w:spacing w:after="200" w:line="276" w:lineRule="auto"/>
      </w:pPr>
    </w:pPrDefault>
  </w:docDefaults>
  <w:latentStyles w:defLockedState="0" w:defUIPriority="99" w:defSemiHidden="1" w:defUnhideWhenUsed="1" w:defQFormat="0" w:count="276">
    <w:lsdException w:name="Normal" w:semiHidden="0" w:uiPriority="0" w:unhideWhenUsed="0" w:qFormat="1"/>
    <w:lsdException w:name="heading 1" w:semiHidden="0" w:uiPriority="9" w:unhideWhenUsed="0" w:qFormat="1"/>
    <w:lsdException w:name="heading 2" w:uiPriority="9" w:qFormat="1"/>
    <w:lsdException w:name="heading 3" w:uiPriority="9" w:qFormat="1"/>
    <w:lsdException w:name="heading 4" w:uiPriority="9" w:qFormat="1"/>
    <w:lsdException w:name="heading 5" w:uiPriority="9" w:qFormat="1"/>
    <w:lsdException w:name="heading 6" w:uiPriority="9" w:qFormat="1"/>
    <w:lsdException w:name="heading 7" w:uiPriority="9" w:qFormat="1"/>
    <w:lsdException w:name="heading 8" w:uiPriority="9" w:qFormat="1"/>
    <w:lsdException w:name="heading 9" w:uiPriority="9" w:qFormat="1"/>
    <w:lsdException w:name="toc 1" w:uiPriority="39"/>
    <w:lsdException w:name="toc 2" w:uiPriority="39"/>
    <w:lsdException w:name="toc 3" w:uiPriority="39"/>
    <w:lsdException w:name="toc 4" w:uiPriority="39"/>
    <w:lsdException w:name="toc 5" w:uiPriority="39"/>
    <w:lsdException w:name="toc 6" w:uiPriority="39"/>
    <w:lsdException w:name="toc 7" w:uiPriority="39"/>
    <w:lsdException w:name="toc 8" w:uiPriority="39"/>
    <w:lsdException w:name="toc 9" w:uiPriority="39"/>
    <w:lsdException w:name="caption" w:uiPriority="35" w:qFormat="1"/>
    <w:lsdException w:name="Title" w:semiHidden="0" w:uiPriority="10" w:unhideWhenUsed="0" w:qFormat="1"/>
    <w:lsdException w:name="Default Paragraph Font" w:uiPriority="1"/>
    <w:lsdException w:name="Subtitle" w:semiHidden="0" w:uiPriority="11" w:unhideWhenUsed="0" w:qFormat="1"/>
    <w:lsdException w:name="Strong" w:semiHidden="0" w:uiPriority="22" w:unhideWhenUsed="0" w:qFormat="1"/>
    <w:lsdException w:name="Emphasis" w:semiHidden="0" w:uiPriority="20" w:unhideWhenUsed="0" w:qFormat="1"/>
    <w:lsdException w:name="Table Grid" w:semiHidden="0" w:uiPriority="59" w:unhideWhenUsed="0"/>
    <w:lsdException w:name="Placeholder Text" w:unhideWhenUsed="0"/>
    <w:lsdException w:name="No Spacing" w:semiHidden="0" w:uiPriority="1" w:unhideWhenUsed="0" w:qFormat="1"/>
    <w:lsdException w:name="Light Shading" w:semiHidden="0" w:uiPriority="60" w:unhideWhenUsed="0"/>
    <w:lsdException w:name="Light List" w:semiHidden="0" w:uiPriority="61" w:unhideWhenUsed="0"/>
    <w:lsdException w:name="Light Grid" w:semiHidden="0" w:uiPriority="62" w:unhideWhenUsed="0"/>
    <w:lsdException w:name="Medium Shading 1" w:semiHidden="0" w:uiPriority="63" w:unhideWhenUsed="0"/>
    <w:lsdException w:name="Medium Shading 2" w:semiHidden="0" w:uiPriority="64" w:unhideWhenUsed="0"/>
    <w:lsdException w:name="Medium List 1" w:semiHidden="0" w:uiPriority="65" w:unhideWhenUsed="0"/>
    <w:lsdException w:name="Medium List 2" w:semiHidden="0" w:uiPriority="66" w:unhideWhenUsed="0"/>
    <w:lsdException w:name="Medium Grid 1" w:semiHidden="0" w:uiPriority="67" w:unhideWhenUsed="0"/>
    <w:lsdException w:name="Medium Grid 2" w:semiHidden="0" w:uiPriority="68" w:unhideWhenUsed="0"/>
    <w:lsdException w:name="Medium Grid 3" w:semiHidden="0" w:uiPriority="69" w:unhideWhenUsed="0"/>
    <w:lsdException w:name="Dark List" w:semiHidden="0" w:uiPriority="70" w:unhideWhenUsed="0"/>
    <w:lsdException w:name="Colorful Shading" w:semiHidden="0" w:uiPriority="71" w:unhideWhenUsed="0"/>
    <w:lsdException w:name="Colorful List" w:semiHidden="0" w:uiPriority="72" w:unhideWhenUsed="0"/>
    <w:lsdException w:name="Colorful Grid" w:semiHidden="0" w:uiPriority="73" w:unhideWhenUsed="0"/>
    <w:lsdException w:name="Light Shading Accent 1" w:semiHidden="0" w:uiPriority="60" w:unhideWhenUsed="0"/>
    <w:lsdException w:name="Light List Accent 1" w:semiHidden="0" w:uiPriority="61" w:unhideWhenUsed="0"/>
    <w:lsdException w:name="Light Grid Accent 1" w:semiHidden="0" w:uiPriority="62" w:unhideWhenUsed="0"/>
    <w:lsdException w:name="Medium Shading 1 Accent 1" w:semiHidden="0" w:uiPriority="63" w:unhideWhenUsed="0"/>
    <w:lsdException w:name="Medium Shading 2 Accent 1" w:semiHidden="0" w:uiPriority="64" w:unhideWhenUsed="0"/>
    <w:lsdException w:name="Medium List 1 Accent 1" w:semiHidden="0" w:uiPriority="65" w:unhideWhenUsed="0"/>
    <w:lsdException w:name="Revision" w:unhideWhenUsed="0"/>
    <w:lsdException w:name="List Paragraph" w:semiHidden="0" w:uiPriority="34" w:unhideWhenUsed="0" w:qFormat="1"/>
    <w:lsdException w:name="Quote" w:semiHidden="0" w:uiPriority="29" w:unhideWhenUsed="0" w:qFormat="1"/>
    <w:lsdException w:name="Intense Quote" w:semiHidden="0" w:uiPriority="30" w:unhideWhenUsed="0" w:qFormat="1"/>
    <w:lsdException w:name="Medium List 2 Accent 1" w:semiHidden="0" w:uiPriority="66" w:unhideWhenUsed="0"/>
    <w:lsdException w:name="Medium Grid 1 Accent 1" w:semiHidden="0" w:uiPriority="67" w:unhideWhenUsed="0"/>
    <w:lsdException w:name="Medium Grid 2 Accent 1" w:semiHidden="0" w:uiPriority="68" w:unhideWhenUsed="0"/>
    <w:lsdException w:name="Medium Grid 3 Accent 1" w:semiHidden="0" w:uiPriority="69" w:unhideWhenUsed="0"/>
    <w:lsdException w:name="Dark List Accent 1" w:semiHidden="0" w:uiPriority="70" w:unhideWhenUsed="0"/>
    <w:lsdException w:name="Colorful Shading Accent 1" w:semiHidden="0" w:uiPriority="71" w:unhideWhenUsed="0"/>
    <w:lsdException w:name="Colorful List Accent 1" w:semiHidden="0" w:uiPriority="72" w:unhideWhenUsed="0"/>
    <w:lsdException w:name="Colorful Grid Accent 1" w:semiHidden="0" w:uiPriority="73" w:unhideWhenUsed="0"/>
    <w:lsdException w:name="Light Shading Accent 2" w:semiHidden="0" w:uiPriority="60" w:unhideWhenUsed="0"/>
    <w:lsdException w:name="Light List Accent 2" w:semiHidden="0" w:uiPriority="61" w:unhideWhenUsed="0"/>
    <w:lsdException w:name="Light Grid Accent 2" w:semiHidden="0" w:uiPriority="62" w:unhideWhenUsed="0"/>
    <w:lsdException w:name="Medium Shading 1 Accent 2" w:semiHidden="0" w:uiPriority="63" w:unhideWhenUsed="0"/>
    <w:lsdException w:name="Medium Shading 2 Accent 2" w:semiHidden="0" w:uiPriority="64" w:unhideWhenUsed="0"/>
    <w:lsdException w:name="Medium List 1 Accent 2" w:semiHidden="0" w:uiPriority="65" w:unhideWhenUsed="0"/>
    <w:lsdException w:name="Medium List 2 Accent 2" w:semiHidden="0" w:uiPriority="66" w:unhideWhenUsed="0"/>
    <w:lsdException w:name="Medium Grid 1 Accent 2" w:semiHidden="0" w:uiPriority="67" w:unhideWhenUsed="0"/>
    <w:lsdException w:name="Medium Grid 2 Accent 2" w:semiHidden="0" w:uiPriority="68" w:unhideWhenUsed="0"/>
    <w:lsdException w:name="Medium Grid 3 Accent 2" w:semiHidden="0" w:uiPriority="69" w:unhideWhenUsed="0"/>
    <w:lsdException w:name="Dark List Accent 2" w:semiHidden="0" w:uiPriority="70" w:unhideWhenUsed="0"/>
    <w:lsdException w:name="Colorful Shading Accent 2" w:semiHidden="0" w:uiPriority="71" w:unhideWhenUsed="0"/>
    <w:lsdException w:name="Colorful List Accent 2" w:semiHidden="0" w:uiPriority="72" w:unhideWhenUsed="0"/>
    <w:lsdException w:name="Colorful Grid Accent 2" w:semiHidden="0" w:uiPriority="73" w:unhideWhenUsed="0"/>
    <w:lsdException w:name="Light Shading Accent 3" w:semiHidden="0" w:uiPriority="60" w:unhideWhenUsed="0"/>
    <w:lsdException w:name="Light List Accent 3" w:semiHidden="0" w:uiPriority="61" w:unhideWhenUsed="0"/>
    <w:lsdException w:name="Light Grid Accent 3" w:semiHidden="0" w:uiPriority="62" w:unhideWhenUsed="0"/>
    <w:lsdException w:name="Medium Shading 1 Accent 3" w:semiHidden="0" w:uiPriority="63" w:unhideWhenUsed="0"/>
    <w:lsdException w:name="Medium Shading 2 Accent 3" w:semiHidden="0" w:uiPriority="64" w:unhideWhenUsed="0"/>
    <w:lsdException w:name="Medium List 1 Accent 3" w:semiHidden="0" w:uiPriority="65" w:unhideWhenUsed="0"/>
    <w:lsdException w:name="Medium List 2 Accent 3" w:semiHidden="0" w:uiPriority="66" w:unhideWhenUsed="0"/>
    <w:lsdException w:name="Medium Grid 1 Accent 3" w:semiHidden="0" w:uiPriority="67" w:unhideWhenUsed="0"/>
    <w:lsdException w:name="Medium Grid 2 Accent 3" w:semiHidden="0" w:uiPriority="68" w:unhideWhenUsed="0"/>
    <w:lsdException w:name="Medium Grid 3 Accent 3" w:semiHidden="0" w:uiPriority="69" w:unhideWhenUsed="0"/>
    <w:lsdException w:name="Dark List Accent 3" w:semiHidden="0" w:uiPriority="70" w:unhideWhenUsed="0"/>
    <w:lsdException w:name="Colorful Shading Accent 3" w:semiHidden="0" w:uiPriority="71" w:unhideWhenUsed="0"/>
    <w:lsdException w:name="Colorful List Accent 3" w:semiHidden="0" w:uiPriority="72" w:unhideWhenUsed="0"/>
    <w:lsdException w:name="Colorful Grid Accent 3" w:semiHidden="0" w:uiPriority="73" w:unhideWhenUsed="0"/>
    <w:lsdException w:name="Light Shading Accent 4" w:semiHidden="0" w:uiPriority="60" w:unhideWhenUsed="0"/>
    <w:lsdException w:name="Light List Accent 4" w:semiHidden="0" w:uiPriority="61" w:unhideWhenUsed="0"/>
    <w:lsdException w:name="Light Grid Accent 4" w:semiHidden="0" w:uiPriority="62" w:unhideWhenUsed="0"/>
    <w:lsdException w:name="Medium Shading 1 Accent 4" w:semiHidden="0" w:uiPriority="63" w:unhideWhenUsed="0"/>
    <w:lsdException w:name="Medium Shading 2 Accent 4" w:semiHidden="0" w:uiPriority="64" w:unhideWhenUsed="0"/>
    <w:lsdException w:name="Medium List 1 Accent 4" w:semiHidden="0" w:uiPriority="65" w:unhideWhenUsed="0"/>
    <w:lsdException w:name="Medium List 2 Accent 4" w:semiHidden="0" w:uiPriority="66" w:unhideWhenUsed="0"/>
    <w:lsdException w:name="Medium Grid 1 Accent 4" w:semiHidden="0" w:uiPriority="67" w:unhideWhenUsed="0"/>
    <w:lsdException w:name="Medium Grid 2 Accent 4" w:semiHidden="0" w:uiPriority="68" w:unhideWhenUsed="0"/>
    <w:lsdException w:name="Medium Grid 3 Accent 4" w:semiHidden="0" w:uiPriority="69" w:unhideWhenUsed="0"/>
    <w:lsdException w:name="Dark List Accent 4" w:semiHidden="0" w:uiPriority="70" w:unhideWhenUsed="0"/>
    <w:lsdException w:name="Colorful Shading Accent 4" w:semiHidden="0" w:uiPriority="71" w:unhideWhenUsed="0"/>
    <w:lsdException w:name="Colorful List Accent 4" w:semiHidden="0" w:uiPriority="72" w:unhideWhenUsed="0"/>
    <w:lsdException w:name="Colorful Grid Accent 4" w:semiHidden="0" w:uiPriority="73" w:unhideWhenUsed="0"/>
    <w:lsdException w:name="Light Shading Accent 5" w:semiHidden="0" w:uiPriority="60" w:unhideWhenUsed="0"/>
    <w:lsdException w:name="Light List Accent 5" w:semiHidden="0" w:uiPriority="61" w:unhideWhenUsed="0"/>
    <w:lsdException w:name="Light Grid Accent 5" w:semiHidden="0" w:uiPriority="62" w:unhideWhenUsed="0"/>
    <w:lsdException w:name="Medium Shading 1 Accent 5" w:semiHidden="0" w:uiPriority="63" w:unhideWhenUsed="0"/>
    <w:lsdException w:name="Medium Shading 2 Accent 5" w:semiHidden="0" w:uiPriority="64" w:unhideWhenUsed="0"/>
    <w:lsdException w:name="Medium List 1 Accent 5" w:semiHidden="0" w:uiPriority="65" w:unhideWhenUsed="0"/>
    <w:lsdException w:name="Medium List 2 Accent 5" w:semiHidden="0" w:uiPriority="66" w:unhideWhenUsed="0"/>
    <w:lsdException w:name="Medium Grid 1 Accent 5" w:semiHidden="0" w:uiPriority="67" w:unhideWhenUsed="0"/>
    <w:lsdException w:name="Medium Grid 2 Accent 5" w:semiHidden="0" w:uiPriority="68" w:unhideWhenUsed="0"/>
    <w:lsdException w:name="Medium Grid 3 Accent 5" w:semiHidden="0" w:uiPriority="69" w:unhideWhenUsed="0"/>
    <w:lsdException w:name="Dark List Accent 5" w:semiHidden="0" w:uiPriority="70" w:unhideWhenUsed="0"/>
    <w:lsdException w:name="Colorful Shading Accent 5" w:semiHidden="0" w:uiPriority="71" w:unhideWhenUsed="0"/>
    <w:lsdException w:name="Colorful List Accent 5" w:semiHidden="0" w:uiPriority="72" w:unhideWhenUsed="0"/>
    <w:lsdException w:name="Colorful Grid Accent 5" w:semiHidden="0" w:uiPriority="73" w:unhideWhenUsed="0"/>
    <w:lsdException w:name="Light Shading Accent 6" w:semiHidden="0" w:uiPriority="60" w:unhideWhenUsed="0"/>
    <w:lsdException w:name="Light List Accent 6" w:semiHidden="0" w:uiPriority="61" w:unhideWhenUsed="0"/>
    <w:lsdException w:name="Light Grid Accent 6" w:semiHidden="0" w:uiPriority="62" w:unhideWhenUsed="0"/>
    <w:lsdException w:name="Medium Shading 1 Accent 6" w:semiHidden="0" w:uiPriority="63" w:unhideWhenUsed="0"/>
    <w:lsdException w:name="Medium Shading 2 Accent 6" w:semiHidden="0" w:uiPriority="64" w:unhideWhenUsed="0"/>
    <w:lsdException w:name="Medium List 1 Accent 6" w:semiHidden="0" w:uiPriority="65" w:unhideWhenUsed="0"/>
    <w:lsdException w:name="Medium List 2 Accent 6" w:semiHidden="0" w:uiPriority="66" w:unhideWhenUsed="0"/>
    <w:lsdException w:name="Medium Grid 1 Accent 6" w:semiHidden="0" w:uiPriority="67" w:unhideWhenUsed="0"/>
    <w:lsdException w:name="Medium Grid 2 Accent 6" w:semiHidden="0" w:uiPriority="68" w:unhideWhenUsed="0"/>
    <w:lsdException w:name="Medium Grid 3 Accent 6" w:semiHidden="0" w:uiPriority="69" w:unhideWhenUsed="0"/>
    <w:lsdException w:name="Dark List Accent 6" w:semiHidden="0" w:uiPriority="70" w:unhideWhenUsed="0"/>
    <w:lsdException w:name="Colorful Shading Accent 6" w:semiHidden="0" w:uiPriority="71" w:unhideWhenUsed="0"/>
    <w:lsdException w:name="Colorful List Accent 6" w:semiHidden="0" w:uiPriority="72" w:unhideWhenUsed="0"/>
    <w:lsdException w:name="Colorful Grid Accent 6" w:semiHidden="0" w:uiPriority="73" w:unhideWhenUsed="0"/>
    <w:lsdException w:name="Subtle Emphasis" w:semiHidden="0" w:uiPriority="19" w:unhideWhenUsed="0" w:qFormat="1"/>
    <w:lsdException w:name="Intense Emphasis" w:semiHidden="0" w:uiPriority="21" w:unhideWhenUsed="0" w:qFormat="1"/>
    <w:lsdException w:name="Subtle Reference" w:semiHidden="0" w:uiPriority="31" w:unhideWhenUsed="0" w:qFormat="1"/>
    <w:lsdException w:name="Intense Reference" w:semiHidden="0" w:uiPriority="32" w:unhideWhenUsed="0" w:qFormat="1"/>
    <w:lsdException w:name="Book Title" w:semiHidden="0" w:uiPriority="33" w:unhideWhenUsed="0" w:qFormat="1"/>
    <w:lsdException w:name="Bibliography" w:uiPriority="37"/>
    <w:lsdException w:name="TOC Heading" w:uiPriority="39" w:qFormat="1"/>
  </w:latentStyles>
  <w:style w:type="paragraph" w:default="1" w:styleId="Normal">
    <w:name w:val="Normal"/>
    <w:qFormat/>
    <w:rsid w:val="00FC693F"/>
    <w:rPr>
      <w:rFonts w:ascii="宋体" w:hAnsi="宋体" w:eastAsia="宋体"/>
    </w:rPr>
  </w:style>
  <w:style w:type="paragraph" w:styleId="Header">
    <w:name w:val="header"/>
    <w:basedOn w:val="Normal"/>
    <w:link w:val="HeaderChar"/>
    <w:uiPriority w:val="99"/>
    <w:unhideWhenUsed/>
    <w:rsid w:val="00E618BF"/>
    <w:pPr>
      <w:tabs>
        <w:tab w:val="center" w:pos="4680"/>
        <w:tab w:val="right" w:pos="9360"/>
      </w:tabs>
      <w:spacing w:after="0" w:line="240" w:lineRule="auto"/>
    </w:pPr>
  </w:style>
  <w:style w:type="character" w:customStyle="1" w:styleId="HeaderChar">
    <w:name w:val="Header Char"/>
    <w:basedOn w:val="DefaultParagraphFont"/>
    <w:link w:val="Header"/>
    <w:uiPriority w:val="99"/>
    <w:rsid w:val="00E618BF"/>
  </w:style>
  <w:style w:type="paragraph" w:styleId="Footer">
    <w:name w:val="footer"/>
    <w:basedOn w:val="Normal"/>
    <w:link w:val="FooterChar"/>
    <w:uiPriority w:val="99"/>
    <w:unhideWhenUsed/>
    <w:rsid w:val="00E618BF"/>
    <w:pPr>
      <w:tabs>
        <w:tab w:val="center" w:pos="4680"/>
        <w:tab w:val="right" w:pos="9360"/>
      </w:tabs>
      <w:spacing w:after="0" w:line="240" w:lineRule="auto"/>
    </w:pPr>
  </w:style>
  <w:style w:type="character" w:customStyle="1" w:styleId="FooterChar">
    <w:name w:val="Footer Char"/>
    <w:basedOn w:val="DefaultParagraphFont"/>
    <w:link w:val="Footer"/>
    <w:uiPriority w:val="99"/>
    <w:rsid w:val="00E618BF"/>
  </w:style>
  <w:style w:type="paragraph" w:styleId="Heading1">
    <w:name w:val="heading 1"/>
    <w:basedOn w:val="Normal"/>
    <w:next w:val="Normal"/>
    <w:link w:val="Heading1Char"/>
    <w:uiPriority w:val="9"/>
    <w:qFormat/>
    <w:rsid w:val="00FC693F"/>
    <w:pPr>
      <w:keepNext/>
      <w:keepLines/>
      <w:spacing w:before="480" w:after="0"/>
      <w:outlineLvl w:val="0"/>
    </w:pPr>
    <w:rPr>
      <w:rFonts w:asciiTheme="majorHAnsi" w:eastAsiaTheme="majorEastAsia" w:hAnsiTheme="majorHAnsi" w:cstheme="majorBidi" w:ascii="黑体" w:hAnsi="黑体" w:eastAsia="黑体"/>
      <w:b/>
      <w:bCs/>
      <w:color w:val="365F91" w:themeColor="accent1" w:themeShade="BF"/>
      <w:sz w:val="28"/>
      <w:szCs w:val="28"/>
    </w:rPr>
  </w:style>
  <w:style w:type="paragraph" w:styleId="Heading2">
    <w:name w:val="heading 2"/>
    <w:basedOn w:val="Normal"/>
    <w:next w:val="Normal"/>
    <w:link w:val="Heading2Char"/>
    <w:uiPriority w:val="9"/>
    <w:unhideWhenUsed/>
    <w:qFormat/>
    <w:rsid w:val="00FC693F"/>
    <w:pPr>
      <w:keepNext/>
      <w:keepLines/>
      <w:spacing w:before="200" w:after="0"/>
      <w:outlineLvl w:val="1"/>
    </w:pPr>
    <w:rPr>
      <w:rFonts w:asciiTheme="majorHAnsi" w:eastAsiaTheme="majorEastAsia" w:hAnsiTheme="majorHAnsi" w:cstheme="majorBidi" w:ascii="黑体" w:hAnsi="黑体" w:eastAsia="黑体"/>
      <w:b/>
      <w:bCs/>
      <w:color w:val="4F81BD" w:themeColor="accent1"/>
      <w:sz w:val="26"/>
      <w:szCs w:val="26"/>
    </w:rPr>
  </w:style>
  <w:style w:type="paragraph" w:styleId="Heading3">
    <w:name w:val="heading 3"/>
    <w:basedOn w:val="Normal"/>
    <w:next w:val="Normal"/>
    <w:link w:val="Heading3Char"/>
    <w:uiPriority w:val="9"/>
    <w:unhideWhenUsed/>
    <w:qFormat/>
    <w:rsid w:val="00FC693F"/>
    <w:pPr>
      <w:keepNext/>
      <w:keepLines/>
      <w:spacing w:before="200" w:after="0"/>
      <w:outlineLvl w:val="2"/>
    </w:pPr>
    <w:rPr>
      <w:rFonts w:asciiTheme="majorHAnsi" w:eastAsiaTheme="majorEastAsia" w:hAnsiTheme="majorHAnsi" w:cstheme="majorBidi" w:ascii="黑体" w:hAnsi="黑体" w:eastAsia="黑体"/>
      <w:b/>
      <w:bCs/>
      <w:color w:val="4F81BD" w:themeColor="accent1"/>
    </w:rPr>
  </w:style>
  <w:style w:type="paragraph" w:styleId="Heading4">
    <w:name w:val="heading 4"/>
    <w:basedOn w:val="Normal"/>
    <w:next w:val="Normal"/>
    <w:link w:val="Heading4Char"/>
    <w:uiPriority w:val="9"/>
    <w:semiHidden/>
    <w:unhideWhenUsed/>
    <w:qFormat/>
    <w:rsid w:val="00FC693F"/>
    <w:pPr>
      <w:keepNext/>
      <w:keepLines/>
      <w:spacing w:before="200" w:after="0"/>
      <w:outlineLvl w:val="3"/>
    </w:pPr>
    <w:rPr>
      <w:rFonts w:asciiTheme="majorHAnsi" w:eastAsiaTheme="majorEastAsia" w:hAnsiTheme="majorHAnsi" w:cstheme="majorBidi" w:ascii="黑体" w:hAnsi="黑体" w:eastAsia="黑体"/>
      <w:b/>
      <w:bCs/>
      <w:i/>
      <w:iCs/>
      <w:color w:val="4F81BD" w:themeColor="accent1"/>
    </w:rPr>
  </w:style>
  <w:style w:type="paragraph" w:styleId="Heading5">
    <w:name w:val="heading 5"/>
    <w:basedOn w:val="Normal"/>
    <w:next w:val="Normal"/>
    <w:link w:val="Heading5Char"/>
    <w:uiPriority w:val="9"/>
    <w:semiHidden/>
    <w:unhideWhenUsed/>
    <w:qFormat/>
    <w:rsid w:val="00FC693F"/>
    <w:pPr>
      <w:keepNext/>
      <w:keepLines/>
      <w:spacing w:before="200" w:after="0"/>
      <w:outlineLvl w:val="4"/>
    </w:pPr>
    <w:rPr>
      <w:rFonts w:asciiTheme="majorHAnsi" w:eastAsiaTheme="majorEastAsia" w:hAnsiTheme="majorHAnsi" w:cstheme="majorBidi" w:ascii="黑体" w:hAnsi="黑体" w:eastAsia="黑体"/>
      <w:color w:val="243F60" w:themeColor="accent1" w:themeShade="7F"/>
    </w:rPr>
  </w:style>
  <w:style w:type="paragraph" w:styleId="Heading6">
    <w:name w:val="heading 6"/>
    <w:basedOn w:val="Normal"/>
    <w:next w:val="Normal"/>
    <w:link w:val="Heading6Char"/>
    <w:uiPriority w:val="9"/>
    <w:semiHidden/>
    <w:unhideWhenUsed/>
    <w:qFormat/>
    <w:rsid w:val="00FC693F"/>
    <w:pPr>
      <w:keepNext/>
      <w:keepLines/>
      <w:spacing w:before="200" w:after="0"/>
      <w:outlineLvl w:val="5"/>
    </w:pPr>
    <w:rPr>
      <w:rFonts w:asciiTheme="majorHAnsi" w:eastAsiaTheme="majorEastAsia" w:hAnsiTheme="majorHAnsi" w:cstheme="majorBidi" w:ascii="黑体" w:hAnsi="黑体" w:eastAsia="黑体"/>
      <w:i/>
      <w:iCs/>
      <w:color w:val="243F60" w:themeColor="accent1" w:themeShade="7F"/>
    </w:rPr>
  </w:style>
  <w:style w:type="paragraph" w:styleId="Heading7">
    <w:name w:val="heading 7"/>
    <w:basedOn w:val="Normal"/>
    <w:next w:val="Normal"/>
    <w:link w:val="Heading7Char"/>
    <w:uiPriority w:val="9"/>
    <w:semiHidden/>
    <w:unhideWhenUsed/>
    <w:qFormat/>
    <w:rsid w:val="00FC693F"/>
    <w:pPr>
      <w:keepNext/>
      <w:keepLines/>
      <w:spacing w:before="200" w:after="0"/>
      <w:outlineLvl w:val="6"/>
    </w:pPr>
    <w:rPr>
      <w:rFonts w:asciiTheme="majorHAnsi" w:eastAsiaTheme="majorEastAsia" w:hAnsiTheme="majorHAnsi" w:cstheme="majorBidi" w:ascii="黑体" w:hAnsi="黑体" w:eastAsia="黑体"/>
      <w:i/>
      <w:iCs/>
      <w:color w:val="404040" w:themeColor="text1" w:themeTint="BF"/>
    </w:rPr>
  </w:style>
  <w:style w:type="paragraph" w:styleId="Heading8">
    <w:name w:val="heading 8"/>
    <w:basedOn w:val="Normal"/>
    <w:next w:val="Normal"/>
    <w:link w:val="Heading8Char"/>
    <w:uiPriority w:val="9"/>
    <w:semiHidden/>
    <w:unhideWhenUsed/>
    <w:qFormat/>
    <w:rsid w:val="00FC693F"/>
    <w:pPr>
      <w:keepNext/>
      <w:keepLines/>
      <w:spacing w:before="200" w:after="0"/>
      <w:outlineLvl w:val="7"/>
    </w:pPr>
    <w:rPr>
      <w:rFonts w:asciiTheme="majorHAnsi" w:eastAsiaTheme="majorEastAsia" w:hAnsiTheme="majorHAnsi" w:cstheme="majorBidi" w:ascii="黑体" w:hAnsi="黑体" w:eastAsia="黑体"/>
      <w:color w:val="4F81BD" w:themeColor="accent1"/>
      <w:sz w:val="20"/>
      <w:szCs w:val="20"/>
    </w:rPr>
  </w:style>
  <w:style w:type="paragraph" w:styleId="Heading9">
    <w:name w:val="heading 9"/>
    <w:basedOn w:val="Normal"/>
    <w:next w:val="Normal"/>
    <w:link w:val="Heading9Char"/>
    <w:uiPriority w:val="9"/>
    <w:semiHidden/>
    <w:unhideWhenUsed/>
    <w:qFormat/>
    <w:rsid w:val="00FC693F"/>
    <w:pPr>
      <w:keepNext/>
      <w:keepLines/>
      <w:spacing w:before="200" w:after="0"/>
      <w:outlineLvl w:val="8"/>
    </w:pPr>
    <w:rPr>
      <w:rFonts w:asciiTheme="majorHAnsi" w:eastAsiaTheme="majorEastAsia" w:hAnsiTheme="majorHAnsi" w:cstheme="majorBidi" w:ascii="黑体" w:hAnsi="黑体" w:eastAsia="黑体"/>
      <w:i/>
      <w:iCs/>
      <w:color w:val="404040" w:themeColor="text1" w:themeTint="BF"/>
      <w:sz w:val="20"/>
      <w:szCs w:val="20"/>
    </w:rPr>
  </w:style>
  <w:style w:type="character" w:default="1" w:styleId="DefaultParagraphFont">
    <w:name w:val="Default Paragraph Font"/>
    <w:uiPriority w:val="1"/>
    <w:semiHidden/>
    <w:unhideWhenUsed/>
  </w:style>
  <w:style w:type="table" w:default="1" w:styleId="TableNormal">
    <w:name w:val="Normal Table"/>
    <w:uiPriority w:val="99"/>
    <w:semiHidden/>
    <w:unhideWhenUsed/>
    <w:tblPr>
      <w:tblInd w:w="0" w:type="dxa"/>
      <w:tblCellMar>
        <w:top w:w="0" w:type="dxa"/>
        <w:left w:w="108" w:type="dxa"/>
        <w:bottom w:w="0" w:type="dxa"/>
        <w:right w:w="108" w:type="dxa"/>
      </w:tblCellMar>
    </w:tblPr>
  </w:style>
  <w:style w:type="numbering" w:default="1" w:styleId="NoList">
    <w:name w:val="No List"/>
    <w:uiPriority w:val="99"/>
    <w:semiHidden/>
    <w:unhideWhenUsed/>
  </w:style>
  <w:style w:type="paragraph" w:styleId="NoSpacing">
    <w:name w:val="No Spacing"/>
    <w:uiPriority w:val="1"/>
    <w:qFormat/>
    <w:rsid w:val="00FC693F"/>
    <w:pPr>
      <w:spacing w:after="0" w:line="240" w:lineRule="auto"/>
    </w:pPr>
  </w:style>
  <w:style w:type="character" w:customStyle="1" w:styleId="Heading1Char">
    <w:name w:val="Heading 1 Char"/>
    <w:basedOn w:val="DefaultParagraphFont"/>
    <w:link w:val="Heading1"/>
    <w:uiPriority w:val="9"/>
    <w:rsid w:val="00FC693F"/>
    <w:rPr>
      <w:rFonts w:asciiTheme="majorHAnsi" w:eastAsiaTheme="majorEastAsia" w:hAnsiTheme="majorHAnsi" w:cstheme="majorBidi"/>
      <w:b/>
      <w:bCs/>
      <w:color w:val="365F91" w:themeColor="accent1" w:themeShade="BF"/>
      <w:sz w:val="28"/>
      <w:szCs w:val="28"/>
    </w:rPr>
  </w:style>
  <w:style w:type="character" w:customStyle="1" w:styleId="Heading2Char">
    <w:name w:val="Heading 2 Char"/>
    <w:basedOn w:val="DefaultParagraphFont"/>
    <w:link w:val="Heading2"/>
    <w:uiPriority w:val="9"/>
    <w:rsid w:val="00FC693F"/>
    <w:rPr>
      <w:rFonts w:asciiTheme="majorHAnsi" w:eastAsiaTheme="majorEastAsia" w:hAnsiTheme="majorHAnsi" w:cstheme="majorBidi"/>
      <w:b/>
      <w:bCs/>
      <w:color w:val="4F81BD" w:themeColor="accent1"/>
      <w:sz w:val="26"/>
      <w:szCs w:val="26"/>
    </w:rPr>
  </w:style>
  <w:style w:type="character" w:customStyle="1" w:styleId="Heading3Char">
    <w:name w:val="Heading 3 Char"/>
    <w:basedOn w:val="DefaultParagraphFont"/>
    <w:link w:val="Heading3"/>
    <w:uiPriority w:val="9"/>
    <w:rsid w:val="00FC693F"/>
    <w:rPr>
      <w:rFonts w:asciiTheme="majorHAnsi" w:eastAsiaTheme="majorEastAsia" w:hAnsiTheme="majorHAnsi" w:cstheme="majorBidi"/>
      <w:b/>
      <w:bCs/>
      <w:color w:val="4F81BD" w:themeColor="accent1"/>
    </w:rPr>
  </w:style>
  <w:style w:type="paragraph" w:styleId="Title">
    <w:name w:val="Title"/>
    <w:basedOn w:val="Normal"/>
    <w:next w:val="Normal"/>
    <w:link w:val="TitleChar"/>
    <w:uiPriority w:val="10"/>
    <w:qFormat/>
    <w:rsid w:val="00FC693F"/>
    <w:pPr>
      <w:pBdr>
        <w:bottom w:val="single" w:sz="8" w:space="4" w:color="4F81BD" w:themeColor="accent1"/>
      </w:pBdr>
      <w:spacing w:after="300" w:line="240" w:lineRule="auto"/>
      <w:contextualSpacing/>
    </w:pPr>
    <w:rPr>
      <w:rFonts w:asciiTheme="majorHAnsi" w:eastAsiaTheme="majorEastAsia" w:hAnsiTheme="majorHAnsi" w:cstheme="majorBidi"/>
      <w:color w:val="17365D" w:themeColor="text2" w:themeShade="BF"/>
      <w:spacing w:val="5"/>
      <w:kern w:val="28"/>
      <w:sz w:val="52"/>
      <w:szCs w:val="52"/>
    </w:rPr>
  </w:style>
  <w:style w:type="character" w:customStyle="1" w:styleId="TitleChar">
    <w:name w:val="Title Char"/>
    <w:basedOn w:val="DefaultParagraphFont"/>
    <w:link w:val="Title"/>
    <w:uiPriority w:val="10"/>
    <w:rsid w:val="00FC693F"/>
    <w:rPr>
      <w:rFonts w:asciiTheme="majorHAnsi" w:eastAsiaTheme="majorEastAsia" w:hAnsiTheme="majorHAnsi" w:cstheme="majorBidi"/>
      <w:color w:val="17365D" w:themeColor="text2" w:themeShade="BF"/>
      <w:spacing w:val="5"/>
      <w:kern w:val="28"/>
      <w:sz w:val="52"/>
      <w:szCs w:val="52"/>
    </w:rPr>
  </w:style>
  <w:style w:type="paragraph" w:styleId="Subtitle">
    <w:name w:val="Subtitle"/>
    <w:basedOn w:val="Normal"/>
    <w:next w:val="Normal"/>
    <w:link w:val="SubtitleChar"/>
    <w:uiPriority w:val="11"/>
    <w:qFormat/>
    <w:rsid w:val="00FC693F"/>
    <w:pPr>
      <w:numPr>
        <w:ilvl w:val="1"/>
      </w:numPr>
    </w:pPr>
    <w:rPr>
      <w:rFonts w:asciiTheme="majorHAnsi" w:eastAsiaTheme="majorEastAsia" w:hAnsiTheme="majorHAnsi" w:cstheme="majorBidi"/>
      <w:i/>
      <w:iCs/>
      <w:color w:val="4F81BD" w:themeColor="accent1"/>
      <w:spacing w:val="15"/>
      <w:sz w:val="24"/>
      <w:szCs w:val="24"/>
    </w:rPr>
  </w:style>
  <w:style w:type="character" w:customStyle="1" w:styleId="SubtitleChar">
    <w:name w:val="Subtitle Char"/>
    <w:basedOn w:val="DefaultParagraphFont"/>
    <w:link w:val="Subtitle"/>
    <w:uiPriority w:val="11"/>
    <w:rsid w:val="00FC693F"/>
    <w:rPr>
      <w:rFonts w:asciiTheme="majorHAnsi" w:eastAsiaTheme="majorEastAsia" w:hAnsiTheme="majorHAnsi" w:cstheme="majorBidi"/>
      <w:i/>
      <w:iCs/>
      <w:color w:val="4F81BD" w:themeColor="accent1"/>
      <w:spacing w:val="15"/>
      <w:sz w:val="24"/>
      <w:szCs w:val="24"/>
    </w:rPr>
  </w:style>
  <w:style w:type="paragraph" w:styleId="ListParagraph">
    <w:name w:val="List Paragraph"/>
    <w:basedOn w:val="Normal"/>
    <w:uiPriority w:val="34"/>
    <w:qFormat/>
    <w:rsid w:val="00FC693F"/>
    <w:pPr>
      <w:ind w:left="720"/>
      <w:contextualSpacing/>
    </w:pPr>
  </w:style>
  <w:style w:type="paragraph" w:styleId="BodyText">
    <w:name w:val="Body Text"/>
    <w:basedOn w:val="Normal"/>
    <w:link w:val="BodyTextChar"/>
    <w:uiPriority w:val="99"/>
    <w:unhideWhenUsed/>
    <w:rsid w:val="00AA1D8D"/>
    <w:pPr>
      <w:spacing w:after="120"/>
    </w:pPr>
  </w:style>
  <w:style w:type="character" w:customStyle="1" w:styleId="BodyTextChar">
    <w:name w:val="Body Text Char"/>
    <w:basedOn w:val="DefaultParagraphFont"/>
    <w:link w:val="BodyText"/>
    <w:uiPriority w:val="99"/>
    <w:rsid w:val="00AA1D8D"/>
  </w:style>
  <w:style w:type="paragraph" w:styleId="BodyText2">
    <w:name w:val="Body Text 2"/>
    <w:basedOn w:val="Normal"/>
    <w:link w:val="BodyText2Char"/>
    <w:uiPriority w:val="99"/>
    <w:unhideWhenUsed/>
    <w:rsid w:val="00AA1D8D"/>
    <w:pPr>
      <w:spacing w:after="120" w:line="480" w:lineRule="auto"/>
    </w:pPr>
  </w:style>
  <w:style w:type="character" w:customStyle="1" w:styleId="BodyText2Char">
    <w:name w:val="Body Text 2 Char"/>
    <w:basedOn w:val="DefaultParagraphFont"/>
    <w:link w:val="BodyText2"/>
    <w:uiPriority w:val="99"/>
    <w:rsid w:val="00AA1D8D"/>
  </w:style>
  <w:style w:type="paragraph" w:styleId="BodyText3">
    <w:name w:val="Body Text 3"/>
    <w:basedOn w:val="Normal"/>
    <w:link w:val="BodyText3Char"/>
    <w:uiPriority w:val="99"/>
    <w:unhideWhenUsed/>
    <w:rsid w:val="00AA1D8D"/>
    <w:pPr>
      <w:spacing w:after="120"/>
    </w:pPr>
    <w:rPr>
      <w:sz w:val="16"/>
      <w:szCs w:val="16"/>
    </w:rPr>
  </w:style>
  <w:style w:type="character" w:customStyle="1" w:styleId="BodyText3Char">
    <w:name w:val="Body Text 3 Char"/>
    <w:basedOn w:val="DefaultParagraphFont"/>
    <w:link w:val="BodyText3"/>
    <w:uiPriority w:val="99"/>
    <w:rsid w:val="00AA1D8D"/>
    <w:rPr>
      <w:sz w:val="16"/>
      <w:szCs w:val="16"/>
    </w:rPr>
  </w:style>
  <w:style w:type="paragraph" w:styleId="List">
    <w:name w:val="List"/>
    <w:basedOn w:val="Normal"/>
    <w:uiPriority w:val="99"/>
    <w:unhideWhenUsed/>
    <w:rsid w:val="00AA1D8D"/>
    <w:pPr>
      <w:ind w:left="360" w:hanging="360"/>
      <w:contextualSpacing/>
    </w:pPr>
  </w:style>
  <w:style w:type="paragraph" w:styleId="List2">
    <w:name w:val="List 2"/>
    <w:basedOn w:val="Normal"/>
    <w:uiPriority w:val="99"/>
    <w:unhideWhenUsed/>
    <w:rsid w:val="00326F90"/>
    <w:pPr>
      <w:ind w:left="720" w:hanging="360"/>
      <w:contextualSpacing/>
    </w:pPr>
  </w:style>
  <w:style w:type="paragraph" w:styleId="List3">
    <w:name w:val="List 3"/>
    <w:basedOn w:val="Normal"/>
    <w:uiPriority w:val="99"/>
    <w:unhideWhenUsed/>
    <w:rsid w:val="00326F90"/>
    <w:pPr>
      <w:ind w:left="1080" w:hanging="360"/>
      <w:contextualSpacing/>
    </w:pPr>
  </w:style>
  <w:style w:type="paragraph" w:styleId="ListBullet">
    <w:name w:val="List Bullet"/>
    <w:basedOn w:val="Normal"/>
    <w:uiPriority w:val="99"/>
    <w:unhideWhenUsed/>
    <w:rsid w:val="00326F90"/>
    <w:pPr>
      <w:numPr>
        <w:numId w:val="1"/>
      </w:numPr>
      <w:contextualSpacing/>
    </w:pPr>
  </w:style>
  <w:style w:type="paragraph" w:styleId="ListBullet2">
    <w:name w:val="List Bullet 2"/>
    <w:basedOn w:val="Normal"/>
    <w:uiPriority w:val="99"/>
    <w:unhideWhenUsed/>
    <w:rsid w:val="00326F90"/>
    <w:pPr>
      <w:numPr>
        <w:numId w:val="2"/>
      </w:numPr>
      <w:contextualSpacing/>
    </w:pPr>
  </w:style>
  <w:style w:type="paragraph" w:styleId="ListBullet3">
    <w:name w:val="List Bullet 3"/>
    <w:basedOn w:val="Normal"/>
    <w:uiPriority w:val="99"/>
    <w:unhideWhenUsed/>
    <w:rsid w:val="00326F90"/>
    <w:pPr>
      <w:numPr>
        <w:numId w:val="3"/>
      </w:numPr>
      <w:contextualSpacing/>
    </w:pPr>
  </w:style>
  <w:style w:type="paragraph" w:styleId="ListNumber">
    <w:name w:val="List Number"/>
    <w:basedOn w:val="Normal"/>
    <w:uiPriority w:val="99"/>
    <w:unhideWhenUsed/>
    <w:rsid w:val="00326F90"/>
    <w:pPr>
      <w:numPr>
        <w:numId w:val="5"/>
      </w:numPr>
      <w:contextualSpacing/>
    </w:pPr>
  </w:style>
  <w:style w:type="paragraph" w:styleId="ListNumber2">
    <w:name w:val="List Number 2"/>
    <w:basedOn w:val="Normal"/>
    <w:uiPriority w:val="99"/>
    <w:unhideWhenUsed/>
    <w:rsid w:val="0029639D"/>
    <w:pPr>
      <w:numPr>
        <w:numId w:val="6"/>
      </w:numPr>
      <w:contextualSpacing/>
    </w:pPr>
  </w:style>
  <w:style w:type="paragraph" w:styleId="ListNumber3">
    <w:name w:val="List Number 3"/>
    <w:basedOn w:val="Normal"/>
    <w:uiPriority w:val="99"/>
    <w:unhideWhenUsed/>
    <w:rsid w:val="0029639D"/>
    <w:pPr>
      <w:numPr>
        <w:numId w:val="7"/>
      </w:numPr>
      <w:contextualSpacing/>
    </w:pPr>
  </w:style>
  <w:style w:type="paragraph" w:styleId="ListContinue">
    <w:name w:val="List Continue"/>
    <w:basedOn w:val="Normal"/>
    <w:uiPriority w:val="99"/>
    <w:unhideWhenUsed/>
    <w:rsid w:val="0029639D"/>
    <w:pPr>
      <w:spacing w:after="120"/>
      <w:ind w:left="360"/>
      <w:contextualSpacing/>
    </w:pPr>
  </w:style>
  <w:style w:type="paragraph" w:styleId="ListContinue2">
    <w:name w:val="List Continue 2"/>
    <w:basedOn w:val="Normal"/>
    <w:uiPriority w:val="99"/>
    <w:unhideWhenUsed/>
    <w:rsid w:val="0029639D"/>
    <w:pPr>
      <w:spacing w:after="120"/>
      <w:ind w:left="720"/>
      <w:contextualSpacing/>
    </w:pPr>
  </w:style>
  <w:style w:type="paragraph" w:styleId="ListContinue3">
    <w:name w:val="List Continue 3"/>
    <w:basedOn w:val="Normal"/>
    <w:uiPriority w:val="99"/>
    <w:unhideWhenUsed/>
    <w:rsid w:val="0029639D"/>
    <w:pPr>
      <w:spacing w:after="120"/>
      <w:ind w:left="1080"/>
      <w:contextualSpacing/>
    </w:pPr>
  </w:style>
  <w:style w:type="paragraph" w:styleId="MacroText">
    <w:name w:val="macro"/>
    <w:link w:val="MacroTextChar"/>
    <w:uiPriority w:val="99"/>
    <w:unhideWhenUsed/>
    <w:rsid w:val="0029639D"/>
    <w:pPr>
      <w:tabs>
        <w:tab w:val="left" w:pos="576"/>
        <w:tab w:val="left" w:pos="1152"/>
        <w:tab w:val="left" w:pos="1728"/>
        <w:tab w:val="left" w:pos="2304"/>
        <w:tab w:val="left" w:pos="2880"/>
        <w:tab w:val="left" w:pos="3456"/>
        <w:tab w:val="left" w:pos="4032"/>
      </w:tabs>
    </w:pPr>
    <w:rPr>
      <w:rFonts w:ascii="Courier" w:hAnsi="Courier"/>
      <w:sz w:val="20"/>
      <w:szCs w:val="20"/>
    </w:rPr>
  </w:style>
  <w:style w:type="character" w:customStyle="1" w:styleId="MacroTextChar">
    <w:name w:val="Macro Text Char"/>
    <w:basedOn w:val="DefaultParagraphFont"/>
    <w:link w:val="MacroText"/>
    <w:uiPriority w:val="99"/>
    <w:rsid w:val="0029639D"/>
    <w:rPr>
      <w:rFonts w:ascii="Courier" w:hAnsi="Courier"/>
      <w:sz w:val="20"/>
      <w:szCs w:val="20"/>
    </w:rPr>
  </w:style>
  <w:style w:type="paragraph" w:styleId="Quote">
    <w:name w:val="Quote"/>
    <w:basedOn w:val="Normal"/>
    <w:next w:val="Normal"/>
    <w:link w:val="QuoteChar"/>
    <w:uiPriority w:val="29"/>
    <w:qFormat/>
    <w:rsid w:val="00FC693F"/>
    <w:rPr>
      <w:i/>
      <w:iCs/>
      <w:color w:val="000000" w:themeColor="text1"/>
    </w:rPr>
  </w:style>
  <w:style w:type="character" w:customStyle="1" w:styleId="QuoteChar">
    <w:name w:val="Quote Char"/>
    <w:basedOn w:val="DefaultParagraphFont"/>
    <w:link w:val="Quote"/>
    <w:uiPriority w:val="29"/>
    <w:rsid w:val="00FC693F"/>
    <w:rPr>
      <w:i/>
      <w:iCs/>
      <w:color w:val="000000" w:themeColor="text1"/>
    </w:rPr>
  </w:style>
  <w:style w:type="character" w:customStyle="1" w:styleId="Heading4Char">
    <w:name w:val="Heading 4 Char"/>
    <w:basedOn w:val="DefaultParagraphFont"/>
    <w:link w:val="Heading4"/>
    <w:uiPriority w:val="9"/>
    <w:semiHidden/>
    <w:rsid w:val="00FC693F"/>
    <w:rPr>
      <w:rFonts w:asciiTheme="majorHAnsi" w:eastAsiaTheme="majorEastAsia" w:hAnsiTheme="majorHAnsi" w:cstheme="majorBidi"/>
      <w:b/>
      <w:bCs/>
      <w:i/>
      <w:iCs/>
      <w:color w:val="4F81BD" w:themeColor="accent1"/>
    </w:rPr>
  </w:style>
  <w:style w:type="character" w:customStyle="1" w:styleId="Heading5Char">
    <w:name w:val="Heading 5 Char"/>
    <w:basedOn w:val="DefaultParagraphFont"/>
    <w:link w:val="Heading5"/>
    <w:uiPriority w:val="9"/>
    <w:semiHidden/>
    <w:rsid w:val="00FC693F"/>
    <w:rPr>
      <w:rFonts w:asciiTheme="majorHAnsi" w:eastAsiaTheme="majorEastAsia" w:hAnsiTheme="majorHAnsi" w:cstheme="majorBidi"/>
      <w:color w:val="243F60" w:themeColor="accent1" w:themeShade="7F"/>
    </w:rPr>
  </w:style>
  <w:style w:type="character" w:customStyle="1" w:styleId="Heading6Char">
    <w:name w:val="Heading 6 Char"/>
    <w:basedOn w:val="DefaultParagraphFont"/>
    <w:link w:val="Heading6"/>
    <w:uiPriority w:val="9"/>
    <w:semiHidden/>
    <w:rsid w:val="00FC693F"/>
    <w:rPr>
      <w:rFonts w:asciiTheme="majorHAnsi" w:eastAsiaTheme="majorEastAsia" w:hAnsiTheme="majorHAnsi" w:cstheme="majorBidi"/>
      <w:i/>
      <w:iCs/>
      <w:color w:val="243F60" w:themeColor="accent1" w:themeShade="7F"/>
    </w:rPr>
  </w:style>
  <w:style w:type="character" w:customStyle="1" w:styleId="Heading7Char">
    <w:name w:val="Heading 7 Char"/>
    <w:basedOn w:val="DefaultParagraphFont"/>
    <w:link w:val="Heading7"/>
    <w:uiPriority w:val="9"/>
    <w:semiHidden/>
    <w:rsid w:val="00FC693F"/>
    <w:rPr>
      <w:rFonts w:asciiTheme="majorHAnsi" w:eastAsiaTheme="majorEastAsia" w:hAnsiTheme="majorHAnsi" w:cstheme="majorBidi"/>
      <w:i/>
      <w:iCs/>
      <w:color w:val="404040" w:themeColor="text1" w:themeTint="BF"/>
    </w:rPr>
  </w:style>
  <w:style w:type="character" w:customStyle="1" w:styleId="Heading8Char">
    <w:name w:val="Heading 8 Char"/>
    <w:basedOn w:val="DefaultParagraphFont"/>
    <w:link w:val="Heading8"/>
    <w:uiPriority w:val="9"/>
    <w:semiHidden/>
    <w:rsid w:val="00FC693F"/>
    <w:rPr>
      <w:rFonts w:asciiTheme="majorHAnsi" w:eastAsiaTheme="majorEastAsia" w:hAnsiTheme="majorHAnsi" w:cstheme="majorBidi"/>
      <w:color w:val="4F81BD" w:themeColor="accent1"/>
      <w:sz w:val="20"/>
      <w:szCs w:val="20"/>
    </w:rPr>
  </w:style>
  <w:style w:type="character" w:customStyle="1" w:styleId="Heading9Char">
    <w:name w:val="Heading 9 Char"/>
    <w:basedOn w:val="DefaultParagraphFont"/>
    <w:link w:val="Heading9"/>
    <w:uiPriority w:val="9"/>
    <w:semiHidden/>
    <w:rsid w:val="00FC693F"/>
    <w:rPr>
      <w:rFonts w:asciiTheme="majorHAnsi" w:eastAsiaTheme="majorEastAsia" w:hAnsiTheme="majorHAnsi" w:cstheme="majorBidi"/>
      <w:i/>
      <w:iCs/>
      <w:color w:val="404040" w:themeColor="text1" w:themeTint="BF"/>
      <w:sz w:val="20"/>
      <w:szCs w:val="20"/>
    </w:rPr>
  </w:style>
  <w:style w:type="paragraph" w:styleId="Caption">
    <w:name w:val="caption"/>
    <w:basedOn w:val="Normal"/>
    <w:next w:val="Normal"/>
    <w:uiPriority w:val="35"/>
    <w:semiHidden/>
    <w:unhideWhenUsed/>
    <w:qFormat/>
    <w:rsid w:val="00FC693F"/>
    <w:pPr>
      <w:spacing w:line="240" w:lineRule="auto"/>
    </w:pPr>
    <w:rPr>
      <w:b/>
      <w:bCs/>
      <w:color w:val="4F81BD" w:themeColor="accent1"/>
      <w:sz w:val="18"/>
      <w:szCs w:val="18"/>
    </w:rPr>
  </w:style>
  <w:style w:type="character" w:styleId="Strong">
    <w:name w:val="Strong"/>
    <w:basedOn w:val="DefaultParagraphFont"/>
    <w:uiPriority w:val="22"/>
    <w:qFormat/>
    <w:rsid w:val="00FC693F"/>
    <w:rPr>
      <w:b/>
      <w:bCs/>
    </w:rPr>
  </w:style>
  <w:style w:type="character" w:styleId="Emphasis">
    <w:name w:val="Emphasis"/>
    <w:basedOn w:val="DefaultParagraphFont"/>
    <w:uiPriority w:val="20"/>
    <w:qFormat/>
    <w:rsid w:val="00FC693F"/>
    <w:rPr>
      <w:i/>
      <w:iCs/>
    </w:rPr>
  </w:style>
  <w:style w:type="paragraph" w:styleId="IntenseQuote">
    <w:name w:val="Intense Quote"/>
    <w:basedOn w:val="Normal"/>
    <w:next w:val="Normal"/>
    <w:link w:val="IntenseQuoteChar"/>
    <w:uiPriority w:val="30"/>
    <w:qFormat/>
    <w:rsid w:val="00FC693F"/>
    <w:pPr>
      <w:pBdr>
        <w:bottom w:val="single" w:sz="4" w:space="4" w:color="4F81BD" w:themeColor="accent1"/>
      </w:pBdr>
      <w:spacing w:before="200" w:after="280"/>
      <w:ind w:left="936" w:right="936"/>
    </w:pPr>
    <w:rPr>
      <w:b/>
      <w:bCs/>
      <w:i/>
      <w:iCs/>
      <w:color w:val="4F81BD" w:themeColor="accent1"/>
    </w:rPr>
  </w:style>
  <w:style w:type="character" w:customStyle="1" w:styleId="IntenseQuoteChar">
    <w:name w:val="Intense Quote Char"/>
    <w:basedOn w:val="DefaultParagraphFont"/>
    <w:link w:val="IntenseQuote"/>
    <w:uiPriority w:val="30"/>
    <w:rsid w:val="00FC693F"/>
    <w:rPr>
      <w:b/>
      <w:bCs/>
      <w:i/>
      <w:iCs/>
      <w:color w:val="4F81BD" w:themeColor="accent1"/>
    </w:rPr>
  </w:style>
  <w:style w:type="character" w:styleId="SubtleEmphasis">
    <w:name w:val="Subtle Emphasis"/>
    <w:basedOn w:val="DefaultParagraphFont"/>
    <w:uiPriority w:val="19"/>
    <w:qFormat/>
    <w:rsid w:val="00FC693F"/>
    <w:rPr>
      <w:i/>
      <w:iCs/>
      <w:color w:val="808080" w:themeColor="text1" w:themeTint="7F"/>
    </w:rPr>
  </w:style>
  <w:style w:type="character" w:styleId="IntenseEmphasis">
    <w:name w:val="Intense Emphasis"/>
    <w:basedOn w:val="DefaultParagraphFont"/>
    <w:uiPriority w:val="21"/>
    <w:qFormat/>
    <w:rsid w:val="00FC693F"/>
    <w:rPr>
      <w:b/>
      <w:bCs/>
      <w:i/>
      <w:iCs/>
      <w:color w:val="4F81BD" w:themeColor="accent1"/>
    </w:rPr>
  </w:style>
  <w:style w:type="character" w:styleId="SubtleReference">
    <w:name w:val="Subtle Reference"/>
    <w:basedOn w:val="DefaultParagraphFont"/>
    <w:uiPriority w:val="31"/>
    <w:qFormat/>
    <w:rsid w:val="00FC693F"/>
    <w:rPr>
      <w:smallCaps/>
      <w:color w:val="C0504D" w:themeColor="accent2"/>
      <w:u w:val="single"/>
    </w:rPr>
  </w:style>
  <w:style w:type="character" w:styleId="IntenseReference">
    <w:name w:val="Intense Reference"/>
    <w:basedOn w:val="DefaultParagraphFont"/>
    <w:uiPriority w:val="32"/>
    <w:qFormat/>
    <w:rsid w:val="00FC693F"/>
    <w:rPr>
      <w:b/>
      <w:bCs/>
      <w:smallCaps/>
      <w:color w:val="C0504D" w:themeColor="accent2"/>
      <w:spacing w:val="5"/>
      <w:u w:val="single"/>
    </w:rPr>
  </w:style>
  <w:style w:type="character" w:styleId="BookTitle">
    <w:name w:val="Book Title"/>
    <w:basedOn w:val="DefaultParagraphFont"/>
    <w:uiPriority w:val="33"/>
    <w:qFormat/>
    <w:rsid w:val="00FC693F"/>
    <w:rPr>
      <w:b/>
      <w:bCs/>
      <w:smallCaps/>
      <w:spacing w:val="5"/>
    </w:rPr>
  </w:style>
  <w:style w:type="paragraph" w:styleId="TOCHeading">
    <w:name w:val="TOC Heading"/>
    <w:basedOn w:val="Heading1"/>
    <w:next w:val="Normal"/>
    <w:uiPriority w:val="39"/>
    <w:semiHidden/>
    <w:unhideWhenUsed/>
    <w:qFormat/>
    <w:rsid w:val="00FC693F"/>
    <w:pPr>
      <w:outlineLvl w:val="9"/>
    </w:pPr>
  </w:style>
  <w:style w:type="table" w:styleId="TableGrid">
    <w:name w:val="Table Grid"/>
    <w:basedOn w:val="TableNormal"/>
    <w:uiPriority w:val="59"/>
    <w:rsid w:val="00FC693F"/>
    <w:pPr>
      <w:spacing w:after="0" w:line="240" w:lineRule="auto"/>
    </w:pPr>
    <w:tblPr>
      <w:tblInd w:w="0" w:type="dxa"/>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CellMar>
        <w:top w:w="0" w:type="dxa"/>
        <w:left w:w="108" w:type="dxa"/>
        <w:bottom w:w="0" w:type="dxa"/>
        <w:right w:w="108" w:type="dxa"/>
      </w:tblCellMar>
    </w:tblPr>
  </w:style>
  <w:style w:type="table" w:styleId="LightShading">
    <w:name w:val="Light Shading"/>
    <w:basedOn w:val="TableNormal"/>
    <w:uiPriority w:val="60"/>
    <w:rsid w:val="00FC693F"/>
    <w:pPr>
      <w:spacing w:after="0" w:line="240" w:lineRule="auto"/>
    </w:pPr>
    <w:rPr>
      <w:color w:val="000000" w:themeColor="text1" w:themeShade="BF"/>
    </w:rPr>
    <w:tblPr>
      <w:tblStyleRowBandSize w:val="1"/>
      <w:tblStyleColBandSize w:val="1"/>
      <w:tblInd w:w="0" w:type="dxa"/>
      <w:tblBorders>
        <w:top w:val="single" w:sz="8" w:space="0" w:color="000000" w:themeColor="text1"/>
        <w:bottom w:val="single" w:sz="8" w:space="0" w:color="000000" w:themeColor="text1"/>
      </w:tblBorders>
      <w:tblCellMar>
        <w:top w:w="0" w:type="dxa"/>
        <w:left w:w="108" w:type="dxa"/>
        <w:bottom w:w="0" w:type="dxa"/>
        <w:right w:w="108" w:type="dxa"/>
      </w:tblCellMar>
    </w:tblPr>
    <w:tblStylePr w:type="firstRow">
      <w:pPr>
        <w:spacing w:before="0" w:after="0" w:line="240" w:lineRule="auto"/>
      </w:pPr>
      <w:rPr>
        <w:b/>
        <w:bCs/>
      </w:rPr>
      <w:tblPr/>
      <w:tcPr>
        <w:tcBorders>
          <w:top w:val="single" w:sz="8" w:space="0" w:color="000000" w:themeColor="text1"/>
          <w:left w:val="nil"/>
          <w:bottom w:val="single" w:sz="8" w:space="0" w:color="000000" w:themeColor="text1"/>
          <w:right w:val="nil"/>
          <w:insideH w:val="nil"/>
          <w:insideV w:val="nil"/>
        </w:tcBorders>
      </w:tcPr>
    </w:tblStylePr>
    <w:tblStylePr w:type="lastRow">
      <w:pPr>
        <w:spacing w:before="0" w:after="0" w:line="240" w:lineRule="auto"/>
      </w:pPr>
      <w:rPr>
        <w:b/>
        <w:bCs/>
      </w:rPr>
      <w:tblPr/>
      <w:tcPr>
        <w:tcBorders>
          <w:top w:val="single" w:sz="8" w:space="0" w:color="000000" w:themeColor="text1"/>
          <w:left w:val="nil"/>
          <w:bottom w:val="single" w:sz="8" w:space="0" w:color="000000" w:themeColor="text1"/>
          <w:right w:val="nil"/>
          <w:insideH w:val="nil"/>
          <w:insideV w:val="nil"/>
        </w:tcBorders>
      </w:tcPr>
    </w:tblStylePr>
    <w:tblStylePr w:type="firstCol">
      <w:rPr>
        <w:b/>
        <w:bCs/>
      </w:rPr>
    </w:tblStylePr>
    <w:tblStylePr w:type="lastCol">
      <w:rPr>
        <w:b/>
        <w:bCs/>
      </w:rPr>
    </w:tblStylePr>
    <w:tblStylePr w:type="band1Vert">
      <w:tblPr/>
      <w:tcPr>
        <w:tcBorders>
          <w:left w:val="nil"/>
          <w:right w:val="nil"/>
          <w:insideH w:val="nil"/>
          <w:insideV w:val="nil"/>
        </w:tcBorders>
        <w:shd w:val="clear" w:color="auto" w:fill="C0C0C0" w:themeFill="text1" w:themeFillTint="3F"/>
      </w:tcPr>
    </w:tblStylePr>
    <w:tblStylePr w:type="band1Horz">
      <w:tblPr/>
      <w:tcPr>
        <w:tcBorders>
          <w:left w:val="nil"/>
          <w:right w:val="nil"/>
          <w:insideH w:val="nil"/>
          <w:insideV w:val="nil"/>
        </w:tcBorders>
        <w:shd w:val="clear" w:color="auto" w:fill="C0C0C0" w:themeFill="text1" w:themeFillTint="3F"/>
      </w:tcPr>
    </w:tblStylePr>
  </w:style>
  <w:style w:type="table" w:styleId="LightShading-Accent1">
    <w:name w:val="Light Shading Accent 1"/>
    <w:basedOn w:val="TableNormal"/>
    <w:uiPriority w:val="60"/>
    <w:rsid w:val="00FC693F"/>
    <w:pPr>
      <w:spacing w:after="0" w:line="240" w:lineRule="auto"/>
    </w:pPr>
    <w:rPr>
      <w:color w:val="365F91" w:themeColor="accent1" w:themeShade="BF"/>
    </w:rPr>
    <w:tblPr>
      <w:tblStyleRowBandSize w:val="1"/>
      <w:tblStyleColBandSize w:val="1"/>
      <w:tblInd w:w="0" w:type="dxa"/>
      <w:tblBorders>
        <w:top w:val="single" w:sz="8" w:space="0" w:color="4F81BD" w:themeColor="accent1"/>
        <w:bottom w:val="single" w:sz="8" w:space="0" w:color="4F81BD" w:themeColor="accent1"/>
      </w:tblBorders>
      <w:tblCellMar>
        <w:top w:w="0" w:type="dxa"/>
        <w:left w:w="108" w:type="dxa"/>
        <w:bottom w:w="0" w:type="dxa"/>
        <w:right w:w="108" w:type="dxa"/>
      </w:tblCellMar>
    </w:tblPr>
    <w:tblStylePr w:type="firstRow">
      <w:pPr>
        <w:spacing w:before="0" w:after="0" w:line="240" w:lineRule="auto"/>
      </w:pPr>
      <w:rPr>
        <w:b/>
        <w:bCs/>
      </w:rPr>
      <w:tblPr/>
      <w:tcPr>
        <w:tcBorders>
          <w:top w:val="single" w:sz="8" w:space="0" w:color="4F81BD" w:themeColor="accent1"/>
          <w:left w:val="nil"/>
          <w:bottom w:val="single" w:sz="8" w:space="0" w:color="4F81BD" w:themeColor="accent1"/>
          <w:right w:val="nil"/>
          <w:insideH w:val="nil"/>
          <w:insideV w:val="nil"/>
        </w:tcBorders>
      </w:tcPr>
    </w:tblStylePr>
    <w:tblStylePr w:type="lastRow">
      <w:pPr>
        <w:spacing w:before="0" w:after="0" w:line="240" w:lineRule="auto"/>
      </w:pPr>
      <w:rPr>
        <w:b/>
        <w:bCs/>
      </w:rPr>
      <w:tblPr/>
      <w:tcPr>
        <w:tcBorders>
          <w:top w:val="single" w:sz="8" w:space="0" w:color="4F81BD" w:themeColor="accent1"/>
          <w:left w:val="nil"/>
          <w:bottom w:val="single" w:sz="8" w:space="0" w:color="4F81BD" w:themeColor="accent1"/>
          <w:right w:val="nil"/>
          <w:insideH w:val="nil"/>
          <w:insideV w:val="nil"/>
        </w:tcBorders>
      </w:tcPr>
    </w:tblStylePr>
    <w:tblStylePr w:type="firstCol">
      <w:rPr>
        <w:b/>
        <w:bCs/>
      </w:rPr>
    </w:tblStylePr>
    <w:tblStylePr w:type="lastCol">
      <w:rPr>
        <w:b/>
        <w:bCs/>
      </w:rPr>
    </w:tblStylePr>
    <w:tblStylePr w:type="band1Vert">
      <w:tblPr/>
      <w:tcPr>
        <w:tcBorders>
          <w:left w:val="nil"/>
          <w:right w:val="nil"/>
          <w:insideH w:val="nil"/>
          <w:insideV w:val="nil"/>
        </w:tcBorders>
        <w:shd w:val="clear" w:color="auto" w:fill="D3DFEE" w:themeFill="accent1" w:themeFillTint="3F"/>
      </w:tcPr>
    </w:tblStylePr>
    <w:tblStylePr w:type="band1Horz">
      <w:tblPr/>
      <w:tcPr>
        <w:tcBorders>
          <w:left w:val="nil"/>
          <w:right w:val="nil"/>
          <w:insideH w:val="nil"/>
          <w:insideV w:val="nil"/>
        </w:tcBorders>
        <w:shd w:val="clear" w:color="auto" w:fill="D3DFEE" w:themeFill="accent1" w:themeFillTint="3F"/>
      </w:tcPr>
    </w:tblStylePr>
  </w:style>
  <w:style w:type="table" w:styleId="LightShading-Accent2">
    <w:name w:val="Light Shading Accent 2"/>
    <w:basedOn w:val="TableNormal"/>
    <w:uiPriority w:val="60"/>
    <w:rsid w:val="00FC693F"/>
    <w:pPr>
      <w:spacing w:after="0" w:line="240" w:lineRule="auto"/>
    </w:pPr>
    <w:rPr>
      <w:color w:val="943634" w:themeColor="accent2" w:themeShade="BF"/>
    </w:rPr>
    <w:tblPr>
      <w:tblStyleRowBandSize w:val="1"/>
      <w:tblStyleColBandSize w:val="1"/>
      <w:tblInd w:w="0" w:type="dxa"/>
      <w:tblBorders>
        <w:top w:val="single" w:sz="8" w:space="0" w:color="C0504D" w:themeColor="accent2"/>
        <w:bottom w:val="single" w:sz="8" w:space="0" w:color="C0504D" w:themeColor="accent2"/>
      </w:tblBorders>
      <w:tblCellMar>
        <w:top w:w="0" w:type="dxa"/>
        <w:left w:w="108" w:type="dxa"/>
        <w:bottom w:w="0" w:type="dxa"/>
        <w:right w:w="108" w:type="dxa"/>
      </w:tblCellMar>
    </w:tblPr>
    <w:tblStylePr w:type="firstRow">
      <w:pPr>
        <w:spacing w:before="0" w:after="0" w:line="240" w:lineRule="auto"/>
      </w:pPr>
      <w:rPr>
        <w:b/>
        <w:bCs/>
      </w:rPr>
      <w:tblPr/>
      <w:tcPr>
        <w:tcBorders>
          <w:top w:val="single" w:sz="8" w:space="0" w:color="C0504D" w:themeColor="accent2"/>
          <w:left w:val="nil"/>
          <w:bottom w:val="single" w:sz="8" w:space="0" w:color="C0504D" w:themeColor="accent2"/>
          <w:right w:val="nil"/>
          <w:insideH w:val="nil"/>
          <w:insideV w:val="nil"/>
        </w:tcBorders>
      </w:tcPr>
    </w:tblStylePr>
    <w:tblStylePr w:type="lastRow">
      <w:pPr>
        <w:spacing w:before="0" w:after="0" w:line="240" w:lineRule="auto"/>
      </w:pPr>
      <w:rPr>
        <w:b/>
        <w:bCs/>
      </w:rPr>
      <w:tblPr/>
      <w:tcPr>
        <w:tcBorders>
          <w:top w:val="single" w:sz="8" w:space="0" w:color="C0504D" w:themeColor="accent2"/>
          <w:left w:val="nil"/>
          <w:bottom w:val="single" w:sz="8" w:space="0" w:color="C0504D" w:themeColor="accent2"/>
          <w:right w:val="nil"/>
          <w:insideH w:val="nil"/>
          <w:insideV w:val="nil"/>
        </w:tcBorders>
      </w:tcPr>
    </w:tblStylePr>
    <w:tblStylePr w:type="firstCol">
      <w:rPr>
        <w:b/>
        <w:bCs/>
      </w:rPr>
    </w:tblStylePr>
    <w:tblStylePr w:type="lastCol">
      <w:rPr>
        <w:b/>
        <w:bCs/>
      </w:rPr>
    </w:tblStylePr>
    <w:tblStylePr w:type="band1Vert">
      <w:tblPr/>
      <w:tcPr>
        <w:tcBorders>
          <w:left w:val="nil"/>
          <w:right w:val="nil"/>
          <w:insideH w:val="nil"/>
          <w:insideV w:val="nil"/>
        </w:tcBorders>
        <w:shd w:val="clear" w:color="auto" w:fill="EFD3D2" w:themeFill="accent2" w:themeFillTint="3F"/>
      </w:tcPr>
    </w:tblStylePr>
    <w:tblStylePr w:type="band1Horz">
      <w:tblPr/>
      <w:tcPr>
        <w:tcBorders>
          <w:left w:val="nil"/>
          <w:right w:val="nil"/>
          <w:insideH w:val="nil"/>
          <w:insideV w:val="nil"/>
        </w:tcBorders>
        <w:shd w:val="clear" w:color="auto" w:fill="EFD3D2" w:themeFill="accent2" w:themeFillTint="3F"/>
      </w:tcPr>
    </w:tblStylePr>
  </w:style>
  <w:style w:type="table" w:styleId="LightShading-Accent3">
    <w:name w:val="Light Shading Accent 3"/>
    <w:basedOn w:val="TableNormal"/>
    <w:uiPriority w:val="60"/>
    <w:rsid w:val="00FC693F"/>
    <w:pPr>
      <w:spacing w:after="0" w:line="240" w:lineRule="auto"/>
    </w:pPr>
    <w:rPr>
      <w:color w:val="76923C" w:themeColor="accent3" w:themeShade="BF"/>
    </w:rPr>
    <w:tblPr>
      <w:tblStyleRowBandSize w:val="1"/>
      <w:tblStyleColBandSize w:val="1"/>
      <w:tblInd w:w="0" w:type="dxa"/>
      <w:tblBorders>
        <w:top w:val="single" w:sz="8" w:space="0" w:color="9BBB59" w:themeColor="accent3"/>
        <w:bottom w:val="single" w:sz="8" w:space="0" w:color="9BBB59" w:themeColor="accent3"/>
      </w:tblBorders>
      <w:tblCellMar>
        <w:top w:w="0" w:type="dxa"/>
        <w:left w:w="108" w:type="dxa"/>
        <w:bottom w:w="0" w:type="dxa"/>
        <w:right w:w="108" w:type="dxa"/>
      </w:tblCellMar>
    </w:tblPr>
    <w:tblStylePr w:type="firstRow">
      <w:pPr>
        <w:spacing w:before="0" w:after="0" w:line="240" w:lineRule="auto"/>
      </w:pPr>
      <w:rPr>
        <w:b/>
        <w:bCs/>
      </w:rPr>
      <w:tblPr/>
      <w:tcPr>
        <w:tcBorders>
          <w:top w:val="single" w:sz="8" w:space="0" w:color="9BBB59" w:themeColor="accent3"/>
          <w:left w:val="nil"/>
          <w:bottom w:val="single" w:sz="8" w:space="0" w:color="9BBB59" w:themeColor="accent3"/>
          <w:right w:val="nil"/>
          <w:insideH w:val="nil"/>
          <w:insideV w:val="nil"/>
        </w:tcBorders>
      </w:tcPr>
    </w:tblStylePr>
    <w:tblStylePr w:type="lastRow">
      <w:pPr>
        <w:spacing w:before="0" w:after="0" w:line="240" w:lineRule="auto"/>
      </w:pPr>
      <w:rPr>
        <w:b/>
        <w:bCs/>
      </w:rPr>
      <w:tblPr/>
      <w:tcPr>
        <w:tcBorders>
          <w:top w:val="single" w:sz="8" w:space="0" w:color="9BBB59" w:themeColor="accent3"/>
          <w:left w:val="nil"/>
          <w:bottom w:val="single" w:sz="8" w:space="0" w:color="9BBB59" w:themeColor="accent3"/>
          <w:right w:val="nil"/>
          <w:insideH w:val="nil"/>
          <w:insideV w:val="nil"/>
        </w:tcBorders>
      </w:tcPr>
    </w:tblStylePr>
    <w:tblStylePr w:type="firstCol">
      <w:rPr>
        <w:b/>
        <w:bCs/>
      </w:rPr>
    </w:tblStylePr>
    <w:tblStylePr w:type="lastCol">
      <w:rPr>
        <w:b/>
        <w:bCs/>
      </w:rPr>
    </w:tblStylePr>
    <w:tblStylePr w:type="band1Vert">
      <w:tblPr/>
      <w:tcPr>
        <w:tcBorders>
          <w:left w:val="nil"/>
          <w:right w:val="nil"/>
          <w:insideH w:val="nil"/>
          <w:insideV w:val="nil"/>
        </w:tcBorders>
        <w:shd w:val="clear" w:color="auto" w:fill="E6EED5" w:themeFill="accent3" w:themeFillTint="3F"/>
      </w:tcPr>
    </w:tblStylePr>
    <w:tblStylePr w:type="band1Horz">
      <w:tblPr/>
      <w:tcPr>
        <w:tcBorders>
          <w:left w:val="nil"/>
          <w:right w:val="nil"/>
          <w:insideH w:val="nil"/>
          <w:insideV w:val="nil"/>
        </w:tcBorders>
        <w:shd w:val="clear" w:color="auto" w:fill="E6EED5" w:themeFill="accent3" w:themeFillTint="3F"/>
      </w:tcPr>
    </w:tblStylePr>
  </w:style>
  <w:style w:type="table" w:styleId="LightShading-Accent4">
    <w:name w:val="Light Shading Accent 4"/>
    <w:basedOn w:val="TableNormal"/>
    <w:uiPriority w:val="60"/>
    <w:rsid w:val="00FC693F"/>
    <w:pPr>
      <w:spacing w:after="0" w:line="240" w:lineRule="auto"/>
    </w:pPr>
    <w:rPr>
      <w:color w:val="5F497A" w:themeColor="accent4" w:themeShade="BF"/>
    </w:rPr>
    <w:tblPr>
      <w:tblStyleRowBandSize w:val="1"/>
      <w:tblStyleColBandSize w:val="1"/>
      <w:tblInd w:w="0" w:type="dxa"/>
      <w:tblBorders>
        <w:top w:val="single" w:sz="8" w:space="0" w:color="8064A2" w:themeColor="accent4"/>
        <w:bottom w:val="single" w:sz="8" w:space="0" w:color="8064A2" w:themeColor="accent4"/>
      </w:tblBorders>
      <w:tblCellMar>
        <w:top w:w="0" w:type="dxa"/>
        <w:left w:w="108" w:type="dxa"/>
        <w:bottom w:w="0" w:type="dxa"/>
        <w:right w:w="108" w:type="dxa"/>
      </w:tblCellMar>
    </w:tblPr>
    <w:tblStylePr w:type="firstRow">
      <w:pPr>
        <w:spacing w:before="0" w:after="0" w:line="240" w:lineRule="auto"/>
      </w:pPr>
      <w:rPr>
        <w:b/>
        <w:bCs/>
      </w:rPr>
      <w:tblPr/>
      <w:tcPr>
        <w:tcBorders>
          <w:top w:val="single" w:sz="8" w:space="0" w:color="8064A2" w:themeColor="accent4"/>
          <w:left w:val="nil"/>
          <w:bottom w:val="single" w:sz="8" w:space="0" w:color="8064A2" w:themeColor="accent4"/>
          <w:right w:val="nil"/>
          <w:insideH w:val="nil"/>
          <w:insideV w:val="nil"/>
        </w:tcBorders>
      </w:tcPr>
    </w:tblStylePr>
    <w:tblStylePr w:type="lastRow">
      <w:pPr>
        <w:spacing w:before="0" w:after="0" w:line="240" w:lineRule="auto"/>
      </w:pPr>
      <w:rPr>
        <w:b/>
        <w:bCs/>
      </w:rPr>
      <w:tblPr/>
      <w:tcPr>
        <w:tcBorders>
          <w:top w:val="single" w:sz="8" w:space="0" w:color="8064A2" w:themeColor="accent4"/>
          <w:left w:val="nil"/>
          <w:bottom w:val="single" w:sz="8" w:space="0" w:color="8064A2" w:themeColor="accent4"/>
          <w:right w:val="nil"/>
          <w:insideH w:val="nil"/>
          <w:insideV w:val="nil"/>
        </w:tcBorders>
      </w:tcPr>
    </w:tblStylePr>
    <w:tblStylePr w:type="firstCol">
      <w:rPr>
        <w:b/>
        <w:bCs/>
      </w:rPr>
    </w:tblStylePr>
    <w:tblStylePr w:type="lastCol">
      <w:rPr>
        <w:b/>
        <w:bCs/>
      </w:rPr>
    </w:tblStylePr>
    <w:tblStylePr w:type="band1Vert">
      <w:tblPr/>
      <w:tcPr>
        <w:tcBorders>
          <w:left w:val="nil"/>
          <w:right w:val="nil"/>
          <w:insideH w:val="nil"/>
          <w:insideV w:val="nil"/>
        </w:tcBorders>
        <w:shd w:val="clear" w:color="auto" w:fill="DFD8E8" w:themeFill="accent4" w:themeFillTint="3F"/>
      </w:tcPr>
    </w:tblStylePr>
    <w:tblStylePr w:type="band1Horz">
      <w:tblPr/>
      <w:tcPr>
        <w:tcBorders>
          <w:left w:val="nil"/>
          <w:right w:val="nil"/>
          <w:insideH w:val="nil"/>
          <w:insideV w:val="nil"/>
        </w:tcBorders>
        <w:shd w:val="clear" w:color="auto" w:fill="DFD8E8" w:themeFill="accent4" w:themeFillTint="3F"/>
      </w:tcPr>
    </w:tblStylePr>
  </w:style>
  <w:style w:type="table" w:styleId="LightShading-Accent5">
    <w:name w:val="Light Shading Accent 5"/>
    <w:basedOn w:val="TableNormal"/>
    <w:uiPriority w:val="60"/>
    <w:rsid w:val="00FC693F"/>
    <w:pPr>
      <w:spacing w:after="0" w:line="240" w:lineRule="auto"/>
    </w:pPr>
    <w:rPr>
      <w:color w:val="31849B" w:themeColor="accent5" w:themeShade="BF"/>
    </w:rPr>
    <w:tblPr>
      <w:tblStyleRowBandSize w:val="1"/>
      <w:tblStyleColBandSize w:val="1"/>
      <w:tblInd w:w="0" w:type="dxa"/>
      <w:tblBorders>
        <w:top w:val="single" w:sz="8" w:space="0" w:color="4BACC6" w:themeColor="accent5"/>
        <w:bottom w:val="single" w:sz="8" w:space="0" w:color="4BACC6" w:themeColor="accent5"/>
      </w:tblBorders>
      <w:tblCellMar>
        <w:top w:w="0" w:type="dxa"/>
        <w:left w:w="108" w:type="dxa"/>
        <w:bottom w:w="0" w:type="dxa"/>
        <w:right w:w="108" w:type="dxa"/>
      </w:tblCellMar>
    </w:tblPr>
    <w:tblStylePr w:type="firstRow">
      <w:pPr>
        <w:spacing w:before="0" w:after="0" w:line="240" w:lineRule="auto"/>
      </w:pPr>
      <w:rPr>
        <w:b/>
        <w:bCs/>
      </w:rPr>
      <w:tblPr/>
      <w:tcPr>
        <w:tcBorders>
          <w:top w:val="single" w:sz="8" w:space="0" w:color="4BACC6" w:themeColor="accent5"/>
          <w:left w:val="nil"/>
          <w:bottom w:val="single" w:sz="8" w:space="0" w:color="4BACC6" w:themeColor="accent5"/>
          <w:right w:val="nil"/>
          <w:insideH w:val="nil"/>
          <w:insideV w:val="nil"/>
        </w:tcBorders>
      </w:tcPr>
    </w:tblStylePr>
    <w:tblStylePr w:type="lastRow">
      <w:pPr>
        <w:spacing w:before="0" w:after="0" w:line="240" w:lineRule="auto"/>
      </w:pPr>
      <w:rPr>
        <w:b/>
        <w:bCs/>
      </w:rPr>
      <w:tblPr/>
      <w:tcPr>
        <w:tcBorders>
          <w:top w:val="single" w:sz="8" w:space="0" w:color="4BACC6" w:themeColor="accent5"/>
          <w:left w:val="nil"/>
          <w:bottom w:val="single" w:sz="8" w:space="0" w:color="4BACC6" w:themeColor="accent5"/>
          <w:right w:val="nil"/>
          <w:insideH w:val="nil"/>
          <w:insideV w:val="nil"/>
        </w:tcBorders>
      </w:tcPr>
    </w:tblStylePr>
    <w:tblStylePr w:type="firstCol">
      <w:rPr>
        <w:b/>
        <w:bCs/>
      </w:rPr>
    </w:tblStylePr>
    <w:tblStylePr w:type="lastCol">
      <w:rPr>
        <w:b/>
        <w:bCs/>
      </w:rPr>
    </w:tblStylePr>
    <w:tblStylePr w:type="band1Vert">
      <w:tblPr/>
      <w:tcPr>
        <w:tcBorders>
          <w:left w:val="nil"/>
          <w:right w:val="nil"/>
          <w:insideH w:val="nil"/>
          <w:insideV w:val="nil"/>
        </w:tcBorders>
        <w:shd w:val="clear" w:color="auto" w:fill="D2EAF1" w:themeFill="accent5" w:themeFillTint="3F"/>
      </w:tcPr>
    </w:tblStylePr>
    <w:tblStylePr w:type="band1Horz">
      <w:tblPr/>
      <w:tcPr>
        <w:tcBorders>
          <w:left w:val="nil"/>
          <w:right w:val="nil"/>
          <w:insideH w:val="nil"/>
          <w:insideV w:val="nil"/>
        </w:tcBorders>
        <w:shd w:val="clear" w:color="auto" w:fill="D2EAF1" w:themeFill="accent5" w:themeFillTint="3F"/>
      </w:tcPr>
    </w:tblStylePr>
  </w:style>
  <w:style w:type="table" w:styleId="LightShading-Accent6">
    <w:name w:val="Light Shading Accent 6"/>
    <w:basedOn w:val="TableNormal"/>
    <w:uiPriority w:val="60"/>
    <w:rsid w:val="00FC693F"/>
    <w:pPr>
      <w:spacing w:after="0" w:line="240" w:lineRule="auto"/>
    </w:pPr>
    <w:rPr>
      <w:color w:val="E36C0A" w:themeColor="accent6" w:themeShade="BF"/>
    </w:rPr>
    <w:tblPr>
      <w:tblStyleRowBandSize w:val="1"/>
      <w:tblStyleColBandSize w:val="1"/>
      <w:tblInd w:w="0" w:type="dxa"/>
      <w:tblBorders>
        <w:top w:val="single" w:sz="8" w:space="0" w:color="F79646" w:themeColor="accent6"/>
        <w:bottom w:val="single" w:sz="8" w:space="0" w:color="F79646" w:themeColor="accent6"/>
      </w:tblBorders>
      <w:tblCellMar>
        <w:top w:w="0" w:type="dxa"/>
        <w:left w:w="108" w:type="dxa"/>
        <w:bottom w:w="0" w:type="dxa"/>
        <w:right w:w="108" w:type="dxa"/>
      </w:tblCellMar>
    </w:tblPr>
    <w:tblStylePr w:type="firstRow">
      <w:pPr>
        <w:spacing w:before="0" w:after="0" w:line="240" w:lineRule="auto"/>
      </w:pPr>
      <w:rPr>
        <w:b/>
        <w:bCs/>
      </w:rPr>
      <w:tblPr/>
      <w:tcPr>
        <w:tcBorders>
          <w:top w:val="single" w:sz="8" w:space="0" w:color="F79646" w:themeColor="accent6"/>
          <w:left w:val="nil"/>
          <w:bottom w:val="single" w:sz="8" w:space="0" w:color="F79646" w:themeColor="accent6"/>
          <w:right w:val="nil"/>
          <w:insideH w:val="nil"/>
          <w:insideV w:val="nil"/>
        </w:tcBorders>
      </w:tcPr>
    </w:tblStylePr>
    <w:tblStylePr w:type="lastRow">
      <w:pPr>
        <w:spacing w:before="0" w:after="0" w:line="240" w:lineRule="auto"/>
      </w:pPr>
      <w:rPr>
        <w:b/>
        <w:bCs/>
      </w:rPr>
      <w:tblPr/>
      <w:tcPr>
        <w:tcBorders>
          <w:top w:val="single" w:sz="8" w:space="0" w:color="F79646" w:themeColor="accent6"/>
          <w:left w:val="nil"/>
          <w:bottom w:val="single" w:sz="8" w:space="0" w:color="F79646" w:themeColor="accent6"/>
          <w:right w:val="nil"/>
          <w:insideH w:val="nil"/>
          <w:insideV w:val="nil"/>
        </w:tcBorders>
      </w:tcPr>
    </w:tblStylePr>
    <w:tblStylePr w:type="firstCol">
      <w:rPr>
        <w:b/>
        <w:bCs/>
      </w:rPr>
    </w:tblStylePr>
    <w:tblStylePr w:type="lastCol">
      <w:rPr>
        <w:b/>
        <w:bCs/>
      </w:rPr>
    </w:tblStylePr>
    <w:tblStylePr w:type="band1Vert">
      <w:tblPr/>
      <w:tcPr>
        <w:tcBorders>
          <w:left w:val="nil"/>
          <w:right w:val="nil"/>
          <w:insideH w:val="nil"/>
          <w:insideV w:val="nil"/>
        </w:tcBorders>
        <w:shd w:val="clear" w:color="auto" w:fill="FDE4D0" w:themeFill="accent6" w:themeFillTint="3F"/>
      </w:tcPr>
    </w:tblStylePr>
    <w:tblStylePr w:type="band1Horz">
      <w:tblPr/>
      <w:tcPr>
        <w:tcBorders>
          <w:left w:val="nil"/>
          <w:right w:val="nil"/>
          <w:insideH w:val="nil"/>
          <w:insideV w:val="nil"/>
        </w:tcBorders>
        <w:shd w:val="clear" w:color="auto" w:fill="FDE4D0" w:themeFill="accent6" w:themeFillTint="3F"/>
      </w:tcPr>
    </w:tblStylePr>
  </w:style>
  <w:style w:type="table" w:styleId="LightList">
    <w:name w:val="Light List"/>
    <w:basedOn w:val="TableNormal"/>
    <w:uiPriority w:val="61"/>
    <w:rsid w:val="00FC693F"/>
    <w:pPr>
      <w:spacing w:after="0" w:line="240" w:lineRule="auto"/>
    </w:pPr>
    <w:tblPr>
      <w:tblStyleRowBandSize w:val="1"/>
      <w:tblStyleColBandSize w:val="1"/>
      <w:tblInd w:w="0" w:type="dxa"/>
      <w:tblBorders>
        <w:top w:val="single" w:sz="8" w:space="0" w:color="000000" w:themeColor="text1"/>
        <w:left w:val="single" w:sz="8" w:space="0" w:color="000000" w:themeColor="text1"/>
        <w:bottom w:val="single" w:sz="8" w:space="0" w:color="000000" w:themeColor="text1"/>
        <w:right w:val="single" w:sz="8" w:space="0" w:color="000000" w:themeColor="text1"/>
      </w:tblBorders>
      <w:tblCellMar>
        <w:top w:w="0" w:type="dxa"/>
        <w:left w:w="108" w:type="dxa"/>
        <w:bottom w:w="0" w:type="dxa"/>
        <w:right w:w="108" w:type="dxa"/>
      </w:tblCellMar>
    </w:tblPr>
    <w:tblStylePr w:type="firstRow">
      <w:pPr>
        <w:spacing w:before="0" w:after="0" w:line="240" w:lineRule="auto"/>
      </w:pPr>
      <w:rPr>
        <w:b/>
        <w:bCs/>
        <w:color w:val="FFFFFF" w:themeColor="background1"/>
      </w:rPr>
      <w:tblPr/>
      <w:tcPr>
        <w:shd w:val="clear" w:color="auto" w:fill="000000" w:themeFill="text1"/>
      </w:tcPr>
    </w:tblStylePr>
    <w:tblStylePr w:type="lastRow">
      <w:pPr>
        <w:spacing w:before="0" w:after="0" w:line="240" w:lineRule="auto"/>
      </w:pPr>
      <w:rPr>
        <w:b/>
        <w:bCs/>
      </w:rPr>
      <w:tblPr/>
      <w:tcPr>
        <w:tcBorders>
          <w:top w:val="double" w:sz="6" w:space="0" w:color="000000" w:themeColor="text1"/>
          <w:left w:val="single" w:sz="8" w:space="0" w:color="000000" w:themeColor="text1"/>
          <w:bottom w:val="single" w:sz="8" w:space="0" w:color="000000" w:themeColor="text1"/>
          <w:right w:val="single" w:sz="8" w:space="0" w:color="000000" w:themeColor="text1"/>
        </w:tcBorders>
      </w:tcPr>
    </w:tblStylePr>
    <w:tblStylePr w:type="firstCol">
      <w:rPr>
        <w:b/>
        <w:bCs/>
      </w:rPr>
    </w:tblStylePr>
    <w:tblStylePr w:type="lastCol">
      <w:rPr>
        <w:b/>
        <w:bCs/>
      </w:rPr>
    </w:tblStylePr>
    <w:tblStylePr w:type="band1Vert">
      <w:tblPr/>
      <w:tcPr>
        <w:tcBorders>
          <w:top w:val="single" w:sz="8" w:space="0" w:color="000000" w:themeColor="text1"/>
          <w:left w:val="single" w:sz="8" w:space="0" w:color="000000" w:themeColor="text1"/>
          <w:bottom w:val="single" w:sz="8" w:space="0" w:color="000000" w:themeColor="text1"/>
          <w:right w:val="single" w:sz="8" w:space="0" w:color="000000" w:themeColor="text1"/>
        </w:tcBorders>
      </w:tcPr>
    </w:tblStylePr>
    <w:tblStylePr w:type="band1Horz">
      <w:tblPr/>
      <w:tcPr>
        <w:tcBorders>
          <w:top w:val="single" w:sz="8" w:space="0" w:color="000000" w:themeColor="text1"/>
          <w:left w:val="single" w:sz="8" w:space="0" w:color="000000" w:themeColor="text1"/>
          <w:bottom w:val="single" w:sz="8" w:space="0" w:color="000000" w:themeColor="text1"/>
          <w:right w:val="single" w:sz="8" w:space="0" w:color="000000" w:themeColor="text1"/>
        </w:tcBorders>
      </w:tcPr>
    </w:tblStylePr>
  </w:style>
  <w:style w:type="table" w:styleId="LightList-Accent1">
    <w:name w:val="Light List Accent 1"/>
    <w:basedOn w:val="TableNormal"/>
    <w:uiPriority w:val="61"/>
    <w:rsid w:val="00FC693F"/>
    <w:pPr>
      <w:spacing w:after="0" w:line="240" w:lineRule="auto"/>
    </w:pPr>
    <w:tblPr>
      <w:tblStyleRowBandSize w:val="1"/>
      <w:tblStyleColBandSize w:val="1"/>
      <w:tblInd w:w="0" w:type="dxa"/>
      <w:tblBorders>
        <w:top w:val="single" w:sz="8" w:space="0" w:color="4F81BD" w:themeColor="accent1"/>
        <w:left w:val="single" w:sz="8" w:space="0" w:color="4F81BD" w:themeColor="accent1"/>
        <w:bottom w:val="single" w:sz="8" w:space="0" w:color="4F81BD" w:themeColor="accent1"/>
        <w:right w:val="single" w:sz="8" w:space="0" w:color="4F81BD" w:themeColor="accent1"/>
      </w:tblBorders>
      <w:tblCellMar>
        <w:top w:w="0" w:type="dxa"/>
        <w:left w:w="108" w:type="dxa"/>
        <w:bottom w:w="0" w:type="dxa"/>
        <w:right w:w="108" w:type="dxa"/>
      </w:tblCellMar>
    </w:tblPr>
    <w:tblStylePr w:type="firstRow">
      <w:pPr>
        <w:spacing w:before="0" w:after="0" w:line="240" w:lineRule="auto"/>
      </w:pPr>
      <w:rPr>
        <w:b/>
        <w:bCs/>
        <w:color w:val="FFFFFF" w:themeColor="background1"/>
      </w:rPr>
      <w:tblPr/>
      <w:tcPr>
        <w:shd w:val="clear" w:color="auto" w:fill="4F81BD" w:themeFill="accent1"/>
      </w:tcPr>
    </w:tblStylePr>
    <w:tblStylePr w:type="lastRow">
      <w:pPr>
        <w:spacing w:before="0" w:after="0" w:line="240" w:lineRule="auto"/>
      </w:pPr>
      <w:rPr>
        <w:b/>
        <w:bCs/>
      </w:rPr>
      <w:tblPr/>
      <w:tcPr>
        <w:tcBorders>
          <w:top w:val="double" w:sz="6" w:space="0" w:color="4F81BD" w:themeColor="accent1"/>
          <w:left w:val="single" w:sz="8" w:space="0" w:color="4F81BD" w:themeColor="accent1"/>
          <w:bottom w:val="single" w:sz="8" w:space="0" w:color="4F81BD" w:themeColor="accent1"/>
          <w:right w:val="single" w:sz="8" w:space="0" w:color="4F81BD" w:themeColor="accent1"/>
        </w:tcBorders>
      </w:tcPr>
    </w:tblStylePr>
    <w:tblStylePr w:type="firstCol">
      <w:rPr>
        <w:b/>
        <w:bCs/>
      </w:rPr>
    </w:tblStylePr>
    <w:tblStylePr w:type="lastCol">
      <w:rPr>
        <w:b/>
        <w:bCs/>
      </w:rPr>
    </w:tblStylePr>
    <w:tblStylePr w:type="band1Vert">
      <w:tblPr/>
      <w:tcPr>
        <w:tcBorders>
          <w:top w:val="single" w:sz="8" w:space="0" w:color="4F81BD" w:themeColor="accent1"/>
          <w:left w:val="single" w:sz="8" w:space="0" w:color="4F81BD" w:themeColor="accent1"/>
          <w:bottom w:val="single" w:sz="8" w:space="0" w:color="4F81BD" w:themeColor="accent1"/>
          <w:right w:val="single" w:sz="8" w:space="0" w:color="4F81BD" w:themeColor="accent1"/>
        </w:tcBorders>
      </w:tcPr>
    </w:tblStylePr>
    <w:tblStylePr w:type="band1Horz">
      <w:tblPr/>
      <w:tcPr>
        <w:tcBorders>
          <w:top w:val="single" w:sz="8" w:space="0" w:color="4F81BD" w:themeColor="accent1"/>
          <w:left w:val="single" w:sz="8" w:space="0" w:color="4F81BD" w:themeColor="accent1"/>
          <w:bottom w:val="single" w:sz="8" w:space="0" w:color="4F81BD" w:themeColor="accent1"/>
          <w:right w:val="single" w:sz="8" w:space="0" w:color="4F81BD" w:themeColor="accent1"/>
        </w:tcBorders>
      </w:tcPr>
    </w:tblStylePr>
  </w:style>
  <w:style w:type="table" w:styleId="LightList-Accent2">
    <w:name w:val="Light List Accent 2"/>
    <w:basedOn w:val="TableNormal"/>
    <w:uiPriority w:val="61"/>
    <w:rsid w:val="00CB0664"/>
    <w:pPr>
      <w:spacing w:after="0" w:line="240" w:lineRule="auto"/>
    </w:pPr>
    <w:tblPr>
      <w:tblStyleRowBandSize w:val="1"/>
      <w:tblStyleColBandSize w:val="1"/>
      <w:tblInd w:w="0" w:type="dxa"/>
      <w:tblBorders>
        <w:top w:val="single" w:sz="8" w:space="0" w:color="C0504D" w:themeColor="accent2"/>
        <w:left w:val="single" w:sz="8" w:space="0" w:color="C0504D" w:themeColor="accent2"/>
        <w:bottom w:val="single" w:sz="8" w:space="0" w:color="C0504D" w:themeColor="accent2"/>
        <w:right w:val="single" w:sz="8" w:space="0" w:color="C0504D" w:themeColor="accent2"/>
      </w:tblBorders>
      <w:tblCellMar>
        <w:top w:w="0" w:type="dxa"/>
        <w:left w:w="108" w:type="dxa"/>
        <w:bottom w:w="0" w:type="dxa"/>
        <w:right w:w="108" w:type="dxa"/>
      </w:tblCellMar>
    </w:tblPr>
    <w:tblStylePr w:type="firstRow">
      <w:pPr>
        <w:spacing w:before="0" w:after="0" w:line="240" w:lineRule="auto"/>
      </w:pPr>
      <w:rPr>
        <w:b/>
        <w:bCs/>
        <w:color w:val="FFFFFF" w:themeColor="background1"/>
      </w:rPr>
      <w:tblPr/>
      <w:tcPr>
        <w:shd w:val="clear" w:color="auto" w:fill="C0504D" w:themeFill="accent2"/>
      </w:tcPr>
    </w:tblStylePr>
    <w:tblStylePr w:type="lastRow">
      <w:pPr>
        <w:spacing w:before="0" w:after="0" w:line="240" w:lineRule="auto"/>
      </w:pPr>
      <w:rPr>
        <w:b/>
        <w:bCs/>
      </w:rPr>
      <w:tblPr/>
      <w:tcPr>
        <w:tcBorders>
          <w:top w:val="double" w:sz="6" w:space="0" w:color="C0504D" w:themeColor="accent2"/>
          <w:left w:val="single" w:sz="8" w:space="0" w:color="C0504D" w:themeColor="accent2"/>
          <w:bottom w:val="single" w:sz="8" w:space="0" w:color="C0504D" w:themeColor="accent2"/>
          <w:right w:val="single" w:sz="8" w:space="0" w:color="C0504D" w:themeColor="accent2"/>
        </w:tcBorders>
      </w:tcPr>
    </w:tblStylePr>
    <w:tblStylePr w:type="firstCol">
      <w:rPr>
        <w:b/>
        <w:bCs/>
      </w:rPr>
    </w:tblStylePr>
    <w:tblStylePr w:type="lastCol">
      <w:rPr>
        <w:b/>
        <w:bCs/>
      </w:rPr>
    </w:tblStylePr>
    <w:tblStylePr w:type="band1Vert">
      <w:tblPr/>
      <w:tcPr>
        <w:tcBorders>
          <w:top w:val="single" w:sz="8" w:space="0" w:color="C0504D" w:themeColor="accent2"/>
          <w:left w:val="single" w:sz="8" w:space="0" w:color="C0504D" w:themeColor="accent2"/>
          <w:bottom w:val="single" w:sz="8" w:space="0" w:color="C0504D" w:themeColor="accent2"/>
          <w:right w:val="single" w:sz="8" w:space="0" w:color="C0504D" w:themeColor="accent2"/>
        </w:tcBorders>
      </w:tcPr>
    </w:tblStylePr>
    <w:tblStylePr w:type="band1Horz">
      <w:tblPr/>
      <w:tcPr>
        <w:tcBorders>
          <w:top w:val="single" w:sz="8" w:space="0" w:color="C0504D" w:themeColor="accent2"/>
          <w:left w:val="single" w:sz="8" w:space="0" w:color="C0504D" w:themeColor="accent2"/>
          <w:bottom w:val="single" w:sz="8" w:space="0" w:color="C0504D" w:themeColor="accent2"/>
          <w:right w:val="single" w:sz="8" w:space="0" w:color="C0504D" w:themeColor="accent2"/>
        </w:tcBorders>
      </w:tcPr>
    </w:tblStylePr>
  </w:style>
  <w:style w:type="table" w:styleId="LightList-Accent3">
    <w:name w:val="Light List Accent 3"/>
    <w:basedOn w:val="TableNormal"/>
    <w:uiPriority w:val="61"/>
    <w:rsid w:val="00CB0664"/>
    <w:pPr>
      <w:spacing w:after="0" w:line="240" w:lineRule="auto"/>
    </w:pPr>
    <w:tblPr>
      <w:tblStyleRowBandSize w:val="1"/>
      <w:tblStyleColBandSize w:val="1"/>
      <w:tblInd w:w="0" w:type="dxa"/>
      <w:tblBorders>
        <w:top w:val="single" w:sz="8" w:space="0" w:color="9BBB59" w:themeColor="accent3"/>
        <w:left w:val="single" w:sz="8" w:space="0" w:color="9BBB59" w:themeColor="accent3"/>
        <w:bottom w:val="single" w:sz="8" w:space="0" w:color="9BBB59" w:themeColor="accent3"/>
        <w:right w:val="single" w:sz="8" w:space="0" w:color="9BBB59" w:themeColor="accent3"/>
      </w:tblBorders>
      <w:tblCellMar>
        <w:top w:w="0" w:type="dxa"/>
        <w:left w:w="108" w:type="dxa"/>
        <w:bottom w:w="0" w:type="dxa"/>
        <w:right w:w="108" w:type="dxa"/>
      </w:tblCellMar>
    </w:tblPr>
    <w:tblStylePr w:type="firstRow">
      <w:pPr>
        <w:spacing w:before="0" w:after="0" w:line="240" w:lineRule="auto"/>
      </w:pPr>
      <w:rPr>
        <w:b/>
        <w:bCs/>
        <w:color w:val="FFFFFF" w:themeColor="background1"/>
      </w:rPr>
      <w:tblPr/>
      <w:tcPr>
        <w:shd w:val="clear" w:color="auto" w:fill="9BBB59" w:themeFill="accent3"/>
      </w:tcPr>
    </w:tblStylePr>
    <w:tblStylePr w:type="lastRow">
      <w:pPr>
        <w:spacing w:before="0" w:after="0" w:line="240" w:lineRule="auto"/>
      </w:pPr>
      <w:rPr>
        <w:b/>
        <w:bCs/>
      </w:rPr>
      <w:tblPr/>
      <w:tcPr>
        <w:tcBorders>
          <w:top w:val="double" w:sz="6" w:space="0" w:color="9BBB59" w:themeColor="accent3"/>
          <w:left w:val="single" w:sz="8" w:space="0" w:color="9BBB59" w:themeColor="accent3"/>
          <w:bottom w:val="single" w:sz="8" w:space="0" w:color="9BBB59" w:themeColor="accent3"/>
          <w:right w:val="single" w:sz="8" w:space="0" w:color="9BBB59" w:themeColor="accent3"/>
        </w:tcBorders>
      </w:tcPr>
    </w:tblStylePr>
    <w:tblStylePr w:type="firstCol">
      <w:rPr>
        <w:b/>
        <w:bCs/>
      </w:rPr>
    </w:tblStylePr>
    <w:tblStylePr w:type="lastCol">
      <w:rPr>
        <w:b/>
        <w:bCs/>
      </w:rPr>
    </w:tblStylePr>
    <w:tblStylePr w:type="band1Vert">
      <w:tblPr/>
      <w:tcPr>
        <w:tcBorders>
          <w:top w:val="single" w:sz="8" w:space="0" w:color="9BBB59" w:themeColor="accent3"/>
          <w:left w:val="single" w:sz="8" w:space="0" w:color="9BBB59" w:themeColor="accent3"/>
          <w:bottom w:val="single" w:sz="8" w:space="0" w:color="9BBB59" w:themeColor="accent3"/>
          <w:right w:val="single" w:sz="8" w:space="0" w:color="9BBB59" w:themeColor="accent3"/>
        </w:tcBorders>
      </w:tcPr>
    </w:tblStylePr>
    <w:tblStylePr w:type="band1Horz">
      <w:tblPr/>
      <w:tcPr>
        <w:tcBorders>
          <w:top w:val="single" w:sz="8" w:space="0" w:color="9BBB59" w:themeColor="accent3"/>
          <w:left w:val="single" w:sz="8" w:space="0" w:color="9BBB59" w:themeColor="accent3"/>
          <w:bottom w:val="single" w:sz="8" w:space="0" w:color="9BBB59" w:themeColor="accent3"/>
          <w:right w:val="single" w:sz="8" w:space="0" w:color="9BBB59" w:themeColor="accent3"/>
        </w:tcBorders>
      </w:tcPr>
    </w:tblStylePr>
  </w:style>
  <w:style w:type="table" w:styleId="LightList-Accent4">
    <w:name w:val="Light List Accent 4"/>
    <w:basedOn w:val="TableNormal"/>
    <w:uiPriority w:val="61"/>
    <w:rsid w:val="00CB0664"/>
    <w:pPr>
      <w:spacing w:after="0" w:line="240" w:lineRule="auto"/>
    </w:pPr>
    <w:tblPr>
      <w:tblStyleRowBandSize w:val="1"/>
      <w:tblStyleColBandSize w:val="1"/>
      <w:tblInd w:w="0" w:type="dxa"/>
      <w:tblBorders>
        <w:top w:val="single" w:sz="8" w:space="0" w:color="8064A2" w:themeColor="accent4"/>
        <w:left w:val="single" w:sz="8" w:space="0" w:color="8064A2" w:themeColor="accent4"/>
        <w:bottom w:val="single" w:sz="8" w:space="0" w:color="8064A2" w:themeColor="accent4"/>
        <w:right w:val="single" w:sz="8" w:space="0" w:color="8064A2" w:themeColor="accent4"/>
      </w:tblBorders>
      <w:tblCellMar>
        <w:top w:w="0" w:type="dxa"/>
        <w:left w:w="108" w:type="dxa"/>
        <w:bottom w:w="0" w:type="dxa"/>
        <w:right w:w="108" w:type="dxa"/>
      </w:tblCellMar>
    </w:tblPr>
    <w:tblStylePr w:type="firstRow">
      <w:pPr>
        <w:spacing w:before="0" w:after="0" w:line="240" w:lineRule="auto"/>
      </w:pPr>
      <w:rPr>
        <w:b/>
        <w:bCs/>
        <w:color w:val="FFFFFF" w:themeColor="background1"/>
      </w:rPr>
      <w:tblPr/>
      <w:tcPr>
        <w:shd w:val="clear" w:color="auto" w:fill="8064A2" w:themeFill="accent4"/>
      </w:tcPr>
    </w:tblStylePr>
    <w:tblStylePr w:type="lastRow">
      <w:pPr>
        <w:spacing w:before="0" w:after="0" w:line="240" w:lineRule="auto"/>
      </w:pPr>
      <w:rPr>
        <w:b/>
        <w:bCs/>
      </w:rPr>
      <w:tblPr/>
      <w:tcPr>
        <w:tcBorders>
          <w:top w:val="double" w:sz="6" w:space="0" w:color="8064A2" w:themeColor="accent4"/>
          <w:left w:val="single" w:sz="8" w:space="0" w:color="8064A2" w:themeColor="accent4"/>
          <w:bottom w:val="single" w:sz="8" w:space="0" w:color="8064A2" w:themeColor="accent4"/>
          <w:right w:val="single" w:sz="8" w:space="0" w:color="8064A2" w:themeColor="accent4"/>
        </w:tcBorders>
      </w:tcPr>
    </w:tblStylePr>
    <w:tblStylePr w:type="firstCol">
      <w:rPr>
        <w:b/>
        <w:bCs/>
      </w:rPr>
    </w:tblStylePr>
    <w:tblStylePr w:type="lastCol">
      <w:rPr>
        <w:b/>
        <w:bCs/>
      </w:rPr>
    </w:tblStylePr>
    <w:tblStylePr w:type="band1Vert">
      <w:tblPr/>
      <w:tcPr>
        <w:tcBorders>
          <w:top w:val="single" w:sz="8" w:space="0" w:color="8064A2" w:themeColor="accent4"/>
          <w:left w:val="single" w:sz="8" w:space="0" w:color="8064A2" w:themeColor="accent4"/>
          <w:bottom w:val="single" w:sz="8" w:space="0" w:color="8064A2" w:themeColor="accent4"/>
          <w:right w:val="single" w:sz="8" w:space="0" w:color="8064A2" w:themeColor="accent4"/>
        </w:tcBorders>
      </w:tcPr>
    </w:tblStylePr>
    <w:tblStylePr w:type="band1Horz">
      <w:tblPr/>
      <w:tcPr>
        <w:tcBorders>
          <w:top w:val="single" w:sz="8" w:space="0" w:color="8064A2" w:themeColor="accent4"/>
          <w:left w:val="single" w:sz="8" w:space="0" w:color="8064A2" w:themeColor="accent4"/>
          <w:bottom w:val="single" w:sz="8" w:space="0" w:color="8064A2" w:themeColor="accent4"/>
          <w:right w:val="single" w:sz="8" w:space="0" w:color="8064A2" w:themeColor="accent4"/>
        </w:tcBorders>
      </w:tcPr>
    </w:tblStylePr>
  </w:style>
  <w:style w:type="table" w:styleId="LightList-Accent5">
    <w:name w:val="Light List Accent 5"/>
    <w:basedOn w:val="TableNormal"/>
    <w:uiPriority w:val="61"/>
    <w:rsid w:val="00CB0664"/>
    <w:pPr>
      <w:spacing w:after="0" w:line="240" w:lineRule="auto"/>
    </w:pPr>
    <w:tblPr>
      <w:tblStyleRowBandSize w:val="1"/>
      <w:tblStyleColBandSize w:val="1"/>
      <w:tblInd w:w="0" w:type="dxa"/>
      <w:tblBorders>
        <w:top w:val="single" w:sz="8" w:space="0" w:color="4BACC6" w:themeColor="accent5"/>
        <w:left w:val="single" w:sz="8" w:space="0" w:color="4BACC6" w:themeColor="accent5"/>
        <w:bottom w:val="single" w:sz="8" w:space="0" w:color="4BACC6" w:themeColor="accent5"/>
        <w:right w:val="single" w:sz="8" w:space="0" w:color="4BACC6" w:themeColor="accent5"/>
      </w:tblBorders>
      <w:tblCellMar>
        <w:top w:w="0" w:type="dxa"/>
        <w:left w:w="108" w:type="dxa"/>
        <w:bottom w:w="0" w:type="dxa"/>
        <w:right w:w="108" w:type="dxa"/>
      </w:tblCellMar>
    </w:tblPr>
    <w:tblStylePr w:type="firstRow">
      <w:pPr>
        <w:spacing w:before="0" w:after="0" w:line="240" w:lineRule="auto"/>
      </w:pPr>
      <w:rPr>
        <w:b/>
        <w:bCs/>
        <w:color w:val="FFFFFF" w:themeColor="background1"/>
      </w:rPr>
      <w:tblPr/>
      <w:tcPr>
        <w:shd w:val="clear" w:color="auto" w:fill="4BACC6" w:themeFill="accent5"/>
      </w:tcPr>
    </w:tblStylePr>
    <w:tblStylePr w:type="lastRow">
      <w:pPr>
        <w:spacing w:before="0" w:after="0" w:line="240" w:lineRule="auto"/>
      </w:pPr>
      <w:rPr>
        <w:b/>
        <w:bCs/>
      </w:rPr>
      <w:tblPr/>
      <w:tcPr>
        <w:tcBorders>
          <w:top w:val="double" w:sz="6" w:space="0" w:color="4BACC6" w:themeColor="accent5"/>
          <w:left w:val="single" w:sz="8" w:space="0" w:color="4BACC6" w:themeColor="accent5"/>
          <w:bottom w:val="single" w:sz="8" w:space="0" w:color="4BACC6" w:themeColor="accent5"/>
          <w:right w:val="single" w:sz="8" w:space="0" w:color="4BACC6" w:themeColor="accent5"/>
        </w:tcBorders>
      </w:tcPr>
    </w:tblStylePr>
    <w:tblStylePr w:type="firstCol">
      <w:rPr>
        <w:b/>
        <w:bCs/>
      </w:rPr>
    </w:tblStylePr>
    <w:tblStylePr w:type="lastCol">
      <w:rPr>
        <w:b/>
        <w:bCs/>
      </w:rPr>
    </w:tblStylePr>
    <w:tblStylePr w:type="band1Vert">
      <w:tblPr/>
      <w:tcPr>
        <w:tcBorders>
          <w:top w:val="single" w:sz="8" w:space="0" w:color="4BACC6" w:themeColor="accent5"/>
          <w:left w:val="single" w:sz="8" w:space="0" w:color="4BACC6" w:themeColor="accent5"/>
          <w:bottom w:val="single" w:sz="8" w:space="0" w:color="4BACC6" w:themeColor="accent5"/>
          <w:right w:val="single" w:sz="8" w:space="0" w:color="4BACC6" w:themeColor="accent5"/>
        </w:tcBorders>
      </w:tcPr>
    </w:tblStylePr>
    <w:tblStylePr w:type="band1Horz">
      <w:tblPr/>
      <w:tcPr>
        <w:tcBorders>
          <w:top w:val="single" w:sz="8" w:space="0" w:color="4BACC6" w:themeColor="accent5"/>
          <w:left w:val="single" w:sz="8" w:space="0" w:color="4BACC6" w:themeColor="accent5"/>
          <w:bottom w:val="single" w:sz="8" w:space="0" w:color="4BACC6" w:themeColor="accent5"/>
          <w:right w:val="single" w:sz="8" w:space="0" w:color="4BACC6" w:themeColor="accent5"/>
        </w:tcBorders>
      </w:tcPr>
    </w:tblStylePr>
  </w:style>
  <w:style w:type="table" w:styleId="LightList-Accent6">
    <w:name w:val="Light List Accent 6"/>
    <w:basedOn w:val="TableNormal"/>
    <w:uiPriority w:val="61"/>
    <w:rsid w:val="00CB0664"/>
    <w:pPr>
      <w:spacing w:after="0" w:line="240" w:lineRule="auto"/>
    </w:pPr>
    <w:tblPr>
      <w:tblStyleRowBandSize w:val="1"/>
      <w:tblStyleColBandSize w:val="1"/>
      <w:tblInd w:w="0" w:type="dxa"/>
      <w:tblBorders>
        <w:top w:val="single" w:sz="8" w:space="0" w:color="F79646" w:themeColor="accent6"/>
        <w:left w:val="single" w:sz="8" w:space="0" w:color="F79646" w:themeColor="accent6"/>
        <w:bottom w:val="single" w:sz="8" w:space="0" w:color="F79646" w:themeColor="accent6"/>
        <w:right w:val="single" w:sz="8" w:space="0" w:color="F79646" w:themeColor="accent6"/>
      </w:tblBorders>
      <w:tblCellMar>
        <w:top w:w="0" w:type="dxa"/>
        <w:left w:w="108" w:type="dxa"/>
        <w:bottom w:w="0" w:type="dxa"/>
        <w:right w:w="108" w:type="dxa"/>
      </w:tblCellMar>
    </w:tblPr>
    <w:tblStylePr w:type="firstRow">
      <w:pPr>
        <w:spacing w:before="0" w:after="0" w:line="240" w:lineRule="auto"/>
      </w:pPr>
      <w:rPr>
        <w:b/>
        <w:bCs/>
        <w:color w:val="FFFFFF" w:themeColor="background1"/>
      </w:rPr>
      <w:tblPr/>
      <w:tcPr>
        <w:shd w:val="clear" w:color="auto" w:fill="F79646" w:themeFill="accent6"/>
      </w:tcPr>
    </w:tblStylePr>
    <w:tblStylePr w:type="lastRow">
      <w:pPr>
        <w:spacing w:before="0" w:after="0" w:line="240" w:lineRule="auto"/>
      </w:pPr>
      <w:rPr>
        <w:b/>
        <w:bCs/>
      </w:rPr>
      <w:tblPr/>
      <w:tcPr>
        <w:tcBorders>
          <w:top w:val="double" w:sz="6" w:space="0" w:color="F79646" w:themeColor="accent6"/>
          <w:left w:val="single" w:sz="8" w:space="0" w:color="F79646" w:themeColor="accent6"/>
          <w:bottom w:val="single" w:sz="8" w:space="0" w:color="F79646" w:themeColor="accent6"/>
          <w:right w:val="single" w:sz="8" w:space="0" w:color="F79646" w:themeColor="accent6"/>
        </w:tcBorders>
      </w:tcPr>
    </w:tblStylePr>
    <w:tblStylePr w:type="firstCol">
      <w:rPr>
        <w:b/>
        <w:bCs/>
      </w:rPr>
    </w:tblStylePr>
    <w:tblStylePr w:type="lastCol">
      <w:rPr>
        <w:b/>
        <w:bCs/>
      </w:rPr>
    </w:tblStylePr>
    <w:tblStylePr w:type="band1Vert">
      <w:tblPr/>
      <w:tcPr>
        <w:tcBorders>
          <w:top w:val="single" w:sz="8" w:space="0" w:color="F79646" w:themeColor="accent6"/>
          <w:left w:val="single" w:sz="8" w:space="0" w:color="F79646" w:themeColor="accent6"/>
          <w:bottom w:val="single" w:sz="8" w:space="0" w:color="F79646" w:themeColor="accent6"/>
          <w:right w:val="single" w:sz="8" w:space="0" w:color="F79646" w:themeColor="accent6"/>
        </w:tcBorders>
      </w:tcPr>
    </w:tblStylePr>
    <w:tblStylePr w:type="band1Horz">
      <w:tblPr/>
      <w:tcPr>
        <w:tcBorders>
          <w:top w:val="single" w:sz="8" w:space="0" w:color="F79646" w:themeColor="accent6"/>
          <w:left w:val="single" w:sz="8" w:space="0" w:color="F79646" w:themeColor="accent6"/>
          <w:bottom w:val="single" w:sz="8" w:space="0" w:color="F79646" w:themeColor="accent6"/>
          <w:right w:val="single" w:sz="8" w:space="0" w:color="F79646" w:themeColor="accent6"/>
        </w:tcBorders>
      </w:tcPr>
    </w:tblStylePr>
  </w:style>
  <w:style w:type="table" w:styleId="LightGrid">
    <w:name w:val="Light Grid"/>
    <w:basedOn w:val="TableNormal"/>
    <w:uiPriority w:val="62"/>
    <w:rsid w:val="00CB0664"/>
    <w:pPr>
      <w:spacing w:after="0" w:line="240" w:lineRule="auto"/>
    </w:pPr>
    <w:tblPr>
      <w:tblStyleRowBandSize w:val="1"/>
      <w:tblStyleColBandSize w:val="1"/>
      <w:tblInd w:w="0" w:type="dxa"/>
      <w:tblBorders>
        <w:top w:val="single" w:sz="8" w:space="0" w:color="000000" w:themeColor="text1"/>
        <w:left w:val="single" w:sz="8" w:space="0" w:color="000000" w:themeColor="text1"/>
        <w:bottom w:val="single" w:sz="8" w:space="0" w:color="000000" w:themeColor="text1"/>
        <w:right w:val="single" w:sz="8" w:space="0" w:color="000000" w:themeColor="text1"/>
        <w:insideH w:val="single" w:sz="8" w:space="0" w:color="000000" w:themeColor="text1"/>
        <w:insideV w:val="single" w:sz="8" w:space="0" w:color="000000" w:themeColor="text1"/>
      </w:tblBorders>
      <w:tblCellMar>
        <w:top w:w="0" w:type="dxa"/>
        <w:left w:w="108" w:type="dxa"/>
        <w:bottom w:w="0" w:type="dxa"/>
        <w:right w:w="108" w:type="dxa"/>
      </w:tblCellMar>
    </w:tblPr>
    <w:tblStylePr w:type="firstRow">
      <w:pPr>
        <w:spacing w:before="0" w:after="0" w:line="240" w:lineRule="auto"/>
      </w:pPr>
      <w:rPr>
        <w:rFonts w:asciiTheme="majorHAnsi" w:eastAsiaTheme="majorEastAsia" w:hAnsiTheme="majorHAnsi" w:cstheme="majorBidi"/>
        <w:b/>
        <w:bCs/>
      </w:rPr>
      <w:tblPr/>
      <w:tcPr>
        <w:tcBorders>
          <w:top w:val="single" w:sz="8" w:space="0" w:color="000000" w:themeColor="text1"/>
          <w:left w:val="single" w:sz="8" w:space="0" w:color="000000" w:themeColor="text1"/>
          <w:bottom w:val="single" w:sz="18" w:space="0" w:color="000000" w:themeColor="text1"/>
          <w:right w:val="single" w:sz="8" w:space="0" w:color="000000" w:themeColor="text1"/>
          <w:insideH w:val="nil"/>
          <w:insideV w:val="single" w:sz="8" w:space="0" w:color="000000" w:themeColor="text1"/>
        </w:tcBorders>
      </w:tcPr>
    </w:tblStylePr>
    <w:tblStylePr w:type="lastRow">
      <w:pPr>
        <w:spacing w:before="0" w:after="0" w:line="240" w:lineRule="auto"/>
      </w:pPr>
      <w:rPr>
        <w:rFonts w:asciiTheme="majorHAnsi" w:eastAsiaTheme="majorEastAsia" w:hAnsiTheme="majorHAnsi" w:cstheme="majorBidi"/>
        <w:b/>
        <w:bCs/>
      </w:rPr>
      <w:tblPr/>
      <w:tcPr>
        <w:tcBorders>
          <w:top w:val="double" w:sz="6" w:space="0" w:color="000000" w:themeColor="text1"/>
          <w:left w:val="single" w:sz="8" w:space="0" w:color="000000" w:themeColor="text1"/>
          <w:bottom w:val="single" w:sz="8" w:space="0" w:color="000000" w:themeColor="text1"/>
          <w:right w:val="single" w:sz="8" w:space="0" w:color="000000" w:themeColor="text1"/>
          <w:insideH w:val="nil"/>
          <w:insideV w:val="single" w:sz="8" w:space="0" w:color="000000" w:themeColor="text1"/>
        </w:tcBorders>
      </w:tcPr>
    </w:tblStylePr>
    <w:tblStylePr w:type="firstCol">
      <w:rPr>
        <w:rFonts w:asciiTheme="majorHAnsi" w:eastAsiaTheme="majorEastAsia" w:hAnsiTheme="majorHAnsi" w:cstheme="majorBidi"/>
        <w:b/>
        <w:bCs/>
      </w:rPr>
    </w:tblStylePr>
    <w:tblStylePr w:type="lastCol">
      <w:rPr>
        <w:rFonts w:asciiTheme="majorHAnsi" w:eastAsiaTheme="majorEastAsia" w:hAnsiTheme="majorHAnsi" w:cstheme="majorBidi"/>
        <w:b/>
        <w:bCs/>
      </w:rPr>
      <w:tblPr/>
      <w:tcPr>
        <w:tcBorders>
          <w:top w:val="single" w:sz="8" w:space="0" w:color="000000" w:themeColor="text1"/>
          <w:left w:val="single" w:sz="8" w:space="0" w:color="000000" w:themeColor="text1"/>
          <w:bottom w:val="single" w:sz="8" w:space="0" w:color="000000" w:themeColor="text1"/>
          <w:right w:val="single" w:sz="8" w:space="0" w:color="000000" w:themeColor="text1"/>
        </w:tcBorders>
      </w:tcPr>
    </w:tblStylePr>
    <w:tblStylePr w:type="band1Vert">
      <w:tblPr/>
      <w:tcPr>
        <w:tcBorders>
          <w:top w:val="single" w:sz="8" w:space="0" w:color="000000" w:themeColor="text1"/>
          <w:left w:val="single" w:sz="8" w:space="0" w:color="000000" w:themeColor="text1"/>
          <w:bottom w:val="single" w:sz="8" w:space="0" w:color="000000" w:themeColor="text1"/>
          <w:right w:val="single" w:sz="8" w:space="0" w:color="000000" w:themeColor="text1"/>
        </w:tcBorders>
        <w:shd w:val="clear" w:color="auto" w:fill="C0C0C0" w:themeFill="text1" w:themeFillTint="3F"/>
      </w:tcPr>
    </w:tblStylePr>
    <w:tblStylePr w:type="band1Horz">
      <w:tblPr/>
      <w:tcPr>
        <w:tcBorders>
          <w:top w:val="single" w:sz="8" w:space="0" w:color="000000" w:themeColor="text1"/>
          <w:left w:val="single" w:sz="8" w:space="0" w:color="000000" w:themeColor="text1"/>
          <w:bottom w:val="single" w:sz="8" w:space="0" w:color="000000" w:themeColor="text1"/>
          <w:right w:val="single" w:sz="8" w:space="0" w:color="000000" w:themeColor="text1"/>
          <w:insideV w:val="single" w:sz="8" w:space="0" w:color="000000" w:themeColor="text1"/>
        </w:tcBorders>
        <w:shd w:val="clear" w:color="auto" w:fill="C0C0C0" w:themeFill="text1" w:themeFillTint="3F"/>
      </w:tcPr>
    </w:tblStylePr>
    <w:tblStylePr w:type="band2Horz">
      <w:tblPr/>
      <w:tcPr>
        <w:tcBorders>
          <w:top w:val="single" w:sz="8" w:space="0" w:color="000000" w:themeColor="text1"/>
          <w:left w:val="single" w:sz="8" w:space="0" w:color="000000" w:themeColor="text1"/>
          <w:bottom w:val="single" w:sz="8" w:space="0" w:color="000000" w:themeColor="text1"/>
          <w:right w:val="single" w:sz="8" w:space="0" w:color="000000" w:themeColor="text1"/>
          <w:insideV w:val="single" w:sz="8" w:space="0" w:color="000000" w:themeColor="text1"/>
        </w:tcBorders>
      </w:tcPr>
    </w:tblStylePr>
  </w:style>
  <w:style w:type="table" w:styleId="LightGrid-Accent1">
    <w:name w:val="Light Grid Accent 1"/>
    <w:basedOn w:val="TableNormal"/>
    <w:uiPriority w:val="62"/>
    <w:rsid w:val="00CB0664"/>
    <w:pPr>
      <w:spacing w:after="0" w:line="240" w:lineRule="auto"/>
    </w:pPr>
    <w:tblPr>
      <w:tblStyleRowBandSize w:val="1"/>
      <w:tblStyleColBandSize w:val="1"/>
      <w:tblInd w:w="0" w:type="dxa"/>
      <w:tblBorders>
        <w:top w:val="single" w:sz="8" w:space="0" w:color="4F81BD" w:themeColor="accent1"/>
        <w:left w:val="single" w:sz="8" w:space="0" w:color="4F81BD" w:themeColor="accent1"/>
        <w:bottom w:val="single" w:sz="8" w:space="0" w:color="4F81BD" w:themeColor="accent1"/>
        <w:right w:val="single" w:sz="8" w:space="0" w:color="4F81BD" w:themeColor="accent1"/>
        <w:insideH w:val="single" w:sz="8" w:space="0" w:color="4F81BD" w:themeColor="accent1"/>
        <w:insideV w:val="single" w:sz="8" w:space="0" w:color="4F81BD" w:themeColor="accent1"/>
      </w:tblBorders>
      <w:tblCellMar>
        <w:top w:w="0" w:type="dxa"/>
        <w:left w:w="108" w:type="dxa"/>
        <w:bottom w:w="0" w:type="dxa"/>
        <w:right w:w="108" w:type="dxa"/>
      </w:tblCellMar>
    </w:tblPr>
    <w:tblStylePr w:type="firstRow">
      <w:pPr>
        <w:spacing w:before="0" w:after="0" w:line="240" w:lineRule="auto"/>
      </w:pPr>
      <w:rPr>
        <w:rFonts w:asciiTheme="majorHAnsi" w:eastAsiaTheme="majorEastAsia" w:hAnsiTheme="majorHAnsi" w:cstheme="majorBidi"/>
        <w:b/>
        <w:bCs/>
      </w:rPr>
      <w:tblPr/>
      <w:tcPr>
        <w:tcBorders>
          <w:top w:val="single" w:sz="8" w:space="0" w:color="4F81BD" w:themeColor="accent1"/>
          <w:left w:val="single" w:sz="8" w:space="0" w:color="4F81BD" w:themeColor="accent1"/>
          <w:bottom w:val="single" w:sz="18" w:space="0" w:color="4F81BD" w:themeColor="accent1"/>
          <w:right w:val="single" w:sz="8" w:space="0" w:color="4F81BD" w:themeColor="accent1"/>
          <w:insideH w:val="nil"/>
          <w:insideV w:val="single" w:sz="8" w:space="0" w:color="4F81BD" w:themeColor="accent1"/>
        </w:tcBorders>
      </w:tcPr>
    </w:tblStylePr>
    <w:tblStylePr w:type="lastRow">
      <w:pPr>
        <w:spacing w:before="0" w:after="0" w:line="240" w:lineRule="auto"/>
      </w:pPr>
      <w:rPr>
        <w:rFonts w:asciiTheme="majorHAnsi" w:eastAsiaTheme="majorEastAsia" w:hAnsiTheme="majorHAnsi" w:cstheme="majorBidi"/>
        <w:b/>
        <w:bCs/>
      </w:rPr>
      <w:tblPr/>
      <w:tcPr>
        <w:tcBorders>
          <w:top w:val="double" w:sz="6" w:space="0" w:color="4F81BD" w:themeColor="accent1"/>
          <w:left w:val="single" w:sz="8" w:space="0" w:color="4F81BD" w:themeColor="accent1"/>
          <w:bottom w:val="single" w:sz="8" w:space="0" w:color="4F81BD" w:themeColor="accent1"/>
          <w:right w:val="single" w:sz="8" w:space="0" w:color="4F81BD" w:themeColor="accent1"/>
          <w:insideH w:val="nil"/>
          <w:insideV w:val="single" w:sz="8" w:space="0" w:color="4F81BD" w:themeColor="accent1"/>
        </w:tcBorders>
      </w:tcPr>
    </w:tblStylePr>
    <w:tblStylePr w:type="firstCol">
      <w:rPr>
        <w:rFonts w:asciiTheme="majorHAnsi" w:eastAsiaTheme="majorEastAsia" w:hAnsiTheme="majorHAnsi" w:cstheme="majorBidi"/>
        <w:b/>
        <w:bCs/>
      </w:rPr>
    </w:tblStylePr>
    <w:tblStylePr w:type="lastCol">
      <w:rPr>
        <w:rFonts w:asciiTheme="majorHAnsi" w:eastAsiaTheme="majorEastAsia" w:hAnsiTheme="majorHAnsi" w:cstheme="majorBidi"/>
        <w:b/>
        <w:bCs/>
      </w:rPr>
      <w:tblPr/>
      <w:tcPr>
        <w:tcBorders>
          <w:top w:val="single" w:sz="8" w:space="0" w:color="4F81BD" w:themeColor="accent1"/>
          <w:left w:val="single" w:sz="8" w:space="0" w:color="4F81BD" w:themeColor="accent1"/>
          <w:bottom w:val="single" w:sz="8" w:space="0" w:color="4F81BD" w:themeColor="accent1"/>
          <w:right w:val="single" w:sz="8" w:space="0" w:color="4F81BD" w:themeColor="accent1"/>
        </w:tcBorders>
      </w:tcPr>
    </w:tblStylePr>
    <w:tblStylePr w:type="band1Vert">
      <w:tblPr/>
      <w:tcPr>
        <w:tcBorders>
          <w:top w:val="single" w:sz="8" w:space="0" w:color="4F81BD" w:themeColor="accent1"/>
          <w:left w:val="single" w:sz="8" w:space="0" w:color="4F81BD" w:themeColor="accent1"/>
          <w:bottom w:val="single" w:sz="8" w:space="0" w:color="4F81BD" w:themeColor="accent1"/>
          <w:right w:val="single" w:sz="8" w:space="0" w:color="4F81BD" w:themeColor="accent1"/>
        </w:tcBorders>
        <w:shd w:val="clear" w:color="auto" w:fill="D3DFEE" w:themeFill="accent1" w:themeFillTint="3F"/>
      </w:tcPr>
    </w:tblStylePr>
    <w:tblStylePr w:type="band1Horz">
      <w:tblPr/>
      <w:tcPr>
        <w:tcBorders>
          <w:top w:val="single" w:sz="8" w:space="0" w:color="4F81BD" w:themeColor="accent1"/>
          <w:left w:val="single" w:sz="8" w:space="0" w:color="4F81BD" w:themeColor="accent1"/>
          <w:bottom w:val="single" w:sz="8" w:space="0" w:color="4F81BD" w:themeColor="accent1"/>
          <w:right w:val="single" w:sz="8" w:space="0" w:color="4F81BD" w:themeColor="accent1"/>
          <w:insideV w:val="single" w:sz="8" w:space="0" w:color="4F81BD" w:themeColor="accent1"/>
        </w:tcBorders>
        <w:shd w:val="clear" w:color="auto" w:fill="D3DFEE" w:themeFill="accent1" w:themeFillTint="3F"/>
      </w:tcPr>
    </w:tblStylePr>
    <w:tblStylePr w:type="band2Horz">
      <w:tblPr/>
      <w:tcPr>
        <w:tcBorders>
          <w:top w:val="single" w:sz="8" w:space="0" w:color="4F81BD" w:themeColor="accent1"/>
          <w:left w:val="single" w:sz="8" w:space="0" w:color="4F81BD" w:themeColor="accent1"/>
          <w:bottom w:val="single" w:sz="8" w:space="0" w:color="4F81BD" w:themeColor="accent1"/>
          <w:right w:val="single" w:sz="8" w:space="0" w:color="4F81BD" w:themeColor="accent1"/>
          <w:insideV w:val="single" w:sz="8" w:space="0" w:color="4F81BD" w:themeColor="accent1"/>
        </w:tcBorders>
      </w:tcPr>
    </w:tblStylePr>
  </w:style>
  <w:style w:type="table" w:styleId="LightGrid-Accent2">
    <w:name w:val="Light Grid Accent 2"/>
    <w:basedOn w:val="TableNormal"/>
    <w:uiPriority w:val="62"/>
    <w:rsid w:val="00CB0664"/>
    <w:pPr>
      <w:spacing w:after="0" w:line="240" w:lineRule="auto"/>
    </w:pPr>
    <w:tblPr>
      <w:tblStyleRowBandSize w:val="1"/>
      <w:tblStyleColBandSize w:val="1"/>
      <w:tblInd w:w="0" w:type="dxa"/>
      <w:tblBorders>
        <w:top w:val="single" w:sz="8" w:space="0" w:color="C0504D" w:themeColor="accent2"/>
        <w:left w:val="single" w:sz="8" w:space="0" w:color="C0504D" w:themeColor="accent2"/>
        <w:bottom w:val="single" w:sz="8" w:space="0" w:color="C0504D" w:themeColor="accent2"/>
        <w:right w:val="single" w:sz="8" w:space="0" w:color="C0504D" w:themeColor="accent2"/>
        <w:insideH w:val="single" w:sz="8" w:space="0" w:color="C0504D" w:themeColor="accent2"/>
        <w:insideV w:val="single" w:sz="8" w:space="0" w:color="C0504D" w:themeColor="accent2"/>
      </w:tblBorders>
      <w:tblCellMar>
        <w:top w:w="0" w:type="dxa"/>
        <w:left w:w="108" w:type="dxa"/>
        <w:bottom w:w="0" w:type="dxa"/>
        <w:right w:w="108" w:type="dxa"/>
      </w:tblCellMar>
    </w:tblPr>
    <w:tblStylePr w:type="firstRow">
      <w:pPr>
        <w:spacing w:before="0" w:after="0" w:line="240" w:lineRule="auto"/>
      </w:pPr>
      <w:rPr>
        <w:rFonts w:asciiTheme="majorHAnsi" w:eastAsiaTheme="majorEastAsia" w:hAnsiTheme="majorHAnsi" w:cstheme="majorBidi"/>
        <w:b/>
        <w:bCs/>
      </w:rPr>
      <w:tblPr/>
      <w:tcPr>
        <w:tcBorders>
          <w:top w:val="single" w:sz="8" w:space="0" w:color="C0504D" w:themeColor="accent2"/>
          <w:left w:val="single" w:sz="8" w:space="0" w:color="C0504D" w:themeColor="accent2"/>
          <w:bottom w:val="single" w:sz="18" w:space="0" w:color="C0504D" w:themeColor="accent2"/>
          <w:right w:val="single" w:sz="8" w:space="0" w:color="C0504D" w:themeColor="accent2"/>
          <w:insideH w:val="nil"/>
          <w:insideV w:val="single" w:sz="8" w:space="0" w:color="C0504D" w:themeColor="accent2"/>
        </w:tcBorders>
      </w:tcPr>
    </w:tblStylePr>
    <w:tblStylePr w:type="lastRow">
      <w:pPr>
        <w:spacing w:before="0" w:after="0" w:line="240" w:lineRule="auto"/>
      </w:pPr>
      <w:rPr>
        <w:rFonts w:asciiTheme="majorHAnsi" w:eastAsiaTheme="majorEastAsia" w:hAnsiTheme="majorHAnsi" w:cstheme="majorBidi"/>
        <w:b/>
        <w:bCs/>
      </w:rPr>
      <w:tblPr/>
      <w:tcPr>
        <w:tcBorders>
          <w:top w:val="double" w:sz="6" w:space="0" w:color="C0504D" w:themeColor="accent2"/>
          <w:left w:val="single" w:sz="8" w:space="0" w:color="C0504D" w:themeColor="accent2"/>
          <w:bottom w:val="single" w:sz="8" w:space="0" w:color="C0504D" w:themeColor="accent2"/>
          <w:right w:val="single" w:sz="8" w:space="0" w:color="C0504D" w:themeColor="accent2"/>
          <w:insideH w:val="nil"/>
          <w:insideV w:val="single" w:sz="8" w:space="0" w:color="C0504D" w:themeColor="accent2"/>
        </w:tcBorders>
      </w:tcPr>
    </w:tblStylePr>
    <w:tblStylePr w:type="firstCol">
      <w:rPr>
        <w:rFonts w:asciiTheme="majorHAnsi" w:eastAsiaTheme="majorEastAsia" w:hAnsiTheme="majorHAnsi" w:cstheme="majorBidi"/>
        <w:b/>
        <w:bCs/>
      </w:rPr>
    </w:tblStylePr>
    <w:tblStylePr w:type="lastCol">
      <w:rPr>
        <w:rFonts w:asciiTheme="majorHAnsi" w:eastAsiaTheme="majorEastAsia" w:hAnsiTheme="majorHAnsi" w:cstheme="majorBidi"/>
        <w:b/>
        <w:bCs/>
      </w:rPr>
      <w:tblPr/>
      <w:tcPr>
        <w:tcBorders>
          <w:top w:val="single" w:sz="8" w:space="0" w:color="C0504D" w:themeColor="accent2"/>
          <w:left w:val="single" w:sz="8" w:space="0" w:color="C0504D" w:themeColor="accent2"/>
          <w:bottom w:val="single" w:sz="8" w:space="0" w:color="C0504D" w:themeColor="accent2"/>
          <w:right w:val="single" w:sz="8" w:space="0" w:color="C0504D" w:themeColor="accent2"/>
        </w:tcBorders>
      </w:tcPr>
    </w:tblStylePr>
    <w:tblStylePr w:type="band1Vert">
      <w:tblPr/>
      <w:tcPr>
        <w:tcBorders>
          <w:top w:val="single" w:sz="8" w:space="0" w:color="C0504D" w:themeColor="accent2"/>
          <w:left w:val="single" w:sz="8" w:space="0" w:color="C0504D" w:themeColor="accent2"/>
          <w:bottom w:val="single" w:sz="8" w:space="0" w:color="C0504D" w:themeColor="accent2"/>
          <w:right w:val="single" w:sz="8" w:space="0" w:color="C0504D" w:themeColor="accent2"/>
        </w:tcBorders>
        <w:shd w:val="clear" w:color="auto" w:fill="EFD3D2" w:themeFill="accent2" w:themeFillTint="3F"/>
      </w:tcPr>
    </w:tblStylePr>
    <w:tblStylePr w:type="band1Horz">
      <w:tblPr/>
      <w:tcPr>
        <w:tcBorders>
          <w:top w:val="single" w:sz="8" w:space="0" w:color="C0504D" w:themeColor="accent2"/>
          <w:left w:val="single" w:sz="8" w:space="0" w:color="C0504D" w:themeColor="accent2"/>
          <w:bottom w:val="single" w:sz="8" w:space="0" w:color="C0504D" w:themeColor="accent2"/>
          <w:right w:val="single" w:sz="8" w:space="0" w:color="C0504D" w:themeColor="accent2"/>
          <w:insideV w:val="single" w:sz="8" w:space="0" w:color="C0504D" w:themeColor="accent2"/>
        </w:tcBorders>
        <w:shd w:val="clear" w:color="auto" w:fill="EFD3D2" w:themeFill="accent2" w:themeFillTint="3F"/>
      </w:tcPr>
    </w:tblStylePr>
    <w:tblStylePr w:type="band2Horz">
      <w:tblPr/>
      <w:tcPr>
        <w:tcBorders>
          <w:top w:val="single" w:sz="8" w:space="0" w:color="C0504D" w:themeColor="accent2"/>
          <w:left w:val="single" w:sz="8" w:space="0" w:color="C0504D" w:themeColor="accent2"/>
          <w:bottom w:val="single" w:sz="8" w:space="0" w:color="C0504D" w:themeColor="accent2"/>
          <w:right w:val="single" w:sz="8" w:space="0" w:color="C0504D" w:themeColor="accent2"/>
          <w:insideV w:val="single" w:sz="8" w:space="0" w:color="C0504D" w:themeColor="accent2"/>
        </w:tcBorders>
      </w:tcPr>
    </w:tblStylePr>
  </w:style>
  <w:style w:type="table" w:styleId="LightGrid-Accent3">
    <w:name w:val="Light Grid Accent 3"/>
    <w:basedOn w:val="TableNormal"/>
    <w:uiPriority w:val="62"/>
    <w:rsid w:val="00CB0664"/>
    <w:pPr>
      <w:spacing w:after="0" w:line="240" w:lineRule="auto"/>
    </w:pPr>
    <w:tblPr>
      <w:tblStyleRowBandSize w:val="1"/>
      <w:tblStyleColBandSize w:val="1"/>
      <w:tblInd w:w="0" w:type="dxa"/>
      <w:tblBorders>
        <w:top w:val="single" w:sz="8" w:space="0" w:color="9BBB59" w:themeColor="accent3"/>
        <w:left w:val="single" w:sz="8" w:space="0" w:color="9BBB59" w:themeColor="accent3"/>
        <w:bottom w:val="single" w:sz="8" w:space="0" w:color="9BBB59" w:themeColor="accent3"/>
        <w:right w:val="single" w:sz="8" w:space="0" w:color="9BBB59" w:themeColor="accent3"/>
        <w:insideH w:val="single" w:sz="8" w:space="0" w:color="9BBB59" w:themeColor="accent3"/>
        <w:insideV w:val="single" w:sz="8" w:space="0" w:color="9BBB59" w:themeColor="accent3"/>
      </w:tblBorders>
      <w:tblCellMar>
        <w:top w:w="0" w:type="dxa"/>
        <w:left w:w="108" w:type="dxa"/>
        <w:bottom w:w="0" w:type="dxa"/>
        <w:right w:w="108" w:type="dxa"/>
      </w:tblCellMar>
    </w:tblPr>
    <w:tblStylePr w:type="firstRow">
      <w:pPr>
        <w:spacing w:before="0" w:after="0" w:line="240" w:lineRule="auto"/>
      </w:pPr>
      <w:rPr>
        <w:rFonts w:asciiTheme="majorHAnsi" w:eastAsiaTheme="majorEastAsia" w:hAnsiTheme="majorHAnsi" w:cstheme="majorBidi"/>
        <w:b/>
        <w:bCs/>
      </w:rPr>
      <w:tblPr/>
      <w:tcPr>
        <w:tcBorders>
          <w:top w:val="single" w:sz="8" w:space="0" w:color="9BBB59" w:themeColor="accent3"/>
          <w:left w:val="single" w:sz="8" w:space="0" w:color="9BBB59" w:themeColor="accent3"/>
          <w:bottom w:val="single" w:sz="18" w:space="0" w:color="9BBB59" w:themeColor="accent3"/>
          <w:right w:val="single" w:sz="8" w:space="0" w:color="9BBB59" w:themeColor="accent3"/>
          <w:insideH w:val="nil"/>
          <w:insideV w:val="single" w:sz="8" w:space="0" w:color="9BBB59" w:themeColor="accent3"/>
        </w:tcBorders>
      </w:tcPr>
    </w:tblStylePr>
    <w:tblStylePr w:type="lastRow">
      <w:pPr>
        <w:spacing w:before="0" w:after="0" w:line="240" w:lineRule="auto"/>
      </w:pPr>
      <w:rPr>
        <w:rFonts w:asciiTheme="majorHAnsi" w:eastAsiaTheme="majorEastAsia" w:hAnsiTheme="majorHAnsi" w:cstheme="majorBidi"/>
        <w:b/>
        <w:bCs/>
      </w:rPr>
      <w:tblPr/>
      <w:tcPr>
        <w:tcBorders>
          <w:top w:val="double" w:sz="6" w:space="0" w:color="9BBB59" w:themeColor="accent3"/>
          <w:left w:val="single" w:sz="8" w:space="0" w:color="9BBB59" w:themeColor="accent3"/>
          <w:bottom w:val="single" w:sz="8" w:space="0" w:color="9BBB59" w:themeColor="accent3"/>
          <w:right w:val="single" w:sz="8" w:space="0" w:color="9BBB59" w:themeColor="accent3"/>
          <w:insideH w:val="nil"/>
          <w:insideV w:val="single" w:sz="8" w:space="0" w:color="9BBB59" w:themeColor="accent3"/>
        </w:tcBorders>
      </w:tcPr>
    </w:tblStylePr>
    <w:tblStylePr w:type="firstCol">
      <w:rPr>
        <w:rFonts w:asciiTheme="majorHAnsi" w:eastAsiaTheme="majorEastAsia" w:hAnsiTheme="majorHAnsi" w:cstheme="majorBidi"/>
        <w:b/>
        <w:bCs/>
      </w:rPr>
    </w:tblStylePr>
    <w:tblStylePr w:type="lastCol">
      <w:rPr>
        <w:rFonts w:asciiTheme="majorHAnsi" w:eastAsiaTheme="majorEastAsia" w:hAnsiTheme="majorHAnsi" w:cstheme="majorBidi"/>
        <w:b/>
        <w:bCs/>
      </w:rPr>
      <w:tblPr/>
      <w:tcPr>
        <w:tcBorders>
          <w:top w:val="single" w:sz="8" w:space="0" w:color="9BBB59" w:themeColor="accent3"/>
          <w:left w:val="single" w:sz="8" w:space="0" w:color="9BBB59" w:themeColor="accent3"/>
          <w:bottom w:val="single" w:sz="8" w:space="0" w:color="9BBB59" w:themeColor="accent3"/>
          <w:right w:val="single" w:sz="8" w:space="0" w:color="9BBB59" w:themeColor="accent3"/>
        </w:tcBorders>
      </w:tcPr>
    </w:tblStylePr>
    <w:tblStylePr w:type="band1Vert">
      <w:tblPr/>
      <w:tcPr>
        <w:tcBorders>
          <w:top w:val="single" w:sz="8" w:space="0" w:color="9BBB59" w:themeColor="accent3"/>
          <w:left w:val="single" w:sz="8" w:space="0" w:color="9BBB59" w:themeColor="accent3"/>
          <w:bottom w:val="single" w:sz="8" w:space="0" w:color="9BBB59" w:themeColor="accent3"/>
          <w:right w:val="single" w:sz="8" w:space="0" w:color="9BBB59" w:themeColor="accent3"/>
        </w:tcBorders>
        <w:shd w:val="clear" w:color="auto" w:fill="E6EED5" w:themeFill="accent3" w:themeFillTint="3F"/>
      </w:tcPr>
    </w:tblStylePr>
    <w:tblStylePr w:type="band1Horz">
      <w:tblPr/>
      <w:tcPr>
        <w:tcBorders>
          <w:top w:val="single" w:sz="8" w:space="0" w:color="9BBB59" w:themeColor="accent3"/>
          <w:left w:val="single" w:sz="8" w:space="0" w:color="9BBB59" w:themeColor="accent3"/>
          <w:bottom w:val="single" w:sz="8" w:space="0" w:color="9BBB59" w:themeColor="accent3"/>
          <w:right w:val="single" w:sz="8" w:space="0" w:color="9BBB59" w:themeColor="accent3"/>
          <w:insideV w:val="single" w:sz="8" w:space="0" w:color="9BBB59" w:themeColor="accent3"/>
        </w:tcBorders>
        <w:shd w:val="clear" w:color="auto" w:fill="E6EED5" w:themeFill="accent3" w:themeFillTint="3F"/>
      </w:tcPr>
    </w:tblStylePr>
    <w:tblStylePr w:type="band2Horz">
      <w:tblPr/>
      <w:tcPr>
        <w:tcBorders>
          <w:top w:val="single" w:sz="8" w:space="0" w:color="9BBB59" w:themeColor="accent3"/>
          <w:left w:val="single" w:sz="8" w:space="0" w:color="9BBB59" w:themeColor="accent3"/>
          <w:bottom w:val="single" w:sz="8" w:space="0" w:color="9BBB59" w:themeColor="accent3"/>
          <w:right w:val="single" w:sz="8" w:space="0" w:color="9BBB59" w:themeColor="accent3"/>
          <w:insideV w:val="single" w:sz="8" w:space="0" w:color="9BBB59" w:themeColor="accent3"/>
        </w:tcBorders>
      </w:tcPr>
    </w:tblStylePr>
  </w:style>
  <w:style w:type="table" w:styleId="LightGrid-Accent4">
    <w:name w:val="Light Grid Accent 4"/>
    <w:basedOn w:val="TableNormal"/>
    <w:uiPriority w:val="62"/>
    <w:rsid w:val="00CB0664"/>
    <w:pPr>
      <w:spacing w:after="0" w:line="240" w:lineRule="auto"/>
    </w:pPr>
    <w:tblPr>
      <w:tblStyleRowBandSize w:val="1"/>
      <w:tblStyleColBandSize w:val="1"/>
      <w:tblInd w:w="0" w:type="dxa"/>
      <w:tblBorders>
        <w:top w:val="single" w:sz="8" w:space="0" w:color="8064A2" w:themeColor="accent4"/>
        <w:left w:val="single" w:sz="8" w:space="0" w:color="8064A2" w:themeColor="accent4"/>
        <w:bottom w:val="single" w:sz="8" w:space="0" w:color="8064A2" w:themeColor="accent4"/>
        <w:right w:val="single" w:sz="8" w:space="0" w:color="8064A2" w:themeColor="accent4"/>
        <w:insideH w:val="single" w:sz="8" w:space="0" w:color="8064A2" w:themeColor="accent4"/>
        <w:insideV w:val="single" w:sz="8" w:space="0" w:color="8064A2" w:themeColor="accent4"/>
      </w:tblBorders>
      <w:tblCellMar>
        <w:top w:w="0" w:type="dxa"/>
        <w:left w:w="108" w:type="dxa"/>
        <w:bottom w:w="0" w:type="dxa"/>
        <w:right w:w="108" w:type="dxa"/>
      </w:tblCellMar>
    </w:tblPr>
    <w:tblStylePr w:type="firstRow">
      <w:pPr>
        <w:spacing w:before="0" w:after="0" w:line="240" w:lineRule="auto"/>
      </w:pPr>
      <w:rPr>
        <w:rFonts w:asciiTheme="majorHAnsi" w:eastAsiaTheme="majorEastAsia" w:hAnsiTheme="majorHAnsi" w:cstheme="majorBidi"/>
        <w:b/>
        <w:bCs/>
      </w:rPr>
      <w:tblPr/>
      <w:tcPr>
        <w:tcBorders>
          <w:top w:val="single" w:sz="8" w:space="0" w:color="8064A2" w:themeColor="accent4"/>
          <w:left w:val="single" w:sz="8" w:space="0" w:color="8064A2" w:themeColor="accent4"/>
          <w:bottom w:val="single" w:sz="18" w:space="0" w:color="8064A2" w:themeColor="accent4"/>
          <w:right w:val="single" w:sz="8" w:space="0" w:color="8064A2" w:themeColor="accent4"/>
          <w:insideH w:val="nil"/>
          <w:insideV w:val="single" w:sz="8" w:space="0" w:color="8064A2" w:themeColor="accent4"/>
        </w:tcBorders>
      </w:tcPr>
    </w:tblStylePr>
    <w:tblStylePr w:type="lastRow">
      <w:pPr>
        <w:spacing w:before="0" w:after="0" w:line="240" w:lineRule="auto"/>
      </w:pPr>
      <w:rPr>
        <w:rFonts w:asciiTheme="majorHAnsi" w:eastAsiaTheme="majorEastAsia" w:hAnsiTheme="majorHAnsi" w:cstheme="majorBidi"/>
        <w:b/>
        <w:bCs/>
      </w:rPr>
      <w:tblPr/>
      <w:tcPr>
        <w:tcBorders>
          <w:top w:val="double" w:sz="6" w:space="0" w:color="8064A2" w:themeColor="accent4"/>
          <w:left w:val="single" w:sz="8" w:space="0" w:color="8064A2" w:themeColor="accent4"/>
          <w:bottom w:val="single" w:sz="8" w:space="0" w:color="8064A2" w:themeColor="accent4"/>
          <w:right w:val="single" w:sz="8" w:space="0" w:color="8064A2" w:themeColor="accent4"/>
          <w:insideH w:val="nil"/>
          <w:insideV w:val="single" w:sz="8" w:space="0" w:color="8064A2" w:themeColor="accent4"/>
        </w:tcBorders>
      </w:tcPr>
    </w:tblStylePr>
    <w:tblStylePr w:type="firstCol">
      <w:rPr>
        <w:rFonts w:asciiTheme="majorHAnsi" w:eastAsiaTheme="majorEastAsia" w:hAnsiTheme="majorHAnsi" w:cstheme="majorBidi"/>
        <w:b/>
        <w:bCs/>
      </w:rPr>
    </w:tblStylePr>
    <w:tblStylePr w:type="lastCol">
      <w:rPr>
        <w:rFonts w:asciiTheme="majorHAnsi" w:eastAsiaTheme="majorEastAsia" w:hAnsiTheme="majorHAnsi" w:cstheme="majorBidi"/>
        <w:b/>
        <w:bCs/>
      </w:rPr>
      <w:tblPr/>
      <w:tcPr>
        <w:tcBorders>
          <w:top w:val="single" w:sz="8" w:space="0" w:color="8064A2" w:themeColor="accent4"/>
          <w:left w:val="single" w:sz="8" w:space="0" w:color="8064A2" w:themeColor="accent4"/>
          <w:bottom w:val="single" w:sz="8" w:space="0" w:color="8064A2" w:themeColor="accent4"/>
          <w:right w:val="single" w:sz="8" w:space="0" w:color="8064A2" w:themeColor="accent4"/>
        </w:tcBorders>
      </w:tcPr>
    </w:tblStylePr>
    <w:tblStylePr w:type="band1Vert">
      <w:tblPr/>
      <w:tcPr>
        <w:tcBorders>
          <w:top w:val="single" w:sz="8" w:space="0" w:color="8064A2" w:themeColor="accent4"/>
          <w:left w:val="single" w:sz="8" w:space="0" w:color="8064A2" w:themeColor="accent4"/>
          <w:bottom w:val="single" w:sz="8" w:space="0" w:color="8064A2" w:themeColor="accent4"/>
          <w:right w:val="single" w:sz="8" w:space="0" w:color="8064A2" w:themeColor="accent4"/>
        </w:tcBorders>
        <w:shd w:val="clear" w:color="auto" w:fill="DFD8E8" w:themeFill="accent4" w:themeFillTint="3F"/>
      </w:tcPr>
    </w:tblStylePr>
    <w:tblStylePr w:type="band1Horz">
      <w:tblPr/>
      <w:tcPr>
        <w:tcBorders>
          <w:top w:val="single" w:sz="8" w:space="0" w:color="8064A2" w:themeColor="accent4"/>
          <w:left w:val="single" w:sz="8" w:space="0" w:color="8064A2" w:themeColor="accent4"/>
          <w:bottom w:val="single" w:sz="8" w:space="0" w:color="8064A2" w:themeColor="accent4"/>
          <w:right w:val="single" w:sz="8" w:space="0" w:color="8064A2" w:themeColor="accent4"/>
          <w:insideV w:val="single" w:sz="8" w:space="0" w:color="8064A2" w:themeColor="accent4"/>
        </w:tcBorders>
        <w:shd w:val="clear" w:color="auto" w:fill="DFD8E8" w:themeFill="accent4" w:themeFillTint="3F"/>
      </w:tcPr>
    </w:tblStylePr>
    <w:tblStylePr w:type="band2Horz">
      <w:tblPr/>
      <w:tcPr>
        <w:tcBorders>
          <w:top w:val="single" w:sz="8" w:space="0" w:color="8064A2" w:themeColor="accent4"/>
          <w:left w:val="single" w:sz="8" w:space="0" w:color="8064A2" w:themeColor="accent4"/>
          <w:bottom w:val="single" w:sz="8" w:space="0" w:color="8064A2" w:themeColor="accent4"/>
          <w:right w:val="single" w:sz="8" w:space="0" w:color="8064A2" w:themeColor="accent4"/>
          <w:insideV w:val="single" w:sz="8" w:space="0" w:color="8064A2" w:themeColor="accent4"/>
        </w:tcBorders>
      </w:tcPr>
    </w:tblStylePr>
  </w:style>
  <w:style w:type="table" w:styleId="LightGrid-Accent5">
    <w:name w:val="Light Grid Accent 5"/>
    <w:basedOn w:val="TableNormal"/>
    <w:uiPriority w:val="62"/>
    <w:rsid w:val="00CB0664"/>
    <w:pPr>
      <w:spacing w:after="0" w:line="240" w:lineRule="auto"/>
    </w:pPr>
    <w:tblPr>
      <w:tblStyleRowBandSize w:val="1"/>
      <w:tblStyleColBandSize w:val="1"/>
      <w:tblInd w:w="0" w:type="dxa"/>
      <w:tblBorders>
        <w:top w:val="single" w:sz="8" w:space="0" w:color="4BACC6" w:themeColor="accent5"/>
        <w:left w:val="single" w:sz="8" w:space="0" w:color="4BACC6" w:themeColor="accent5"/>
        <w:bottom w:val="single" w:sz="8" w:space="0" w:color="4BACC6" w:themeColor="accent5"/>
        <w:right w:val="single" w:sz="8" w:space="0" w:color="4BACC6" w:themeColor="accent5"/>
        <w:insideH w:val="single" w:sz="8" w:space="0" w:color="4BACC6" w:themeColor="accent5"/>
        <w:insideV w:val="single" w:sz="8" w:space="0" w:color="4BACC6" w:themeColor="accent5"/>
      </w:tblBorders>
      <w:tblCellMar>
        <w:top w:w="0" w:type="dxa"/>
        <w:left w:w="108" w:type="dxa"/>
        <w:bottom w:w="0" w:type="dxa"/>
        <w:right w:w="108" w:type="dxa"/>
      </w:tblCellMar>
    </w:tblPr>
    <w:tblStylePr w:type="firstRow">
      <w:pPr>
        <w:spacing w:before="0" w:after="0" w:line="240" w:lineRule="auto"/>
      </w:pPr>
      <w:rPr>
        <w:rFonts w:asciiTheme="majorHAnsi" w:eastAsiaTheme="majorEastAsia" w:hAnsiTheme="majorHAnsi" w:cstheme="majorBidi"/>
        <w:b/>
        <w:bCs/>
      </w:rPr>
      <w:tblPr/>
      <w:tcPr>
        <w:tcBorders>
          <w:top w:val="single" w:sz="8" w:space="0" w:color="4BACC6" w:themeColor="accent5"/>
          <w:left w:val="single" w:sz="8" w:space="0" w:color="4BACC6" w:themeColor="accent5"/>
          <w:bottom w:val="single" w:sz="18" w:space="0" w:color="4BACC6" w:themeColor="accent5"/>
          <w:right w:val="single" w:sz="8" w:space="0" w:color="4BACC6" w:themeColor="accent5"/>
          <w:insideH w:val="nil"/>
          <w:insideV w:val="single" w:sz="8" w:space="0" w:color="4BACC6" w:themeColor="accent5"/>
        </w:tcBorders>
      </w:tcPr>
    </w:tblStylePr>
    <w:tblStylePr w:type="lastRow">
      <w:pPr>
        <w:spacing w:before="0" w:after="0" w:line="240" w:lineRule="auto"/>
      </w:pPr>
      <w:rPr>
        <w:rFonts w:asciiTheme="majorHAnsi" w:eastAsiaTheme="majorEastAsia" w:hAnsiTheme="majorHAnsi" w:cstheme="majorBidi"/>
        <w:b/>
        <w:bCs/>
      </w:rPr>
      <w:tblPr/>
      <w:tcPr>
        <w:tcBorders>
          <w:top w:val="double" w:sz="6" w:space="0" w:color="4BACC6" w:themeColor="accent5"/>
          <w:left w:val="single" w:sz="8" w:space="0" w:color="4BACC6" w:themeColor="accent5"/>
          <w:bottom w:val="single" w:sz="8" w:space="0" w:color="4BACC6" w:themeColor="accent5"/>
          <w:right w:val="single" w:sz="8" w:space="0" w:color="4BACC6" w:themeColor="accent5"/>
          <w:insideH w:val="nil"/>
          <w:insideV w:val="single" w:sz="8" w:space="0" w:color="4BACC6" w:themeColor="accent5"/>
        </w:tcBorders>
      </w:tcPr>
    </w:tblStylePr>
    <w:tblStylePr w:type="firstCol">
      <w:rPr>
        <w:rFonts w:asciiTheme="majorHAnsi" w:eastAsiaTheme="majorEastAsia" w:hAnsiTheme="majorHAnsi" w:cstheme="majorBidi"/>
        <w:b/>
        <w:bCs/>
      </w:rPr>
    </w:tblStylePr>
    <w:tblStylePr w:type="lastCol">
      <w:rPr>
        <w:rFonts w:asciiTheme="majorHAnsi" w:eastAsiaTheme="majorEastAsia" w:hAnsiTheme="majorHAnsi" w:cstheme="majorBidi"/>
        <w:b/>
        <w:bCs/>
      </w:rPr>
      <w:tblPr/>
      <w:tcPr>
        <w:tcBorders>
          <w:top w:val="single" w:sz="8" w:space="0" w:color="4BACC6" w:themeColor="accent5"/>
          <w:left w:val="single" w:sz="8" w:space="0" w:color="4BACC6" w:themeColor="accent5"/>
          <w:bottom w:val="single" w:sz="8" w:space="0" w:color="4BACC6" w:themeColor="accent5"/>
          <w:right w:val="single" w:sz="8" w:space="0" w:color="4BACC6" w:themeColor="accent5"/>
        </w:tcBorders>
      </w:tcPr>
    </w:tblStylePr>
    <w:tblStylePr w:type="band1Vert">
      <w:tblPr/>
      <w:tcPr>
        <w:tcBorders>
          <w:top w:val="single" w:sz="8" w:space="0" w:color="4BACC6" w:themeColor="accent5"/>
          <w:left w:val="single" w:sz="8" w:space="0" w:color="4BACC6" w:themeColor="accent5"/>
          <w:bottom w:val="single" w:sz="8" w:space="0" w:color="4BACC6" w:themeColor="accent5"/>
          <w:right w:val="single" w:sz="8" w:space="0" w:color="4BACC6" w:themeColor="accent5"/>
        </w:tcBorders>
        <w:shd w:val="clear" w:color="auto" w:fill="D2EAF1" w:themeFill="accent5" w:themeFillTint="3F"/>
      </w:tcPr>
    </w:tblStylePr>
    <w:tblStylePr w:type="band1Horz">
      <w:tblPr/>
      <w:tcPr>
        <w:tcBorders>
          <w:top w:val="single" w:sz="8" w:space="0" w:color="4BACC6" w:themeColor="accent5"/>
          <w:left w:val="single" w:sz="8" w:space="0" w:color="4BACC6" w:themeColor="accent5"/>
          <w:bottom w:val="single" w:sz="8" w:space="0" w:color="4BACC6" w:themeColor="accent5"/>
          <w:right w:val="single" w:sz="8" w:space="0" w:color="4BACC6" w:themeColor="accent5"/>
          <w:insideV w:val="single" w:sz="8" w:space="0" w:color="4BACC6" w:themeColor="accent5"/>
        </w:tcBorders>
        <w:shd w:val="clear" w:color="auto" w:fill="D2EAF1" w:themeFill="accent5" w:themeFillTint="3F"/>
      </w:tcPr>
    </w:tblStylePr>
    <w:tblStylePr w:type="band2Horz">
      <w:tblPr/>
      <w:tcPr>
        <w:tcBorders>
          <w:top w:val="single" w:sz="8" w:space="0" w:color="4BACC6" w:themeColor="accent5"/>
          <w:left w:val="single" w:sz="8" w:space="0" w:color="4BACC6" w:themeColor="accent5"/>
          <w:bottom w:val="single" w:sz="8" w:space="0" w:color="4BACC6" w:themeColor="accent5"/>
          <w:right w:val="single" w:sz="8" w:space="0" w:color="4BACC6" w:themeColor="accent5"/>
          <w:insideV w:val="single" w:sz="8" w:space="0" w:color="4BACC6" w:themeColor="accent5"/>
        </w:tcBorders>
      </w:tcPr>
    </w:tblStylePr>
  </w:style>
  <w:style w:type="table" w:styleId="LightGrid-Accent6">
    <w:name w:val="Light Grid Accent 6"/>
    <w:basedOn w:val="TableNormal"/>
    <w:uiPriority w:val="62"/>
    <w:rsid w:val="00CB0664"/>
    <w:pPr>
      <w:spacing w:after="0" w:line="240" w:lineRule="auto"/>
    </w:pPr>
    <w:tblPr>
      <w:tblStyleRowBandSize w:val="1"/>
      <w:tblStyleColBandSize w:val="1"/>
      <w:tblInd w:w="0" w:type="dxa"/>
      <w:tblBorders>
        <w:top w:val="single" w:sz="8" w:space="0" w:color="F79646" w:themeColor="accent6"/>
        <w:left w:val="single" w:sz="8" w:space="0" w:color="F79646" w:themeColor="accent6"/>
        <w:bottom w:val="single" w:sz="8" w:space="0" w:color="F79646" w:themeColor="accent6"/>
        <w:right w:val="single" w:sz="8" w:space="0" w:color="F79646" w:themeColor="accent6"/>
        <w:insideH w:val="single" w:sz="8" w:space="0" w:color="F79646" w:themeColor="accent6"/>
        <w:insideV w:val="single" w:sz="8" w:space="0" w:color="F79646" w:themeColor="accent6"/>
      </w:tblBorders>
      <w:tblCellMar>
        <w:top w:w="0" w:type="dxa"/>
        <w:left w:w="108" w:type="dxa"/>
        <w:bottom w:w="0" w:type="dxa"/>
        <w:right w:w="108" w:type="dxa"/>
      </w:tblCellMar>
    </w:tblPr>
    <w:tblStylePr w:type="firstRow">
      <w:pPr>
        <w:spacing w:before="0" w:after="0" w:line="240" w:lineRule="auto"/>
      </w:pPr>
      <w:rPr>
        <w:rFonts w:asciiTheme="majorHAnsi" w:eastAsiaTheme="majorEastAsia" w:hAnsiTheme="majorHAnsi" w:cstheme="majorBidi"/>
        <w:b/>
        <w:bCs/>
      </w:rPr>
      <w:tblPr/>
      <w:tcPr>
        <w:tcBorders>
          <w:top w:val="single" w:sz="8" w:space="0" w:color="F79646" w:themeColor="accent6"/>
          <w:left w:val="single" w:sz="8" w:space="0" w:color="F79646" w:themeColor="accent6"/>
          <w:bottom w:val="single" w:sz="18" w:space="0" w:color="F79646" w:themeColor="accent6"/>
          <w:right w:val="single" w:sz="8" w:space="0" w:color="F79646" w:themeColor="accent6"/>
          <w:insideH w:val="nil"/>
          <w:insideV w:val="single" w:sz="8" w:space="0" w:color="F79646" w:themeColor="accent6"/>
        </w:tcBorders>
      </w:tcPr>
    </w:tblStylePr>
    <w:tblStylePr w:type="lastRow">
      <w:pPr>
        <w:spacing w:before="0" w:after="0" w:line="240" w:lineRule="auto"/>
      </w:pPr>
      <w:rPr>
        <w:rFonts w:asciiTheme="majorHAnsi" w:eastAsiaTheme="majorEastAsia" w:hAnsiTheme="majorHAnsi" w:cstheme="majorBidi"/>
        <w:b/>
        <w:bCs/>
      </w:rPr>
      <w:tblPr/>
      <w:tcPr>
        <w:tcBorders>
          <w:top w:val="double" w:sz="6" w:space="0" w:color="F79646" w:themeColor="accent6"/>
          <w:left w:val="single" w:sz="8" w:space="0" w:color="F79646" w:themeColor="accent6"/>
          <w:bottom w:val="single" w:sz="8" w:space="0" w:color="F79646" w:themeColor="accent6"/>
          <w:right w:val="single" w:sz="8" w:space="0" w:color="F79646" w:themeColor="accent6"/>
          <w:insideH w:val="nil"/>
          <w:insideV w:val="single" w:sz="8" w:space="0" w:color="F79646" w:themeColor="accent6"/>
        </w:tcBorders>
      </w:tcPr>
    </w:tblStylePr>
    <w:tblStylePr w:type="firstCol">
      <w:rPr>
        <w:rFonts w:asciiTheme="majorHAnsi" w:eastAsiaTheme="majorEastAsia" w:hAnsiTheme="majorHAnsi" w:cstheme="majorBidi"/>
        <w:b/>
        <w:bCs/>
      </w:rPr>
    </w:tblStylePr>
    <w:tblStylePr w:type="lastCol">
      <w:rPr>
        <w:rFonts w:asciiTheme="majorHAnsi" w:eastAsiaTheme="majorEastAsia" w:hAnsiTheme="majorHAnsi" w:cstheme="majorBidi"/>
        <w:b/>
        <w:bCs/>
      </w:rPr>
      <w:tblPr/>
      <w:tcPr>
        <w:tcBorders>
          <w:top w:val="single" w:sz="8" w:space="0" w:color="F79646" w:themeColor="accent6"/>
          <w:left w:val="single" w:sz="8" w:space="0" w:color="F79646" w:themeColor="accent6"/>
          <w:bottom w:val="single" w:sz="8" w:space="0" w:color="F79646" w:themeColor="accent6"/>
          <w:right w:val="single" w:sz="8" w:space="0" w:color="F79646" w:themeColor="accent6"/>
        </w:tcBorders>
      </w:tcPr>
    </w:tblStylePr>
    <w:tblStylePr w:type="band1Vert">
      <w:tblPr/>
      <w:tcPr>
        <w:tcBorders>
          <w:top w:val="single" w:sz="8" w:space="0" w:color="F79646" w:themeColor="accent6"/>
          <w:left w:val="single" w:sz="8" w:space="0" w:color="F79646" w:themeColor="accent6"/>
          <w:bottom w:val="single" w:sz="8" w:space="0" w:color="F79646" w:themeColor="accent6"/>
          <w:right w:val="single" w:sz="8" w:space="0" w:color="F79646" w:themeColor="accent6"/>
        </w:tcBorders>
        <w:shd w:val="clear" w:color="auto" w:fill="FDE4D0" w:themeFill="accent6" w:themeFillTint="3F"/>
      </w:tcPr>
    </w:tblStylePr>
    <w:tblStylePr w:type="band1Horz">
      <w:tblPr/>
      <w:tcPr>
        <w:tcBorders>
          <w:top w:val="single" w:sz="8" w:space="0" w:color="F79646" w:themeColor="accent6"/>
          <w:left w:val="single" w:sz="8" w:space="0" w:color="F79646" w:themeColor="accent6"/>
          <w:bottom w:val="single" w:sz="8" w:space="0" w:color="F79646" w:themeColor="accent6"/>
          <w:right w:val="single" w:sz="8" w:space="0" w:color="F79646" w:themeColor="accent6"/>
          <w:insideV w:val="single" w:sz="8" w:space="0" w:color="F79646" w:themeColor="accent6"/>
        </w:tcBorders>
        <w:shd w:val="clear" w:color="auto" w:fill="FDE4D0" w:themeFill="accent6" w:themeFillTint="3F"/>
      </w:tcPr>
    </w:tblStylePr>
    <w:tblStylePr w:type="band2Horz">
      <w:tblPr/>
      <w:tcPr>
        <w:tcBorders>
          <w:top w:val="single" w:sz="8" w:space="0" w:color="F79646" w:themeColor="accent6"/>
          <w:left w:val="single" w:sz="8" w:space="0" w:color="F79646" w:themeColor="accent6"/>
          <w:bottom w:val="single" w:sz="8" w:space="0" w:color="F79646" w:themeColor="accent6"/>
          <w:right w:val="single" w:sz="8" w:space="0" w:color="F79646" w:themeColor="accent6"/>
          <w:insideV w:val="single" w:sz="8" w:space="0" w:color="F79646" w:themeColor="accent6"/>
        </w:tcBorders>
      </w:tcPr>
    </w:tblStylePr>
  </w:style>
  <w:style w:type="table" w:styleId="MediumShading1">
    <w:name w:val="Medium Shading 1"/>
    <w:basedOn w:val="TableNormal"/>
    <w:uiPriority w:val="63"/>
    <w:rsid w:val="00CB0664"/>
    <w:pPr>
      <w:spacing w:after="0" w:line="240" w:lineRule="auto"/>
    </w:pPr>
    <w:tblPr>
      <w:tblStyleRowBandSize w:val="1"/>
      <w:tblStyleColBandSize w:val="1"/>
      <w:tblInd w:w="0" w:type="dxa"/>
      <w:tblBorders>
        <w:top w:val="single" w:sz="8" w:space="0" w:color="404040" w:themeColor="text1" w:themeTint="BF"/>
        <w:left w:val="single" w:sz="8" w:space="0" w:color="404040" w:themeColor="text1" w:themeTint="BF"/>
        <w:bottom w:val="single" w:sz="8" w:space="0" w:color="404040" w:themeColor="text1" w:themeTint="BF"/>
        <w:right w:val="single" w:sz="8" w:space="0" w:color="404040" w:themeColor="text1" w:themeTint="BF"/>
        <w:insideH w:val="single" w:sz="8" w:space="0" w:color="404040" w:themeColor="text1" w:themeTint="BF"/>
      </w:tblBorders>
      <w:tblCellMar>
        <w:top w:w="0" w:type="dxa"/>
        <w:left w:w="108" w:type="dxa"/>
        <w:bottom w:w="0" w:type="dxa"/>
        <w:right w:w="108" w:type="dxa"/>
      </w:tblCellMar>
    </w:tblPr>
    <w:tblStylePr w:type="firstRow">
      <w:pPr>
        <w:spacing w:before="0" w:after="0" w:line="240" w:lineRule="auto"/>
      </w:pPr>
      <w:rPr>
        <w:b/>
        <w:bCs/>
        <w:color w:val="FFFFFF" w:themeColor="background1"/>
      </w:rPr>
      <w:tblPr/>
      <w:tcPr>
        <w:tcBorders>
          <w:top w:val="single" w:sz="8" w:space="0" w:color="404040" w:themeColor="text1" w:themeTint="BF"/>
          <w:left w:val="single" w:sz="8" w:space="0" w:color="404040" w:themeColor="text1" w:themeTint="BF"/>
          <w:bottom w:val="single" w:sz="8" w:space="0" w:color="404040" w:themeColor="text1" w:themeTint="BF"/>
          <w:right w:val="single" w:sz="8" w:space="0" w:color="404040" w:themeColor="text1" w:themeTint="BF"/>
          <w:insideH w:val="nil"/>
          <w:insideV w:val="nil"/>
        </w:tcBorders>
        <w:shd w:val="clear" w:color="auto" w:fill="000000" w:themeFill="text1"/>
      </w:tcPr>
    </w:tblStylePr>
    <w:tblStylePr w:type="lastRow">
      <w:pPr>
        <w:spacing w:before="0" w:after="0" w:line="240" w:lineRule="auto"/>
      </w:pPr>
      <w:rPr>
        <w:b/>
        <w:bCs/>
      </w:rPr>
      <w:tblPr/>
      <w:tcPr>
        <w:tcBorders>
          <w:top w:val="double" w:sz="6" w:space="0" w:color="404040" w:themeColor="text1" w:themeTint="BF"/>
          <w:left w:val="single" w:sz="8" w:space="0" w:color="404040" w:themeColor="text1" w:themeTint="BF"/>
          <w:bottom w:val="single" w:sz="8" w:space="0" w:color="404040" w:themeColor="text1" w:themeTint="BF"/>
          <w:right w:val="single" w:sz="8" w:space="0" w:color="404040" w:themeColor="text1" w:themeTint="BF"/>
          <w:insideH w:val="nil"/>
          <w:insideV w:val="nil"/>
        </w:tcBorders>
      </w:tcPr>
    </w:tblStylePr>
    <w:tblStylePr w:type="firstCol">
      <w:rPr>
        <w:b/>
        <w:bCs/>
      </w:rPr>
    </w:tblStylePr>
    <w:tblStylePr w:type="lastCol">
      <w:rPr>
        <w:b/>
        <w:bCs/>
      </w:rPr>
    </w:tblStylePr>
    <w:tblStylePr w:type="band1Vert">
      <w:tblPr/>
      <w:tcPr>
        <w:shd w:val="clear" w:color="auto" w:fill="C0C0C0" w:themeFill="text1" w:themeFillTint="3F"/>
      </w:tcPr>
    </w:tblStylePr>
    <w:tblStylePr w:type="band1Horz">
      <w:tblPr/>
      <w:tcPr>
        <w:tcBorders>
          <w:insideH w:val="nil"/>
          <w:insideV w:val="nil"/>
        </w:tcBorders>
        <w:shd w:val="clear" w:color="auto" w:fill="C0C0C0" w:themeFill="text1" w:themeFillTint="3F"/>
      </w:tcPr>
    </w:tblStylePr>
    <w:tblStylePr w:type="band2Horz">
      <w:tblPr/>
      <w:tcPr>
        <w:tcBorders>
          <w:insideH w:val="nil"/>
          <w:insideV w:val="nil"/>
        </w:tcBorders>
      </w:tcPr>
    </w:tblStylePr>
  </w:style>
  <w:style w:type="table" w:styleId="MediumShading1-Accent1">
    <w:name w:val="Medium Shading 1 Accent 1"/>
    <w:basedOn w:val="TableNormal"/>
    <w:uiPriority w:val="63"/>
    <w:rsid w:val="00CB0664"/>
    <w:pPr>
      <w:spacing w:after="0" w:line="240" w:lineRule="auto"/>
    </w:pPr>
    <w:tblPr>
      <w:tblStyleRowBandSize w:val="1"/>
      <w:tblStyleColBandSize w:val="1"/>
      <w:tblInd w:w="0" w:type="dxa"/>
      <w:tblBorders>
        <w:top w:val="single" w:sz="8" w:space="0" w:color="7BA0CD" w:themeColor="accent1" w:themeTint="BF"/>
        <w:left w:val="single" w:sz="8" w:space="0" w:color="7BA0CD" w:themeColor="accent1" w:themeTint="BF"/>
        <w:bottom w:val="single" w:sz="8" w:space="0" w:color="7BA0CD" w:themeColor="accent1" w:themeTint="BF"/>
        <w:right w:val="single" w:sz="8" w:space="0" w:color="7BA0CD" w:themeColor="accent1" w:themeTint="BF"/>
        <w:insideH w:val="single" w:sz="8" w:space="0" w:color="7BA0CD" w:themeColor="accent1" w:themeTint="BF"/>
      </w:tblBorders>
      <w:tblCellMar>
        <w:top w:w="0" w:type="dxa"/>
        <w:left w:w="108" w:type="dxa"/>
        <w:bottom w:w="0" w:type="dxa"/>
        <w:right w:w="108" w:type="dxa"/>
      </w:tblCellMar>
    </w:tblPr>
    <w:tblStylePr w:type="firstRow">
      <w:pPr>
        <w:spacing w:before="0" w:after="0" w:line="240" w:lineRule="auto"/>
      </w:pPr>
      <w:rPr>
        <w:b/>
        <w:bCs/>
        <w:color w:val="FFFFFF" w:themeColor="background1"/>
      </w:rPr>
      <w:tblPr/>
      <w:tcPr>
        <w:tcBorders>
          <w:top w:val="single" w:sz="8" w:space="0" w:color="7BA0CD" w:themeColor="accent1" w:themeTint="BF"/>
          <w:left w:val="single" w:sz="8" w:space="0" w:color="7BA0CD" w:themeColor="accent1" w:themeTint="BF"/>
          <w:bottom w:val="single" w:sz="8" w:space="0" w:color="7BA0CD" w:themeColor="accent1" w:themeTint="BF"/>
          <w:right w:val="single" w:sz="8" w:space="0" w:color="7BA0CD" w:themeColor="accent1" w:themeTint="BF"/>
          <w:insideH w:val="nil"/>
          <w:insideV w:val="nil"/>
        </w:tcBorders>
        <w:shd w:val="clear" w:color="auto" w:fill="4F81BD" w:themeFill="accent1"/>
      </w:tcPr>
    </w:tblStylePr>
    <w:tblStylePr w:type="lastRow">
      <w:pPr>
        <w:spacing w:before="0" w:after="0" w:line="240" w:lineRule="auto"/>
      </w:pPr>
      <w:rPr>
        <w:b/>
        <w:bCs/>
      </w:rPr>
      <w:tblPr/>
      <w:tcPr>
        <w:tcBorders>
          <w:top w:val="double" w:sz="6" w:space="0" w:color="7BA0CD" w:themeColor="accent1" w:themeTint="BF"/>
          <w:left w:val="single" w:sz="8" w:space="0" w:color="7BA0CD" w:themeColor="accent1" w:themeTint="BF"/>
          <w:bottom w:val="single" w:sz="8" w:space="0" w:color="7BA0CD" w:themeColor="accent1" w:themeTint="BF"/>
          <w:right w:val="single" w:sz="8" w:space="0" w:color="7BA0CD" w:themeColor="accent1" w:themeTint="BF"/>
          <w:insideH w:val="nil"/>
          <w:insideV w:val="nil"/>
        </w:tcBorders>
      </w:tcPr>
    </w:tblStylePr>
    <w:tblStylePr w:type="firstCol">
      <w:rPr>
        <w:b/>
        <w:bCs/>
      </w:rPr>
    </w:tblStylePr>
    <w:tblStylePr w:type="lastCol">
      <w:rPr>
        <w:b/>
        <w:bCs/>
      </w:rPr>
    </w:tblStylePr>
    <w:tblStylePr w:type="band1Vert">
      <w:tblPr/>
      <w:tcPr>
        <w:shd w:val="clear" w:color="auto" w:fill="D3DFEE" w:themeFill="accent1" w:themeFillTint="3F"/>
      </w:tcPr>
    </w:tblStylePr>
    <w:tblStylePr w:type="band1Horz">
      <w:tblPr/>
      <w:tcPr>
        <w:tcBorders>
          <w:insideH w:val="nil"/>
          <w:insideV w:val="nil"/>
        </w:tcBorders>
        <w:shd w:val="clear" w:color="auto" w:fill="D3DFEE" w:themeFill="accent1" w:themeFillTint="3F"/>
      </w:tcPr>
    </w:tblStylePr>
    <w:tblStylePr w:type="band2Horz">
      <w:tblPr/>
      <w:tcPr>
        <w:tcBorders>
          <w:insideH w:val="nil"/>
          <w:insideV w:val="nil"/>
        </w:tcBorders>
      </w:tcPr>
    </w:tblStylePr>
  </w:style>
  <w:style w:type="table" w:styleId="MediumShading1-Accent2">
    <w:name w:val="Medium Shading 1 Accent 2"/>
    <w:basedOn w:val="TableNormal"/>
    <w:uiPriority w:val="63"/>
    <w:rsid w:val="00CB0664"/>
    <w:pPr>
      <w:spacing w:after="0" w:line="240" w:lineRule="auto"/>
    </w:pPr>
    <w:tblPr>
      <w:tblStyleRowBandSize w:val="1"/>
      <w:tblStyleColBandSize w:val="1"/>
      <w:tblInd w:w="0" w:type="dxa"/>
      <w:tblBorders>
        <w:top w:val="single" w:sz="8" w:space="0" w:color="CF7B79" w:themeColor="accent2" w:themeTint="BF"/>
        <w:left w:val="single" w:sz="8" w:space="0" w:color="CF7B79" w:themeColor="accent2" w:themeTint="BF"/>
        <w:bottom w:val="single" w:sz="8" w:space="0" w:color="CF7B79" w:themeColor="accent2" w:themeTint="BF"/>
        <w:right w:val="single" w:sz="8" w:space="0" w:color="CF7B79" w:themeColor="accent2" w:themeTint="BF"/>
        <w:insideH w:val="single" w:sz="8" w:space="0" w:color="CF7B79" w:themeColor="accent2" w:themeTint="BF"/>
      </w:tblBorders>
      <w:tblCellMar>
        <w:top w:w="0" w:type="dxa"/>
        <w:left w:w="108" w:type="dxa"/>
        <w:bottom w:w="0" w:type="dxa"/>
        <w:right w:w="108" w:type="dxa"/>
      </w:tblCellMar>
    </w:tblPr>
    <w:tblStylePr w:type="firstRow">
      <w:pPr>
        <w:spacing w:before="0" w:after="0" w:line="240" w:lineRule="auto"/>
      </w:pPr>
      <w:rPr>
        <w:b/>
        <w:bCs/>
        <w:color w:val="FFFFFF" w:themeColor="background1"/>
      </w:rPr>
      <w:tblPr/>
      <w:tcPr>
        <w:tcBorders>
          <w:top w:val="single" w:sz="8" w:space="0" w:color="CF7B79" w:themeColor="accent2" w:themeTint="BF"/>
          <w:left w:val="single" w:sz="8" w:space="0" w:color="CF7B79" w:themeColor="accent2" w:themeTint="BF"/>
          <w:bottom w:val="single" w:sz="8" w:space="0" w:color="CF7B79" w:themeColor="accent2" w:themeTint="BF"/>
          <w:right w:val="single" w:sz="8" w:space="0" w:color="CF7B79" w:themeColor="accent2" w:themeTint="BF"/>
          <w:insideH w:val="nil"/>
          <w:insideV w:val="nil"/>
        </w:tcBorders>
        <w:shd w:val="clear" w:color="auto" w:fill="C0504D" w:themeFill="accent2"/>
      </w:tcPr>
    </w:tblStylePr>
    <w:tblStylePr w:type="lastRow">
      <w:pPr>
        <w:spacing w:before="0" w:after="0" w:line="240" w:lineRule="auto"/>
      </w:pPr>
      <w:rPr>
        <w:b/>
        <w:bCs/>
      </w:rPr>
      <w:tblPr/>
      <w:tcPr>
        <w:tcBorders>
          <w:top w:val="double" w:sz="6" w:space="0" w:color="CF7B79" w:themeColor="accent2" w:themeTint="BF"/>
          <w:left w:val="single" w:sz="8" w:space="0" w:color="CF7B79" w:themeColor="accent2" w:themeTint="BF"/>
          <w:bottom w:val="single" w:sz="8" w:space="0" w:color="CF7B79" w:themeColor="accent2" w:themeTint="BF"/>
          <w:right w:val="single" w:sz="8" w:space="0" w:color="CF7B79" w:themeColor="accent2" w:themeTint="BF"/>
          <w:insideH w:val="nil"/>
          <w:insideV w:val="nil"/>
        </w:tcBorders>
      </w:tcPr>
    </w:tblStylePr>
    <w:tblStylePr w:type="firstCol">
      <w:rPr>
        <w:b/>
        <w:bCs/>
      </w:rPr>
    </w:tblStylePr>
    <w:tblStylePr w:type="lastCol">
      <w:rPr>
        <w:b/>
        <w:bCs/>
      </w:rPr>
    </w:tblStylePr>
    <w:tblStylePr w:type="band1Vert">
      <w:tblPr/>
      <w:tcPr>
        <w:shd w:val="clear" w:color="auto" w:fill="EFD3D2" w:themeFill="accent2" w:themeFillTint="3F"/>
      </w:tcPr>
    </w:tblStylePr>
    <w:tblStylePr w:type="band1Horz">
      <w:tblPr/>
      <w:tcPr>
        <w:tcBorders>
          <w:insideH w:val="nil"/>
          <w:insideV w:val="nil"/>
        </w:tcBorders>
        <w:shd w:val="clear" w:color="auto" w:fill="EFD3D2" w:themeFill="accent2" w:themeFillTint="3F"/>
      </w:tcPr>
    </w:tblStylePr>
    <w:tblStylePr w:type="band2Horz">
      <w:tblPr/>
      <w:tcPr>
        <w:tcBorders>
          <w:insideH w:val="nil"/>
          <w:insideV w:val="nil"/>
        </w:tcBorders>
      </w:tcPr>
    </w:tblStylePr>
  </w:style>
  <w:style w:type="table" w:styleId="MediumShading1-Accent3">
    <w:name w:val="Medium Shading 1 Accent 3"/>
    <w:basedOn w:val="TableNormal"/>
    <w:uiPriority w:val="63"/>
    <w:rsid w:val="00CB0664"/>
    <w:pPr>
      <w:spacing w:after="0" w:line="240" w:lineRule="auto"/>
    </w:pPr>
    <w:tblPr>
      <w:tblStyleRowBandSize w:val="1"/>
      <w:tblStyleColBandSize w:val="1"/>
      <w:tblInd w:w="0" w:type="dxa"/>
      <w:tblBorders>
        <w:top w:val="single" w:sz="8" w:space="0" w:color="B3CC82" w:themeColor="accent3" w:themeTint="BF"/>
        <w:left w:val="single" w:sz="8" w:space="0" w:color="B3CC82" w:themeColor="accent3" w:themeTint="BF"/>
        <w:bottom w:val="single" w:sz="8" w:space="0" w:color="B3CC82" w:themeColor="accent3" w:themeTint="BF"/>
        <w:right w:val="single" w:sz="8" w:space="0" w:color="B3CC82" w:themeColor="accent3" w:themeTint="BF"/>
        <w:insideH w:val="single" w:sz="8" w:space="0" w:color="B3CC82" w:themeColor="accent3" w:themeTint="BF"/>
      </w:tblBorders>
      <w:tblCellMar>
        <w:top w:w="0" w:type="dxa"/>
        <w:left w:w="108" w:type="dxa"/>
        <w:bottom w:w="0" w:type="dxa"/>
        <w:right w:w="108" w:type="dxa"/>
      </w:tblCellMar>
    </w:tblPr>
    <w:tblStylePr w:type="firstRow">
      <w:pPr>
        <w:spacing w:before="0" w:after="0" w:line="240" w:lineRule="auto"/>
      </w:pPr>
      <w:rPr>
        <w:b/>
        <w:bCs/>
        <w:color w:val="FFFFFF" w:themeColor="background1"/>
      </w:rPr>
      <w:tblPr/>
      <w:tcPr>
        <w:tcBorders>
          <w:top w:val="single" w:sz="8" w:space="0" w:color="B3CC82" w:themeColor="accent3" w:themeTint="BF"/>
          <w:left w:val="single" w:sz="8" w:space="0" w:color="B3CC82" w:themeColor="accent3" w:themeTint="BF"/>
          <w:bottom w:val="single" w:sz="8" w:space="0" w:color="B3CC82" w:themeColor="accent3" w:themeTint="BF"/>
          <w:right w:val="single" w:sz="8" w:space="0" w:color="B3CC82" w:themeColor="accent3" w:themeTint="BF"/>
          <w:insideH w:val="nil"/>
          <w:insideV w:val="nil"/>
        </w:tcBorders>
        <w:shd w:val="clear" w:color="auto" w:fill="9BBB59" w:themeFill="accent3"/>
      </w:tcPr>
    </w:tblStylePr>
    <w:tblStylePr w:type="lastRow">
      <w:pPr>
        <w:spacing w:before="0" w:after="0" w:line="240" w:lineRule="auto"/>
      </w:pPr>
      <w:rPr>
        <w:b/>
        <w:bCs/>
      </w:rPr>
      <w:tblPr/>
      <w:tcPr>
        <w:tcBorders>
          <w:top w:val="double" w:sz="6" w:space="0" w:color="B3CC82" w:themeColor="accent3" w:themeTint="BF"/>
          <w:left w:val="single" w:sz="8" w:space="0" w:color="B3CC82" w:themeColor="accent3" w:themeTint="BF"/>
          <w:bottom w:val="single" w:sz="8" w:space="0" w:color="B3CC82" w:themeColor="accent3" w:themeTint="BF"/>
          <w:right w:val="single" w:sz="8" w:space="0" w:color="B3CC82" w:themeColor="accent3" w:themeTint="BF"/>
          <w:insideH w:val="nil"/>
          <w:insideV w:val="nil"/>
        </w:tcBorders>
      </w:tcPr>
    </w:tblStylePr>
    <w:tblStylePr w:type="firstCol">
      <w:rPr>
        <w:b/>
        <w:bCs/>
      </w:rPr>
    </w:tblStylePr>
    <w:tblStylePr w:type="lastCol">
      <w:rPr>
        <w:b/>
        <w:bCs/>
      </w:rPr>
    </w:tblStylePr>
    <w:tblStylePr w:type="band1Vert">
      <w:tblPr/>
      <w:tcPr>
        <w:shd w:val="clear" w:color="auto" w:fill="E6EED5" w:themeFill="accent3" w:themeFillTint="3F"/>
      </w:tcPr>
    </w:tblStylePr>
    <w:tblStylePr w:type="band1Horz">
      <w:tblPr/>
      <w:tcPr>
        <w:tcBorders>
          <w:insideH w:val="nil"/>
          <w:insideV w:val="nil"/>
        </w:tcBorders>
        <w:shd w:val="clear" w:color="auto" w:fill="E6EED5" w:themeFill="accent3" w:themeFillTint="3F"/>
      </w:tcPr>
    </w:tblStylePr>
    <w:tblStylePr w:type="band2Horz">
      <w:tblPr/>
      <w:tcPr>
        <w:tcBorders>
          <w:insideH w:val="nil"/>
          <w:insideV w:val="nil"/>
        </w:tcBorders>
      </w:tcPr>
    </w:tblStylePr>
  </w:style>
  <w:style w:type="table" w:styleId="MediumShading1-Accent4">
    <w:name w:val="Medium Shading 1 Accent 4"/>
    <w:basedOn w:val="TableNormal"/>
    <w:uiPriority w:val="63"/>
    <w:rsid w:val="00CB0664"/>
    <w:pPr>
      <w:spacing w:after="0" w:line="240" w:lineRule="auto"/>
    </w:pPr>
    <w:tblPr>
      <w:tblStyleRowBandSize w:val="1"/>
      <w:tblStyleColBandSize w:val="1"/>
      <w:tblInd w:w="0" w:type="dxa"/>
      <w:tblBorders>
        <w:top w:val="single" w:sz="8" w:space="0" w:color="9F8AB9" w:themeColor="accent4" w:themeTint="BF"/>
        <w:left w:val="single" w:sz="8" w:space="0" w:color="9F8AB9" w:themeColor="accent4" w:themeTint="BF"/>
        <w:bottom w:val="single" w:sz="8" w:space="0" w:color="9F8AB9" w:themeColor="accent4" w:themeTint="BF"/>
        <w:right w:val="single" w:sz="8" w:space="0" w:color="9F8AB9" w:themeColor="accent4" w:themeTint="BF"/>
        <w:insideH w:val="single" w:sz="8" w:space="0" w:color="9F8AB9" w:themeColor="accent4" w:themeTint="BF"/>
      </w:tblBorders>
      <w:tblCellMar>
        <w:top w:w="0" w:type="dxa"/>
        <w:left w:w="108" w:type="dxa"/>
        <w:bottom w:w="0" w:type="dxa"/>
        <w:right w:w="108" w:type="dxa"/>
      </w:tblCellMar>
    </w:tblPr>
    <w:tblStylePr w:type="firstRow">
      <w:pPr>
        <w:spacing w:before="0" w:after="0" w:line="240" w:lineRule="auto"/>
      </w:pPr>
      <w:rPr>
        <w:b/>
        <w:bCs/>
        <w:color w:val="FFFFFF" w:themeColor="background1"/>
      </w:rPr>
      <w:tblPr/>
      <w:tcPr>
        <w:tcBorders>
          <w:top w:val="single" w:sz="8" w:space="0" w:color="9F8AB9" w:themeColor="accent4" w:themeTint="BF"/>
          <w:left w:val="single" w:sz="8" w:space="0" w:color="9F8AB9" w:themeColor="accent4" w:themeTint="BF"/>
          <w:bottom w:val="single" w:sz="8" w:space="0" w:color="9F8AB9" w:themeColor="accent4" w:themeTint="BF"/>
          <w:right w:val="single" w:sz="8" w:space="0" w:color="9F8AB9" w:themeColor="accent4" w:themeTint="BF"/>
          <w:insideH w:val="nil"/>
          <w:insideV w:val="nil"/>
        </w:tcBorders>
        <w:shd w:val="clear" w:color="auto" w:fill="8064A2" w:themeFill="accent4"/>
      </w:tcPr>
    </w:tblStylePr>
    <w:tblStylePr w:type="lastRow">
      <w:pPr>
        <w:spacing w:before="0" w:after="0" w:line="240" w:lineRule="auto"/>
      </w:pPr>
      <w:rPr>
        <w:b/>
        <w:bCs/>
      </w:rPr>
      <w:tblPr/>
      <w:tcPr>
        <w:tcBorders>
          <w:top w:val="double" w:sz="6" w:space="0" w:color="9F8AB9" w:themeColor="accent4" w:themeTint="BF"/>
          <w:left w:val="single" w:sz="8" w:space="0" w:color="9F8AB9" w:themeColor="accent4" w:themeTint="BF"/>
          <w:bottom w:val="single" w:sz="8" w:space="0" w:color="9F8AB9" w:themeColor="accent4" w:themeTint="BF"/>
          <w:right w:val="single" w:sz="8" w:space="0" w:color="9F8AB9" w:themeColor="accent4" w:themeTint="BF"/>
          <w:insideH w:val="nil"/>
          <w:insideV w:val="nil"/>
        </w:tcBorders>
      </w:tcPr>
    </w:tblStylePr>
    <w:tblStylePr w:type="firstCol">
      <w:rPr>
        <w:b/>
        <w:bCs/>
      </w:rPr>
    </w:tblStylePr>
    <w:tblStylePr w:type="lastCol">
      <w:rPr>
        <w:b/>
        <w:bCs/>
      </w:rPr>
    </w:tblStylePr>
    <w:tblStylePr w:type="band1Vert">
      <w:tblPr/>
      <w:tcPr>
        <w:shd w:val="clear" w:color="auto" w:fill="DFD8E8" w:themeFill="accent4" w:themeFillTint="3F"/>
      </w:tcPr>
    </w:tblStylePr>
    <w:tblStylePr w:type="band1Horz">
      <w:tblPr/>
      <w:tcPr>
        <w:tcBorders>
          <w:insideH w:val="nil"/>
          <w:insideV w:val="nil"/>
        </w:tcBorders>
        <w:shd w:val="clear" w:color="auto" w:fill="DFD8E8" w:themeFill="accent4" w:themeFillTint="3F"/>
      </w:tcPr>
    </w:tblStylePr>
    <w:tblStylePr w:type="band2Horz">
      <w:tblPr/>
      <w:tcPr>
        <w:tcBorders>
          <w:insideH w:val="nil"/>
          <w:insideV w:val="nil"/>
        </w:tcBorders>
      </w:tcPr>
    </w:tblStylePr>
  </w:style>
  <w:style w:type="table" w:styleId="MediumShading1-Accent5">
    <w:name w:val="Medium Shading 1 Accent 5"/>
    <w:basedOn w:val="TableNormal"/>
    <w:uiPriority w:val="63"/>
    <w:rsid w:val="00CB0664"/>
    <w:pPr>
      <w:spacing w:after="0" w:line="240" w:lineRule="auto"/>
    </w:pPr>
    <w:tblPr>
      <w:tblStyleRowBandSize w:val="1"/>
      <w:tblStyleColBandSize w:val="1"/>
      <w:tblInd w:w="0" w:type="dxa"/>
      <w:tblBorders>
        <w:top w:val="single" w:sz="8" w:space="0" w:color="78C0D4" w:themeColor="accent5" w:themeTint="BF"/>
        <w:left w:val="single" w:sz="8" w:space="0" w:color="78C0D4" w:themeColor="accent5" w:themeTint="BF"/>
        <w:bottom w:val="single" w:sz="8" w:space="0" w:color="78C0D4" w:themeColor="accent5" w:themeTint="BF"/>
        <w:right w:val="single" w:sz="8" w:space="0" w:color="78C0D4" w:themeColor="accent5" w:themeTint="BF"/>
        <w:insideH w:val="single" w:sz="8" w:space="0" w:color="78C0D4" w:themeColor="accent5" w:themeTint="BF"/>
      </w:tblBorders>
      <w:tblCellMar>
        <w:top w:w="0" w:type="dxa"/>
        <w:left w:w="108" w:type="dxa"/>
        <w:bottom w:w="0" w:type="dxa"/>
        <w:right w:w="108" w:type="dxa"/>
      </w:tblCellMar>
    </w:tblPr>
    <w:tblStylePr w:type="firstRow">
      <w:pPr>
        <w:spacing w:before="0" w:after="0" w:line="240" w:lineRule="auto"/>
      </w:pPr>
      <w:rPr>
        <w:b/>
        <w:bCs/>
        <w:color w:val="FFFFFF" w:themeColor="background1"/>
      </w:rPr>
      <w:tblPr/>
      <w:tcPr>
        <w:tcBorders>
          <w:top w:val="single" w:sz="8" w:space="0" w:color="78C0D4" w:themeColor="accent5" w:themeTint="BF"/>
          <w:left w:val="single" w:sz="8" w:space="0" w:color="78C0D4" w:themeColor="accent5" w:themeTint="BF"/>
          <w:bottom w:val="single" w:sz="8" w:space="0" w:color="78C0D4" w:themeColor="accent5" w:themeTint="BF"/>
          <w:right w:val="single" w:sz="8" w:space="0" w:color="78C0D4" w:themeColor="accent5" w:themeTint="BF"/>
          <w:insideH w:val="nil"/>
          <w:insideV w:val="nil"/>
        </w:tcBorders>
        <w:shd w:val="clear" w:color="auto" w:fill="4BACC6" w:themeFill="accent5"/>
      </w:tcPr>
    </w:tblStylePr>
    <w:tblStylePr w:type="lastRow">
      <w:pPr>
        <w:spacing w:before="0" w:after="0" w:line="240" w:lineRule="auto"/>
      </w:pPr>
      <w:rPr>
        <w:b/>
        <w:bCs/>
      </w:rPr>
      <w:tblPr/>
      <w:tcPr>
        <w:tcBorders>
          <w:top w:val="double" w:sz="6" w:space="0" w:color="78C0D4" w:themeColor="accent5" w:themeTint="BF"/>
          <w:left w:val="single" w:sz="8" w:space="0" w:color="78C0D4" w:themeColor="accent5" w:themeTint="BF"/>
          <w:bottom w:val="single" w:sz="8" w:space="0" w:color="78C0D4" w:themeColor="accent5" w:themeTint="BF"/>
          <w:right w:val="single" w:sz="8" w:space="0" w:color="78C0D4" w:themeColor="accent5" w:themeTint="BF"/>
          <w:insideH w:val="nil"/>
          <w:insideV w:val="nil"/>
        </w:tcBorders>
      </w:tcPr>
    </w:tblStylePr>
    <w:tblStylePr w:type="firstCol">
      <w:rPr>
        <w:b/>
        <w:bCs/>
      </w:rPr>
    </w:tblStylePr>
    <w:tblStylePr w:type="lastCol">
      <w:rPr>
        <w:b/>
        <w:bCs/>
      </w:rPr>
    </w:tblStylePr>
    <w:tblStylePr w:type="band1Vert">
      <w:tblPr/>
      <w:tcPr>
        <w:shd w:val="clear" w:color="auto" w:fill="D2EAF1" w:themeFill="accent5" w:themeFillTint="3F"/>
      </w:tcPr>
    </w:tblStylePr>
    <w:tblStylePr w:type="band1Horz">
      <w:tblPr/>
      <w:tcPr>
        <w:tcBorders>
          <w:insideH w:val="nil"/>
          <w:insideV w:val="nil"/>
        </w:tcBorders>
        <w:shd w:val="clear" w:color="auto" w:fill="D2EAF1" w:themeFill="accent5" w:themeFillTint="3F"/>
      </w:tcPr>
    </w:tblStylePr>
    <w:tblStylePr w:type="band2Horz">
      <w:tblPr/>
      <w:tcPr>
        <w:tcBorders>
          <w:insideH w:val="nil"/>
          <w:insideV w:val="nil"/>
        </w:tcBorders>
      </w:tcPr>
    </w:tblStylePr>
  </w:style>
  <w:style w:type="table" w:styleId="MediumShading1-Accent6">
    <w:name w:val="Medium Shading 1 Accent 6"/>
    <w:basedOn w:val="TableNormal"/>
    <w:uiPriority w:val="63"/>
    <w:rsid w:val="00CB0664"/>
    <w:pPr>
      <w:spacing w:after="0" w:line="240" w:lineRule="auto"/>
    </w:pPr>
    <w:tblPr>
      <w:tblStyleRowBandSize w:val="1"/>
      <w:tblStyleColBandSize w:val="1"/>
      <w:tblInd w:w="0" w:type="dxa"/>
      <w:tblBorders>
        <w:top w:val="single" w:sz="8" w:space="0" w:color="F9B074" w:themeColor="accent6" w:themeTint="BF"/>
        <w:left w:val="single" w:sz="8" w:space="0" w:color="F9B074" w:themeColor="accent6" w:themeTint="BF"/>
        <w:bottom w:val="single" w:sz="8" w:space="0" w:color="F9B074" w:themeColor="accent6" w:themeTint="BF"/>
        <w:right w:val="single" w:sz="8" w:space="0" w:color="F9B074" w:themeColor="accent6" w:themeTint="BF"/>
        <w:insideH w:val="single" w:sz="8" w:space="0" w:color="F9B074" w:themeColor="accent6" w:themeTint="BF"/>
      </w:tblBorders>
      <w:tblCellMar>
        <w:top w:w="0" w:type="dxa"/>
        <w:left w:w="108" w:type="dxa"/>
        <w:bottom w:w="0" w:type="dxa"/>
        <w:right w:w="108" w:type="dxa"/>
      </w:tblCellMar>
    </w:tblPr>
    <w:tblStylePr w:type="firstRow">
      <w:pPr>
        <w:spacing w:before="0" w:after="0" w:line="240" w:lineRule="auto"/>
      </w:pPr>
      <w:rPr>
        <w:b/>
        <w:bCs/>
        <w:color w:val="FFFFFF" w:themeColor="background1"/>
      </w:rPr>
      <w:tblPr/>
      <w:tcPr>
        <w:tcBorders>
          <w:top w:val="single" w:sz="8" w:space="0" w:color="F9B074" w:themeColor="accent6" w:themeTint="BF"/>
          <w:left w:val="single" w:sz="8" w:space="0" w:color="F9B074" w:themeColor="accent6" w:themeTint="BF"/>
          <w:bottom w:val="single" w:sz="8" w:space="0" w:color="F9B074" w:themeColor="accent6" w:themeTint="BF"/>
          <w:right w:val="single" w:sz="8" w:space="0" w:color="F9B074" w:themeColor="accent6" w:themeTint="BF"/>
          <w:insideH w:val="nil"/>
          <w:insideV w:val="nil"/>
        </w:tcBorders>
        <w:shd w:val="clear" w:color="auto" w:fill="F79646" w:themeFill="accent6"/>
      </w:tcPr>
    </w:tblStylePr>
    <w:tblStylePr w:type="lastRow">
      <w:pPr>
        <w:spacing w:before="0" w:after="0" w:line="240" w:lineRule="auto"/>
      </w:pPr>
      <w:rPr>
        <w:b/>
        <w:bCs/>
      </w:rPr>
      <w:tblPr/>
      <w:tcPr>
        <w:tcBorders>
          <w:top w:val="double" w:sz="6" w:space="0" w:color="F9B074" w:themeColor="accent6" w:themeTint="BF"/>
          <w:left w:val="single" w:sz="8" w:space="0" w:color="F9B074" w:themeColor="accent6" w:themeTint="BF"/>
          <w:bottom w:val="single" w:sz="8" w:space="0" w:color="F9B074" w:themeColor="accent6" w:themeTint="BF"/>
          <w:right w:val="single" w:sz="8" w:space="0" w:color="F9B074" w:themeColor="accent6" w:themeTint="BF"/>
          <w:insideH w:val="nil"/>
          <w:insideV w:val="nil"/>
        </w:tcBorders>
      </w:tcPr>
    </w:tblStylePr>
    <w:tblStylePr w:type="firstCol">
      <w:rPr>
        <w:b/>
        <w:bCs/>
      </w:rPr>
    </w:tblStylePr>
    <w:tblStylePr w:type="lastCol">
      <w:rPr>
        <w:b/>
        <w:bCs/>
      </w:rPr>
    </w:tblStylePr>
    <w:tblStylePr w:type="band1Vert">
      <w:tblPr/>
      <w:tcPr>
        <w:shd w:val="clear" w:color="auto" w:fill="FDE4D0" w:themeFill="accent6" w:themeFillTint="3F"/>
      </w:tcPr>
    </w:tblStylePr>
    <w:tblStylePr w:type="band1Horz">
      <w:tblPr/>
      <w:tcPr>
        <w:tcBorders>
          <w:insideH w:val="nil"/>
          <w:insideV w:val="nil"/>
        </w:tcBorders>
        <w:shd w:val="clear" w:color="auto" w:fill="FDE4D0" w:themeFill="accent6" w:themeFillTint="3F"/>
      </w:tcPr>
    </w:tblStylePr>
    <w:tblStylePr w:type="band2Horz">
      <w:tblPr/>
      <w:tcPr>
        <w:tcBorders>
          <w:insideH w:val="nil"/>
          <w:insideV w:val="nil"/>
        </w:tcBorders>
      </w:tcPr>
    </w:tblStylePr>
  </w:style>
  <w:style w:type="table" w:styleId="MediumShading2">
    <w:name w:val="Medium Shading 2"/>
    <w:basedOn w:val="TableNormal"/>
    <w:uiPriority w:val="64"/>
    <w:rsid w:val="00CB0664"/>
    <w:pPr>
      <w:spacing w:after="0" w:line="240" w:lineRule="auto"/>
    </w:pPr>
    <w:tblPr>
      <w:tblStyleRowBandSize w:val="1"/>
      <w:tblStyleColBandSize w:val="1"/>
      <w:tblInd w:w="0" w:type="dxa"/>
      <w:tblBorders>
        <w:top w:val="single" w:sz="18" w:space="0" w:color="auto"/>
        <w:bottom w:val="single" w:sz="18" w:space="0" w:color="auto"/>
      </w:tblBorders>
      <w:tblCellMar>
        <w:top w:w="0" w:type="dxa"/>
        <w:left w:w="108" w:type="dxa"/>
        <w:bottom w:w="0" w:type="dxa"/>
        <w:right w:w="108" w:type="dxa"/>
      </w:tblCellMar>
    </w:tblPr>
    <w:tblStylePr w:type="firstRow">
      <w:pPr>
        <w:spacing w:before="0" w:after="0" w:line="240" w:lineRule="auto"/>
      </w:pPr>
      <w:rPr>
        <w:b/>
        <w:bCs/>
        <w:color w:val="FFFFFF" w:themeColor="background1"/>
      </w:rPr>
      <w:tblPr/>
      <w:tcPr>
        <w:tcBorders>
          <w:top w:val="single" w:sz="18" w:space="0" w:color="auto"/>
          <w:left w:val="nil"/>
          <w:bottom w:val="single" w:sz="18" w:space="0" w:color="auto"/>
          <w:right w:val="nil"/>
          <w:insideH w:val="nil"/>
          <w:insideV w:val="nil"/>
        </w:tcBorders>
        <w:shd w:val="clear" w:color="auto" w:fill="000000" w:themeFill="text1"/>
      </w:tcPr>
    </w:tblStylePr>
    <w:tblStylePr w:type="lastRow">
      <w:pPr>
        <w:spacing w:before="0" w:after="0" w:line="240" w:lineRule="auto"/>
      </w:pPr>
      <w:rPr>
        <w:color w:val="auto"/>
      </w:rPr>
      <w:tblPr/>
      <w:tcPr>
        <w:tcBorders>
          <w:top w:val="double" w:sz="6" w:space="0" w:color="auto"/>
          <w:left w:val="nil"/>
          <w:bottom w:val="single" w:sz="18" w:space="0" w:color="auto"/>
          <w:right w:val="nil"/>
          <w:insideH w:val="nil"/>
          <w:insideV w:val="nil"/>
        </w:tcBorders>
        <w:shd w:val="clear" w:color="auto" w:fill="FFFFFF" w:themeFill="background1"/>
      </w:tcPr>
    </w:tblStylePr>
    <w:tblStylePr w:type="firstCol">
      <w:rPr>
        <w:b/>
        <w:bCs/>
        <w:color w:val="FFFFFF" w:themeColor="background1"/>
      </w:rPr>
      <w:tblPr/>
      <w:tcPr>
        <w:tcBorders>
          <w:top w:val="nil"/>
          <w:left w:val="nil"/>
          <w:bottom w:val="single" w:sz="18" w:space="0" w:color="auto"/>
          <w:right w:val="nil"/>
          <w:insideH w:val="nil"/>
          <w:insideV w:val="nil"/>
        </w:tcBorders>
        <w:shd w:val="clear" w:color="auto" w:fill="000000" w:themeFill="text1"/>
      </w:tcPr>
    </w:tblStylePr>
    <w:tblStylePr w:type="lastCol">
      <w:rPr>
        <w:b/>
        <w:bCs/>
        <w:color w:val="FFFFFF" w:themeColor="background1"/>
      </w:rPr>
      <w:tblPr/>
      <w:tcPr>
        <w:tcBorders>
          <w:left w:val="nil"/>
          <w:right w:val="nil"/>
          <w:insideH w:val="nil"/>
          <w:insideV w:val="nil"/>
        </w:tcBorders>
        <w:shd w:val="clear" w:color="auto" w:fill="000000" w:themeFill="text1"/>
      </w:tcPr>
    </w:tblStylePr>
    <w:tblStylePr w:type="band1Vert">
      <w:tblPr/>
      <w:tcPr>
        <w:tcBorders>
          <w:left w:val="nil"/>
          <w:right w:val="nil"/>
          <w:insideH w:val="nil"/>
          <w:insideV w:val="nil"/>
        </w:tcBorders>
        <w:shd w:val="clear" w:color="auto" w:fill="D8D8D8" w:themeFill="background1" w:themeFillShade="D8"/>
      </w:tcPr>
    </w:tblStylePr>
    <w:tblStylePr w:type="band1Horz">
      <w:tblPr/>
      <w:tcPr>
        <w:shd w:val="clear" w:color="auto" w:fill="D8D8D8" w:themeFill="background1" w:themeFillShade="D8"/>
      </w:tcPr>
    </w:tblStylePr>
    <w:tblStylePr w:type="neCell">
      <w:tblPr/>
      <w:tcPr>
        <w:tcBorders>
          <w:top w:val="single" w:sz="18" w:space="0" w:color="auto"/>
          <w:left w:val="nil"/>
          <w:bottom w:val="single" w:sz="18" w:space="0" w:color="auto"/>
          <w:right w:val="nil"/>
          <w:insideH w:val="nil"/>
          <w:insideV w:val="nil"/>
        </w:tcBorders>
      </w:tcPr>
    </w:tblStylePr>
    <w:tblStylePr w:type="nwCell">
      <w:rPr>
        <w:color w:val="FFFFFF" w:themeColor="background1"/>
      </w:rPr>
      <w:tblPr/>
      <w:tcPr>
        <w:tcBorders>
          <w:top w:val="single" w:sz="18" w:space="0" w:color="auto"/>
          <w:left w:val="nil"/>
          <w:bottom w:val="single" w:sz="18" w:space="0" w:color="auto"/>
          <w:right w:val="nil"/>
          <w:insideH w:val="nil"/>
          <w:insideV w:val="nil"/>
        </w:tcBorders>
      </w:tcPr>
    </w:tblStylePr>
  </w:style>
  <w:style w:type="table" w:styleId="MediumShading2-Accent1">
    <w:name w:val="Medium Shading 2 Accent 1"/>
    <w:basedOn w:val="TableNormal"/>
    <w:uiPriority w:val="64"/>
    <w:rsid w:val="00CB0664"/>
    <w:pPr>
      <w:spacing w:after="0" w:line="240" w:lineRule="auto"/>
    </w:pPr>
    <w:tblPr>
      <w:tblStyleRowBandSize w:val="1"/>
      <w:tblStyleColBandSize w:val="1"/>
      <w:tblInd w:w="0" w:type="dxa"/>
      <w:tblBorders>
        <w:top w:val="single" w:sz="18" w:space="0" w:color="auto"/>
        <w:bottom w:val="single" w:sz="18" w:space="0" w:color="auto"/>
      </w:tblBorders>
      <w:tblCellMar>
        <w:top w:w="0" w:type="dxa"/>
        <w:left w:w="108" w:type="dxa"/>
        <w:bottom w:w="0" w:type="dxa"/>
        <w:right w:w="108" w:type="dxa"/>
      </w:tblCellMar>
    </w:tblPr>
    <w:tblStylePr w:type="firstRow">
      <w:pPr>
        <w:spacing w:before="0" w:after="0" w:line="240" w:lineRule="auto"/>
      </w:pPr>
      <w:rPr>
        <w:b/>
        <w:bCs/>
        <w:color w:val="FFFFFF" w:themeColor="background1"/>
      </w:rPr>
      <w:tblPr/>
      <w:tcPr>
        <w:tcBorders>
          <w:top w:val="single" w:sz="18" w:space="0" w:color="auto"/>
          <w:left w:val="nil"/>
          <w:bottom w:val="single" w:sz="18" w:space="0" w:color="auto"/>
          <w:right w:val="nil"/>
          <w:insideH w:val="nil"/>
          <w:insideV w:val="nil"/>
        </w:tcBorders>
        <w:shd w:val="clear" w:color="auto" w:fill="4F81BD" w:themeFill="accent1"/>
      </w:tcPr>
    </w:tblStylePr>
    <w:tblStylePr w:type="lastRow">
      <w:pPr>
        <w:spacing w:before="0" w:after="0" w:line="240" w:lineRule="auto"/>
      </w:pPr>
      <w:rPr>
        <w:color w:val="auto"/>
      </w:rPr>
      <w:tblPr/>
      <w:tcPr>
        <w:tcBorders>
          <w:top w:val="double" w:sz="6" w:space="0" w:color="auto"/>
          <w:left w:val="nil"/>
          <w:bottom w:val="single" w:sz="18" w:space="0" w:color="auto"/>
          <w:right w:val="nil"/>
          <w:insideH w:val="nil"/>
          <w:insideV w:val="nil"/>
        </w:tcBorders>
        <w:shd w:val="clear" w:color="auto" w:fill="FFFFFF" w:themeFill="background1"/>
      </w:tcPr>
    </w:tblStylePr>
    <w:tblStylePr w:type="firstCol">
      <w:rPr>
        <w:b/>
        <w:bCs/>
        <w:color w:val="FFFFFF" w:themeColor="background1"/>
      </w:rPr>
      <w:tblPr/>
      <w:tcPr>
        <w:tcBorders>
          <w:top w:val="nil"/>
          <w:left w:val="nil"/>
          <w:bottom w:val="single" w:sz="18" w:space="0" w:color="auto"/>
          <w:right w:val="nil"/>
          <w:insideH w:val="nil"/>
          <w:insideV w:val="nil"/>
        </w:tcBorders>
        <w:shd w:val="clear" w:color="auto" w:fill="4F81BD" w:themeFill="accent1"/>
      </w:tcPr>
    </w:tblStylePr>
    <w:tblStylePr w:type="lastCol">
      <w:rPr>
        <w:b/>
        <w:bCs/>
        <w:color w:val="FFFFFF" w:themeColor="background1"/>
      </w:rPr>
      <w:tblPr/>
      <w:tcPr>
        <w:tcBorders>
          <w:left w:val="nil"/>
          <w:right w:val="nil"/>
          <w:insideH w:val="nil"/>
          <w:insideV w:val="nil"/>
        </w:tcBorders>
        <w:shd w:val="clear" w:color="auto" w:fill="4F81BD" w:themeFill="accent1"/>
      </w:tcPr>
    </w:tblStylePr>
    <w:tblStylePr w:type="band1Vert">
      <w:tblPr/>
      <w:tcPr>
        <w:tcBorders>
          <w:left w:val="nil"/>
          <w:right w:val="nil"/>
          <w:insideH w:val="nil"/>
          <w:insideV w:val="nil"/>
        </w:tcBorders>
        <w:shd w:val="clear" w:color="auto" w:fill="D8D8D8" w:themeFill="background1" w:themeFillShade="D8"/>
      </w:tcPr>
    </w:tblStylePr>
    <w:tblStylePr w:type="band1Horz">
      <w:tblPr/>
      <w:tcPr>
        <w:shd w:val="clear" w:color="auto" w:fill="D8D8D8" w:themeFill="background1" w:themeFillShade="D8"/>
      </w:tcPr>
    </w:tblStylePr>
    <w:tblStylePr w:type="neCell">
      <w:tblPr/>
      <w:tcPr>
        <w:tcBorders>
          <w:top w:val="single" w:sz="18" w:space="0" w:color="auto"/>
          <w:left w:val="nil"/>
          <w:bottom w:val="single" w:sz="18" w:space="0" w:color="auto"/>
          <w:right w:val="nil"/>
          <w:insideH w:val="nil"/>
          <w:insideV w:val="nil"/>
        </w:tcBorders>
      </w:tcPr>
    </w:tblStylePr>
    <w:tblStylePr w:type="nwCell">
      <w:rPr>
        <w:color w:val="FFFFFF" w:themeColor="background1"/>
      </w:rPr>
      <w:tblPr/>
      <w:tcPr>
        <w:tcBorders>
          <w:top w:val="single" w:sz="18" w:space="0" w:color="auto"/>
          <w:left w:val="nil"/>
          <w:bottom w:val="single" w:sz="18" w:space="0" w:color="auto"/>
          <w:right w:val="nil"/>
          <w:insideH w:val="nil"/>
          <w:insideV w:val="nil"/>
        </w:tcBorders>
      </w:tcPr>
    </w:tblStylePr>
  </w:style>
  <w:style w:type="table" w:styleId="MediumShading2-Accent2">
    <w:name w:val="Medium Shading 2 Accent 2"/>
    <w:basedOn w:val="TableNormal"/>
    <w:uiPriority w:val="64"/>
    <w:rsid w:val="00CB0664"/>
    <w:pPr>
      <w:spacing w:after="0" w:line="240" w:lineRule="auto"/>
    </w:pPr>
    <w:tblPr>
      <w:tblStyleRowBandSize w:val="1"/>
      <w:tblStyleColBandSize w:val="1"/>
      <w:tblInd w:w="0" w:type="dxa"/>
      <w:tblBorders>
        <w:top w:val="single" w:sz="18" w:space="0" w:color="auto"/>
        <w:bottom w:val="single" w:sz="18" w:space="0" w:color="auto"/>
      </w:tblBorders>
      <w:tblCellMar>
        <w:top w:w="0" w:type="dxa"/>
        <w:left w:w="108" w:type="dxa"/>
        <w:bottom w:w="0" w:type="dxa"/>
        <w:right w:w="108" w:type="dxa"/>
      </w:tblCellMar>
    </w:tblPr>
    <w:tblStylePr w:type="firstRow">
      <w:pPr>
        <w:spacing w:before="0" w:after="0" w:line="240" w:lineRule="auto"/>
      </w:pPr>
      <w:rPr>
        <w:b/>
        <w:bCs/>
        <w:color w:val="FFFFFF" w:themeColor="background1"/>
      </w:rPr>
      <w:tblPr/>
      <w:tcPr>
        <w:tcBorders>
          <w:top w:val="single" w:sz="18" w:space="0" w:color="auto"/>
          <w:left w:val="nil"/>
          <w:bottom w:val="single" w:sz="18" w:space="0" w:color="auto"/>
          <w:right w:val="nil"/>
          <w:insideH w:val="nil"/>
          <w:insideV w:val="nil"/>
        </w:tcBorders>
        <w:shd w:val="clear" w:color="auto" w:fill="C0504D" w:themeFill="accent2"/>
      </w:tcPr>
    </w:tblStylePr>
    <w:tblStylePr w:type="lastRow">
      <w:pPr>
        <w:spacing w:before="0" w:after="0" w:line="240" w:lineRule="auto"/>
      </w:pPr>
      <w:rPr>
        <w:color w:val="auto"/>
      </w:rPr>
      <w:tblPr/>
      <w:tcPr>
        <w:tcBorders>
          <w:top w:val="double" w:sz="6" w:space="0" w:color="auto"/>
          <w:left w:val="nil"/>
          <w:bottom w:val="single" w:sz="18" w:space="0" w:color="auto"/>
          <w:right w:val="nil"/>
          <w:insideH w:val="nil"/>
          <w:insideV w:val="nil"/>
        </w:tcBorders>
        <w:shd w:val="clear" w:color="auto" w:fill="FFFFFF" w:themeFill="background1"/>
      </w:tcPr>
    </w:tblStylePr>
    <w:tblStylePr w:type="firstCol">
      <w:rPr>
        <w:b/>
        <w:bCs/>
        <w:color w:val="FFFFFF" w:themeColor="background1"/>
      </w:rPr>
      <w:tblPr/>
      <w:tcPr>
        <w:tcBorders>
          <w:top w:val="nil"/>
          <w:left w:val="nil"/>
          <w:bottom w:val="single" w:sz="18" w:space="0" w:color="auto"/>
          <w:right w:val="nil"/>
          <w:insideH w:val="nil"/>
          <w:insideV w:val="nil"/>
        </w:tcBorders>
        <w:shd w:val="clear" w:color="auto" w:fill="C0504D" w:themeFill="accent2"/>
      </w:tcPr>
    </w:tblStylePr>
    <w:tblStylePr w:type="lastCol">
      <w:rPr>
        <w:b/>
        <w:bCs/>
        <w:color w:val="FFFFFF" w:themeColor="background1"/>
      </w:rPr>
      <w:tblPr/>
      <w:tcPr>
        <w:tcBorders>
          <w:left w:val="nil"/>
          <w:right w:val="nil"/>
          <w:insideH w:val="nil"/>
          <w:insideV w:val="nil"/>
        </w:tcBorders>
        <w:shd w:val="clear" w:color="auto" w:fill="C0504D" w:themeFill="accent2"/>
      </w:tcPr>
    </w:tblStylePr>
    <w:tblStylePr w:type="band1Vert">
      <w:tblPr/>
      <w:tcPr>
        <w:tcBorders>
          <w:left w:val="nil"/>
          <w:right w:val="nil"/>
          <w:insideH w:val="nil"/>
          <w:insideV w:val="nil"/>
        </w:tcBorders>
        <w:shd w:val="clear" w:color="auto" w:fill="D8D8D8" w:themeFill="background1" w:themeFillShade="D8"/>
      </w:tcPr>
    </w:tblStylePr>
    <w:tblStylePr w:type="band1Horz">
      <w:tblPr/>
      <w:tcPr>
        <w:shd w:val="clear" w:color="auto" w:fill="D8D8D8" w:themeFill="background1" w:themeFillShade="D8"/>
      </w:tcPr>
    </w:tblStylePr>
    <w:tblStylePr w:type="neCell">
      <w:tblPr/>
      <w:tcPr>
        <w:tcBorders>
          <w:top w:val="single" w:sz="18" w:space="0" w:color="auto"/>
          <w:left w:val="nil"/>
          <w:bottom w:val="single" w:sz="18" w:space="0" w:color="auto"/>
          <w:right w:val="nil"/>
          <w:insideH w:val="nil"/>
          <w:insideV w:val="nil"/>
        </w:tcBorders>
      </w:tcPr>
    </w:tblStylePr>
    <w:tblStylePr w:type="nwCell">
      <w:rPr>
        <w:color w:val="FFFFFF" w:themeColor="background1"/>
      </w:rPr>
      <w:tblPr/>
      <w:tcPr>
        <w:tcBorders>
          <w:top w:val="single" w:sz="18" w:space="0" w:color="auto"/>
          <w:left w:val="nil"/>
          <w:bottom w:val="single" w:sz="18" w:space="0" w:color="auto"/>
          <w:right w:val="nil"/>
          <w:insideH w:val="nil"/>
          <w:insideV w:val="nil"/>
        </w:tcBorders>
      </w:tcPr>
    </w:tblStylePr>
  </w:style>
  <w:style w:type="table" w:styleId="MediumShading2-Accent3">
    <w:name w:val="Medium Shading 2 Accent 3"/>
    <w:basedOn w:val="TableNormal"/>
    <w:uiPriority w:val="64"/>
    <w:rsid w:val="00CB0664"/>
    <w:pPr>
      <w:spacing w:after="0" w:line="240" w:lineRule="auto"/>
    </w:pPr>
    <w:tblPr>
      <w:tblStyleRowBandSize w:val="1"/>
      <w:tblStyleColBandSize w:val="1"/>
      <w:tblInd w:w="0" w:type="dxa"/>
      <w:tblBorders>
        <w:top w:val="single" w:sz="18" w:space="0" w:color="auto"/>
        <w:bottom w:val="single" w:sz="18" w:space="0" w:color="auto"/>
      </w:tblBorders>
      <w:tblCellMar>
        <w:top w:w="0" w:type="dxa"/>
        <w:left w:w="108" w:type="dxa"/>
        <w:bottom w:w="0" w:type="dxa"/>
        <w:right w:w="108" w:type="dxa"/>
      </w:tblCellMar>
    </w:tblPr>
    <w:tblStylePr w:type="firstRow">
      <w:pPr>
        <w:spacing w:before="0" w:after="0" w:line="240" w:lineRule="auto"/>
      </w:pPr>
      <w:rPr>
        <w:b/>
        <w:bCs/>
        <w:color w:val="FFFFFF" w:themeColor="background1"/>
      </w:rPr>
      <w:tblPr/>
      <w:tcPr>
        <w:tcBorders>
          <w:top w:val="single" w:sz="18" w:space="0" w:color="auto"/>
          <w:left w:val="nil"/>
          <w:bottom w:val="single" w:sz="18" w:space="0" w:color="auto"/>
          <w:right w:val="nil"/>
          <w:insideH w:val="nil"/>
          <w:insideV w:val="nil"/>
        </w:tcBorders>
        <w:shd w:val="clear" w:color="auto" w:fill="9BBB59" w:themeFill="accent3"/>
      </w:tcPr>
    </w:tblStylePr>
    <w:tblStylePr w:type="lastRow">
      <w:pPr>
        <w:spacing w:before="0" w:after="0" w:line="240" w:lineRule="auto"/>
      </w:pPr>
      <w:rPr>
        <w:color w:val="auto"/>
      </w:rPr>
      <w:tblPr/>
      <w:tcPr>
        <w:tcBorders>
          <w:top w:val="double" w:sz="6" w:space="0" w:color="auto"/>
          <w:left w:val="nil"/>
          <w:bottom w:val="single" w:sz="18" w:space="0" w:color="auto"/>
          <w:right w:val="nil"/>
          <w:insideH w:val="nil"/>
          <w:insideV w:val="nil"/>
        </w:tcBorders>
        <w:shd w:val="clear" w:color="auto" w:fill="FFFFFF" w:themeFill="background1"/>
      </w:tcPr>
    </w:tblStylePr>
    <w:tblStylePr w:type="firstCol">
      <w:rPr>
        <w:b/>
        <w:bCs/>
        <w:color w:val="FFFFFF" w:themeColor="background1"/>
      </w:rPr>
      <w:tblPr/>
      <w:tcPr>
        <w:tcBorders>
          <w:top w:val="nil"/>
          <w:left w:val="nil"/>
          <w:bottom w:val="single" w:sz="18" w:space="0" w:color="auto"/>
          <w:right w:val="nil"/>
          <w:insideH w:val="nil"/>
          <w:insideV w:val="nil"/>
        </w:tcBorders>
        <w:shd w:val="clear" w:color="auto" w:fill="9BBB59" w:themeFill="accent3"/>
      </w:tcPr>
    </w:tblStylePr>
    <w:tblStylePr w:type="lastCol">
      <w:rPr>
        <w:b/>
        <w:bCs/>
        <w:color w:val="FFFFFF" w:themeColor="background1"/>
      </w:rPr>
      <w:tblPr/>
      <w:tcPr>
        <w:tcBorders>
          <w:left w:val="nil"/>
          <w:right w:val="nil"/>
          <w:insideH w:val="nil"/>
          <w:insideV w:val="nil"/>
        </w:tcBorders>
        <w:shd w:val="clear" w:color="auto" w:fill="9BBB59" w:themeFill="accent3"/>
      </w:tcPr>
    </w:tblStylePr>
    <w:tblStylePr w:type="band1Vert">
      <w:tblPr/>
      <w:tcPr>
        <w:tcBorders>
          <w:left w:val="nil"/>
          <w:right w:val="nil"/>
          <w:insideH w:val="nil"/>
          <w:insideV w:val="nil"/>
        </w:tcBorders>
        <w:shd w:val="clear" w:color="auto" w:fill="D8D8D8" w:themeFill="background1" w:themeFillShade="D8"/>
      </w:tcPr>
    </w:tblStylePr>
    <w:tblStylePr w:type="band1Horz">
      <w:tblPr/>
      <w:tcPr>
        <w:shd w:val="clear" w:color="auto" w:fill="D8D8D8" w:themeFill="background1" w:themeFillShade="D8"/>
      </w:tcPr>
    </w:tblStylePr>
    <w:tblStylePr w:type="neCell">
      <w:tblPr/>
      <w:tcPr>
        <w:tcBorders>
          <w:top w:val="single" w:sz="18" w:space="0" w:color="auto"/>
          <w:left w:val="nil"/>
          <w:bottom w:val="single" w:sz="18" w:space="0" w:color="auto"/>
          <w:right w:val="nil"/>
          <w:insideH w:val="nil"/>
          <w:insideV w:val="nil"/>
        </w:tcBorders>
      </w:tcPr>
    </w:tblStylePr>
    <w:tblStylePr w:type="nwCell">
      <w:rPr>
        <w:color w:val="FFFFFF" w:themeColor="background1"/>
      </w:rPr>
      <w:tblPr/>
      <w:tcPr>
        <w:tcBorders>
          <w:top w:val="single" w:sz="18" w:space="0" w:color="auto"/>
          <w:left w:val="nil"/>
          <w:bottom w:val="single" w:sz="18" w:space="0" w:color="auto"/>
          <w:right w:val="nil"/>
          <w:insideH w:val="nil"/>
          <w:insideV w:val="nil"/>
        </w:tcBorders>
      </w:tcPr>
    </w:tblStylePr>
  </w:style>
  <w:style w:type="table" w:styleId="MediumShading2-Accent4">
    <w:name w:val="Medium Shading 2 Accent 4"/>
    <w:basedOn w:val="TableNormal"/>
    <w:uiPriority w:val="64"/>
    <w:rsid w:val="00CB0664"/>
    <w:pPr>
      <w:spacing w:after="0" w:line="240" w:lineRule="auto"/>
    </w:pPr>
    <w:tblPr>
      <w:tblStyleRowBandSize w:val="1"/>
      <w:tblStyleColBandSize w:val="1"/>
      <w:tblInd w:w="0" w:type="dxa"/>
      <w:tblBorders>
        <w:top w:val="single" w:sz="18" w:space="0" w:color="auto"/>
        <w:bottom w:val="single" w:sz="18" w:space="0" w:color="auto"/>
      </w:tblBorders>
      <w:tblCellMar>
        <w:top w:w="0" w:type="dxa"/>
        <w:left w:w="108" w:type="dxa"/>
        <w:bottom w:w="0" w:type="dxa"/>
        <w:right w:w="108" w:type="dxa"/>
      </w:tblCellMar>
    </w:tblPr>
    <w:tblStylePr w:type="firstRow">
      <w:pPr>
        <w:spacing w:before="0" w:after="0" w:line="240" w:lineRule="auto"/>
      </w:pPr>
      <w:rPr>
        <w:b/>
        <w:bCs/>
        <w:color w:val="FFFFFF" w:themeColor="background1"/>
      </w:rPr>
      <w:tblPr/>
      <w:tcPr>
        <w:tcBorders>
          <w:top w:val="single" w:sz="18" w:space="0" w:color="auto"/>
          <w:left w:val="nil"/>
          <w:bottom w:val="single" w:sz="18" w:space="0" w:color="auto"/>
          <w:right w:val="nil"/>
          <w:insideH w:val="nil"/>
          <w:insideV w:val="nil"/>
        </w:tcBorders>
        <w:shd w:val="clear" w:color="auto" w:fill="8064A2" w:themeFill="accent4"/>
      </w:tcPr>
    </w:tblStylePr>
    <w:tblStylePr w:type="lastRow">
      <w:pPr>
        <w:spacing w:before="0" w:after="0" w:line="240" w:lineRule="auto"/>
      </w:pPr>
      <w:rPr>
        <w:color w:val="auto"/>
      </w:rPr>
      <w:tblPr/>
      <w:tcPr>
        <w:tcBorders>
          <w:top w:val="double" w:sz="6" w:space="0" w:color="auto"/>
          <w:left w:val="nil"/>
          <w:bottom w:val="single" w:sz="18" w:space="0" w:color="auto"/>
          <w:right w:val="nil"/>
          <w:insideH w:val="nil"/>
          <w:insideV w:val="nil"/>
        </w:tcBorders>
        <w:shd w:val="clear" w:color="auto" w:fill="FFFFFF" w:themeFill="background1"/>
      </w:tcPr>
    </w:tblStylePr>
    <w:tblStylePr w:type="firstCol">
      <w:rPr>
        <w:b/>
        <w:bCs/>
        <w:color w:val="FFFFFF" w:themeColor="background1"/>
      </w:rPr>
      <w:tblPr/>
      <w:tcPr>
        <w:tcBorders>
          <w:top w:val="nil"/>
          <w:left w:val="nil"/>
          <w:bottom w:val="single" w:sz="18" w:space="0" w:color="auto"/>
          <w:right w:val="nil"/>
          <w:insideH w:val="nil"/>
          <w:insideV w:val="nil"/>
        </w:tcBorders>
        <w:shd w:val="clear" w:color="auto" w:fill="8064A2" w:themeFill="accent4"/>
      </w:tcPr>
    </w:tblStylePr>
    <w:tblStylePr w:type="lastCol">
      <w:rPr>
        <w:b/>
        <w:bCs/>
        <w:color w:val="FFFFFF" w:themeColor="background1"/>
      </w:rPr>
      <w:tblPr/>
      <w:tcPr>
        <w:tcBorders>
          <w:left w:val="nil"/>
          <w:right w:val="nil"/>
          <w:insideH w:val="nil"/>
          <w:insideV w:val="nil"/>
        </w:tcBorders>
        <w:shd w:val="clear" w:color="auto" w:fill="8064A2" w:themeFill="accent4"/>
      </w:tcPr>
    </w:tblStylePr>
    <w:tblStylePr w:type="band1Vert">
      <w:tblPr/>
      <w:tcPr>
        <w:tcBorders>
          <w:left w:val="nil"/>
          <w:right w:val="nil"/>
          <w:insideH w:val="nil"/>
          <w:insideV w:val="nil"/>
        </w:tcBorders>
        <w:shd w:val="clear" w:color="auto" w:fill="D8D8D8" w:themeFill="background1" w:themeFillShade="D8"/>
      </w:tcPr>
    </w:tblStylePr>
    <w:tblStylePr w:type="band1Horz">
      <w:tblPr/>
      <w:tcPr>
        <w:shd w:val="clear" w:color="auto" w:fill="D8D8D8" w:themeFill="background1" w:themeFillShade="D8"/>
      </w:tcPr>
    </w:tblStylePr>
    <w:tblStylePr w:type="neCell">
      <w:tblPr/>
      <w:tcPr>
        <w:tcBorders>
          <w:top w:val="single" w:sz="18" w:space="0" w:color="auto"/>
          <w:left w:val="nil"/>
          <w:bottom w:val="single" w:sz="18" w:space="0" w:color="auto"/>
          <w:right w:val="nil"/>
          <w:insideH w:val="nil"/>
          <w:insideV w:val="nil"/>
        </w:tcBorders>
      </w:tcPr>
    </w:tblStylePr>
    <w:tblStylePr w:type="nwCell">
      <w:rPr>
        <w:color w:val="FFFFFF" w:themeColor="background1"/>
      </w:rPr>
      <w:tblPr/>
      <w:tcPr>
        <w:tcBorders>
          <w:top w:val="single" w:sz="18" w:space="0" w:color="auto"/>
          <w:left w:val="nil"/>
          <w:bottom w:val="single" w:sz="18" w:space="0" w:color="auto"/>
          <w:right w:val="nil"/>
          <w:insideH w:val="nil"/>
          <w:insideV w:val="nil"/>
        </w:tcBorders>
      </w:tcPr>
    </w:tblStylePr>
  </w:style>
  <w:style w:type="table" w:styleId="MediumShading2-Accent5">
    <w:name w:val="Medium Shading 2 Accent 5"/>
    <w:basedOn w:val="TableNormal"/>
    <w:uiPriority w:val="64"/>
    <w:rsid w:val="00CB0664"/>
    <w:pPr>
      <w:spacing w:after="0" w:line="240" w:lineRule="auto"/>
    </w:pPr>
    <w:tblPr>
      <w:tblStyleRowBandSize w:val="1"/>
      <w:tblStyleColBandSize w:val="1"/>
      <w:tblInd w:w="0" w:type="dxa"/>
      <w:tblBorders>
        <w:top w:val="single" w:sz="18" w:space="0" w:color="auto"/>
        <w:bottom w:val="single" w:sz="18" w:space="0" w:color="auto"/>
      </w:tblBorders>
      <w:tblCellMar>
        <w:top w:w="0" w:type="dxa"/>
        <w:left w:w="108" w:type="dxa"/>
        <w:bottom w:w="0" w:type="dxa"/>
        <w:right w:w="108" w:type="dxa"/>
      </w:tblCellMar>
    </w:tblPr>
    <w:tblStylePr w:type="firstRow">
      <w:pPr>
        <w:spacing w:before="0" w:after="0" w:line="240" w:lineRule="auto"/>
      </w:pPr>
      <w:rPr>
        <w:b/>
        <w:bCs/>
        <w:color w:val="FFFFFF" w:themeColor="background1"/>
      </w:rPr>
      <w:tblPr/>
      <w:tcPr>
        <w:tcBorders>
          <w:top w:val="single" w:sz="18" w:space="0" w:color="auto"/>
          <w:left w:val="nil"/>
          <w:bottom w:val="single" w:sz="18" w:space="0" w:color="auto"/>
          <w:right w:val="nil"/>
          <w:insideH w:val="nil"/>
          <w:insideV w:val="nil"/>
        </w:tcBorders>
        <w:shd w:val="clear" w:color="auto" w:fill="4BACC6" w:themeFill="accent5"/>
      </w:tcPr>
    </w:tblStylePr>
    <w:tblStylePr w:type="lastRow">
      <w:pPr>
        <w:spacing w:before="0" w:after="0" w:line="240" w:lineRule="auto"/>
      </w:pPr>
      <w:rPr>
        <w:color w:val="auto"/>
      </w:rPr>
      <w:tblPr/>
      <w:tcPr>
        <w:tcBorders>
          <w:top w:val="double" w:sz="6" w:space="0" w:color="auto"/>
          <w:left w:val="nil"/>
          <w:bottom w:val="single" w:sz="18" w:space="0" w:color="auto"/>
          <w:right w:val="nil"/>
          <w:insideH w:val="nil"/>
          <w:insideV w:val="nil"/>
        </w:tcBorders>
        <w:shd w:val="clear" w:color="auto" w:fill="FFFFFF" w:themeFill="background1"/>
      </w:tcPr>
    </w:tblStylePr>
    <w:tblStylePr w:type="firstCol">
      <w:rPr>
        <w:b/>
        <w:bCs/>
        <w:color w:val="FFFFFF" w:themeColor="background1"/>
      </w:rPr>
      <w:tblPr/>
      <w:tcPr>
        <w:tcBorders>
          <w:top w:val="nil"/>
          <w:left w:val="nil"/>
          <w:bottom w:val="single" w:sz="18" w:space="0" w:color="auto"/>
          <w:right w:val="nil"/>
          <w:insideH w:val="nil"/>
          <w:insideV w:val="nil"/>
        </w:tcBorders>
        <w:shd w:val="clear" w:color="auto" w:fill="4BACC6" w:themeFill="accent5"/>
      </w:tcPr>
    </w:tblStylePr>
    <w:tblStylePr w:type="lastCol">
      <w:rPr>
        <w:b/>
        <w:bCs/>
        <w:color w:val="FFFFFF" w:themeColor="background1"/>
      </w:rPr>
      <w:tblPr/>
      <w:tcPr>
        <w:tcBorders>
          <w:left w:val="nil"/>
          <w:right w:val="nil"/>
          <w:insideH w:val="nil"/>
          <w:insideV w:val="nil"/>
        </w:tcBorders>
        <w:shd w:val="clear" w:color="auto" w:fill="4BACC6" w:themeFill="accent5"/>
      </w:tcPr>
    </w:tblStylePr>
    <w:tblStylePr w:type="band1Vert">
      <w:tblPr/>
      <w:tcPr>
        <w:tcBorders>
          <w:left w:val="nil"/>
          <w:right w:val="nil"/>
          <w:insideH w:val="nil"/>
          <w:insideV w:val="nil"/>
        </w:tcBorders>
        <w:shd w:val="clear" w:color="auto" w:fill="D8D8D8" w:themeFill="background1" w:themeFillShade="D8"/>
      </w:tcPr>
    </w:tblStylePr>
    <w:tblStylePr w:type="band1Horz">
      <w:tblPr/>
      <w:tcPr>
        <w:shd w:val="clear" w:color="auto" w:fill="D8D8D8" w:themeFill="background1" w:themeFillShade="D8"/>
      </w:tcPr>
    </w:tblStylePr>
    <w:tblStylePr w:type="neCell">
      <w:tblPr/>
      <w:tcPr>
        <w:tcBorders>
          <w:top w:val="single" w:sz="18" w:space="0" w:color="auto"/>
          <w:left w:val="nil"/>
          <w:bottom w:val="single" w:sz="18" w:space="0" w:color="auto"/>
          <w:right w:val="nil"/>
          <w:insideH w:val="nil"/>
          <w:insideV w:val="nil"/>
        </w:tcBorders>
      </w:tcPr>
    </w:tblStylePr>
    <w:tblStylePr w:type="nwCell">
      <w:rPr>
        <w:color w:val="FFFFFF" w:themeColor="background1"/>
      </w:rPr>
      <w:tblPr/>
      <w:tcPr>
        <w:tcBorders>
          <w:top w:val="single" w:sz="18" w:space="0" w:color="auto"/>
          <w:left w:val="nil"/>
          <w:bottom w:val="single" w:sz="18" w:space="0" w:color="auto"/>
          <w:right w:val="nil"/>
          <w:insideH w:val="nil"/>
          <w:insideV w:val="nil"/>
        </w:tcBorders>
      </w:tcPr>
    </w:tblStylePr>
  </w:style>
  <w:style w:type="table" w:styleId="MediumShading2-Accent6">
    <w:name w:val="Medium Shading 2 Accent 6"/>
    <w:basedOn w:val="TableNormal"/>
    <w:uiPriority w:val="64"/>
    <w:rsid w:val="00CB0664"/>
    <w:pPr>
      <w:spacing w:after="0" w:line="240" w:lineRule="auto"/>
    </w:pPr>
    <w:tblPr>
      <w:tblStyleRowBandSize w:val="1"/>
      <w:tblStyleColBandSize w:val="1"/>
      <w:tblInd w:w="0" w:type="dxa"/>
      <w:tblBorders>
        <w:top w:val="single" w:sz="18" w:space="0" w:color="auto"/>
        <w:bottom w:val="single" w:sz="18" w:space="0" w:color="auto"/>
      </w:tblBorders>
      <w:tblCellMar>
        <w:top w:w="0" w:type="dxa"/>
        <w:left w:w="108" w:type="dxa"/>
        <w:bottom w:w="0" w:type="dxa"/>
        <w:right w:w="108" w:type="dxa"/>
      </w:tblCellMar>
    </w:tblPr>
    <w:tblStylePr w:type="firstRow">
      <w:pPr>
        <w:spacing w:before="0" w:after="0" w:line="240" w:lineRule="auto"/>
      </w:pPr>
      <w:rPr>
        <w:b/>
        <w:bCs/>
        <w:color w:val="FFFFFF" w:themeColor="background1"/>
      </w:rPr>
      <w:tblPr/>
      <w:tcPr>
        <w:tcBorders>
          <w:top w:val="single" w:sz="18" w:space="0" w:color="auto"/>
          <w:left w:val="nil"/>
          <w:bottom w:val="single" w:sz="18" w:space="0" w:color="auto"/>
          <w:right w:val="nil"/>
          <w:insideH w:val="nil"/>
          <w:insideV w:val="nil"/>
        </w:tcBorders>
        <w:shd w:val="clear" w:color="auto" w:fill="F79646" w:themeFill="accent6"/>
      </w:tcPr>
    </w:tblStylePr>
    <w:tblStylePr w:type="lastRow">
      <w:pPr>
        <w:spacing w:before="0" w:after="0" w:line="240" w:lineRule="auto"/>
      </w:pPr>
      <w:rPr>
        <w:color w:val="auto"/>
      </w:rPr>
      <w:tblPr/>
      <w:tcPr>
        <w:tcBorders>
          <w:top w:val="double" w:sz="6" w:space="0" w:color="auto"/>
          <w:left w:val="nil"/>
          <w:bottom w:val="single" w:sz="18" w:space="0" w:color="auto"/>
          <w:right w:val="nil"/>
          <w:insideH w:val="nil"/>
          <w:insideV w:val="nil"/>
        </w:tcBorders>
        <w:shd w:val="clear" w:color="auto" w:fill="FFFFFF" w:themeFill="background1"/>
      </w:tcPr>
    </w:tblStylePr>
    <w:tblStylePr w:type="firstCol">
      <w:rPr>
        <w:b/>
        <w:bCs/>
        <w:color w:val="FFFFFF" w:themeColor="background1"/>
      </w:rPr>
      <w:tblPr/>
      <w:tcPr>
        <w:tcBorders>
          <w:top w:val="nil"/>
          <w:left w:val="nil"/>
          <w:bottom w:val="single" w:sz="18" w:space="0" w:color="auto"/>
          <w:right w:val="nil"/>
          <w:insideH w:val="nil"/>
          <w:insideV w:val="nil"/>
        </w:tcBorders>
        <w:shd w:val="clear" w:color="auto" w:fill="F79646" w:themeFill="accent6"/>
      </w:tcPr>
    </w:tblStylePr>
    <w:tblStylePr w:type="lastCol">
      <w:rPr>
        <w:b/>
        <w:bCs/>
        <w:color w:val="FFFFFF" w:themeColor="background1"/>
      </w:rPr>
      <w:tblPr/>
      <w:tcPr>
        <w:tcBorders>
          <w:left w:val="nil"/>
          <w:right w:val="nil"/>
          <w:insideH w:val="nil"/>
          <w:insideV w:val="nil"/>
        </w:tcBorders>
        <w:shd w:val="clear" w:color="auto" w:fill="F79646" w:themeFill="accent6"/>
      </w:tcPr>
    </w:tblStylePr>
    <w:tblStylePr w:type="band1Vert">
      <w:tblPr/>
      <w:tcPr>
        <w:tcBorders>
          <w:left w:val="nil"/>
          <w:right w:val="nil"/>
          <w:insideH w:val="nil"/>
          <w:insideV w:val="nil"/>
        </w:tcBorders>
        <w:shd w:val="clear" w:color="auto" w:fill="D8D8D8" w:themeFill="background1" w:themeFillShade="D8"/>
      </w:tcPr>
    </w:tblStylePr>
    <w:tblStylePr w:type="band1Horz">
      <w:tblPr/>
      <w:tcPr>
        <w:shd w:val="clear" w:color="auto" w:fill="D8D8D8" w:themeFill="background1" w:themeFillShade="D8"/>
      </w:tcPr>
    </w:tblStylePr>
    <w:tblStylePr w:type="neCell">
      <w:tblPr/>
      <w:tcPr>
        <w:tcBorders>
          <w:top w:val="single" w:sz="18" w:space="0" w:color="auto"/>
          <w:left w:val="nil"/>
          <w:bottom w:val="single" w:sz="18" w:space="0" w:color="auto"/>
          <w:right w:val="nil"/>
          <w:insideH w:val="nil"/>
          <w:insideV w:val="nil"/>
        </w:tcBorders>
      </w:tcPr>
    </w:tblStylePr>
    <w:tblStylePr w:type="nwCell">
      <w:rPr>
        <w:color w:val="FFFFFF" w:themeColor="background1"/>
      </w:rPr>
      <w:tblPr/>
      <w:tcPr>
        <w:tcBorders>
          <w:top w:val="single" w:sz="18" w:space="0" w:color="auto"/>
          <w:left w:val="nil"/>
          <w:bottom w:val="single" w:sz="18" w:space="0" w:color="auto"/>
          <w:right w:val="nil"/>
          <w:insideH w:val="nil"/>
          <w:insideV w:val="nil"/>
        </w:tcBorders>
      </w:tcPr>
    </w:tblStylePr>
  </w:style>
  <w:style w:type="table" w:styleId="MediumList1">
    <w:name w:val="Medium List 1"/>
    <w:basedOn w:val="TableNormal"/>
    <w:uiPriority w:val="65"/>
    <w:rsid w:val="00CB0664"/>
    <w:pPr>
      <w:spacing w:after="0" w:line="240" w:lineRule="auto"/>
    </w:pPr>
    <w:rPr>
      <w:color w:val="000000" w:themeColor="text1"/>
    </w:rPr>
    <w:tblPr>
      <w:tblStyleRowBandSize w:val="1"/>
      <w:tblStyleColBandSize w:val="1"/>
      <w:tblInd w:w="0" w:type="dxa"/>
      <w:tblBorders>
        <w:top w:val="single" w:sz="8" w:space="0" w:color="000000" w:themeColor="text1"/>
        <w:bottom w:val="single" w:sz="8" w:space="0" w:color="000000" w:themeColor="text1"/>
      </w:tblBorders>
      <w:tblCellMar>
        <w:top w:w="0" w:type="dxa"/>
        <w:left w:w="108" w:type="dxa"/>
        <w:bottom w:w="0" w:type="dxa"/>
        <w:right w:w="108" w:type="dxa"/>
      </w:tblCellMar>
    </w:tblPr>
    <w:tblStylePr w:type="firstRow">
      <w:rPr>
        <w:rFonts w:asciiTheme="majorHAnsi" w:eastAsiaTheme="majorEastAsia" w:hAnsiTheme="majorHAnsi" w:cstheme="majorBidi"/>
      </w:rPr>
      <w:tblPr/>
      <w:tcPr>
        <w:tcBorders>
          <w:top w:val="nil"/>
          <w:bottom w:val="single" w:sz="8" w:space="0" w:color="000000" w:themeColor="text1"/>
        </w:tcBorders>
      </w:tcPr>
    </w:tblStylePr>
    <w:tblStylePr w:type="lastRow">
      <w:rPr>
        <w:b/>
        <w:bCs/>
        <w:color w:val="1F497D" w:themeColor="text2"/>
      </w:rPr>
      <w:tblPr/>
      <w:tcPr>
        <w:tcBorders>
          <w:top w:val="single" w:sz="8" w:space="0" w:color="000000" w:themeColor="text1"/>
          <w:bottom w:val="single" w:sz="8" w:space="0" w:color="000000" w:themeColor="text1"/>
        </w:tcBorders>
      </w:tcPr>
    </w:tblStylePr>
    <w:tblStylePr w:type="firstCol">
      <w:rPr>
        <w:b/>
        <w:bCs/>
      </w:rPr>
    </w:tblStylePr>
    <w:tblStylePr w:type="lastCol">
      <w:rPr>
        <w:b/>
        <w:bCs/>
      </w:rPr>
      <w:tblPr/>
      <w:tcPr>
        <w:tcBorders>
          <w:top w:val="single" w:sz="8" w:space="0" w:color="000000" w:themeColor="text1"/>
          <w:bottom w:val="single" w:sz="8" w:space="0" w:color="000000" w:themeColor="text1"/>
        </w:tcBorders>
      </w:tcPr>
    </w:tblStylePr>
    <w:tblStylePr w:type="band1Vert">
      <w:tblPr/>
      <w:tcPr>
        <w:shd w:val="clear" w:color="auto" w:fill="C0C0C0" w:themeFill="text1" w:themeFillTint="3F"/>
      </w:tcPr>
    </w:tblStylePr>
    <w:tblStylePr w:type="band1Horz">
      <w:tblPr/>
      <w:tcPr>
        <w:shd w:val="clear" w:color="auto" w:fill="C0C0C0" w:themeFill="text1" w:themeFillTint="3F"/>
      </w:tcPr>
    </w:tblStylePr>
  </w:style>
  <w:style w:type="table" w:styleId="MediumList1-Accent1">
    <w:name w:val="Medium List 1 Accent 1"/>
    <w:basedOn w:val="TableNormal"/>
    <w:uiPriority w:val="65"/>
    <w:rsid w:val="00CB0664"/>
    <w:pPr>
      <w:spacing w:after="0" w:line="240" w:lineRule="auto"/>
    </w:pPr>
    <w:rPr>
      <w:color w:val="000000" w:themeColor="text1"/>
    </w:rPr>
    <w:tblPr>
      <w:tblStyleRowBandSize w:val="1"/>
      <w:tblStyleColBandSize w:val="1"/>
      <w:tblInd w:w="0" w:type="dxa"/>
      <w:tblBorders>
        <w:top w:val="single" w:sz="8" w:space="0" w:color="4F81BD" w:themeColor="accent1"/>
        <w:bottom w:val="single" w:sz="8" w:space="0" w:color="4F81BD" w:themeColor="accent1"/>
      </w:tblBorders>
      <w:tblCellMar>
        <w:top w:w="0" w:type="dxa"/>
        <w:left w:w="108" w:type="dxa"/>
        <w:bottom w:w="0" w:type="dxa"/>
        <w:right w:w="108" w:type="dxa"/>
      </w:tblCellMar>
    </w:tblPr>
    <w:tblStylePr w:type="firstRow">
      <w:rPr>
        <w:rFonts w:asciiTheme="majorHAnsi" w:eastAsiaTheme="majorEastAsia" w:hAnsiTheme="majorHAnsi" w:cstheme="majorBidi"/>
      </w:rPr>
      <w:tblPr/>
      <w:tcPr>
        <w:tcBorders>
          <w:top w:val="nil"/>
          <w:bottom w:val="single" w:sz="8" w:space="0" w:color="4F81BD" w:themeColor="accent1"/>
        </w:tcBorders>
      </w:tcPr>
    </w:tblStylePr>
    <w:tblStylePr w:type="lastRow">
      <w:rPr>
        <w:b/>
        <w:bCs/>
        <w:color w:val="1F497D" w:themeColor="text2"/>
      </w:rPr>
      <w:tblPr/>
      <w:tcPr>
        <w:tcBorders>
          <w:top w:val="single" w:sz="8" w:space="0" w:color="4F81BD" w:themeColor="accent1"/>
          <w:bottom w:val="single" w:sz="8" w:space="0" w:color="4F81BD" w:themeColor="accent1"/>
        </w:tcBorders>
      </w:tcPr>
    </w:tblStylePr>
    <w:tblStylePr w:type="firstCol">
      <w:rPr>
        <w:b/>
        <w:bCs/>
      </w:rPr>
    </w:tblStylePr>
    <w:tblStylePr w:type="lastCol">
      <w:rPr>
        <w:b/>
        <w:bCs/>
      </w:rPr>
      <w:tblPr/>
      <w:tcPr>
        <w:tcBorders>
          <w:top w:val="single" w:sz="8" w:space="0" w:color="4F81BD" w:themeColor="accent1"/>
          <w:bottom w:val="single" w:sz="8" w:space="0" w:color="4F81BD" w:themeColor="accent1"/>
        </w:tcBorders>
      </w:tcPr>
    </w:tblStylePr>
    <w:tblStylePr w:type="band1Vert">
      <w:tblPr/>
      <w:tcPr>
        <w:shd w:val="clear" w:color="auto" w:fill="D3DFEE" w:themeFill="accent1" w:themeFillTint="3F"/>
      </w:tcPr>
    </w:tblStylePr>
    <w:tblStylePr w:type="band1Horz">
      <w:tblPr/>
      <w:tcPr>
        <w:shd w:val="clear" w:color="auto" w:fill="D3DFEE" w:themeFill="accent1" w:themeFillTint="3F"/>
      </w:tcPr>
    </w:tblStylePr>
  </w:style>
  <w:style w:type="table" w:styleId="MediumList1-Accent2">
    <w:name w:val="Medium List 1 Accent 2"/>
    <w:basedOn w:val="TableNormal"/>
    <w:uiPriority w:val="65"/>
    <w:rsid w:val="00CB0664"/>
    <w:pPr>
      <w:spacing w:after="0" w:line="240" w:lineRule="auto"/>
    </w:pPr>
    <w:rPr>
      <w:color w:val="000000" w:themeColor="text1"/>
    </w:rPr>
    <w:tblPr>
      <w:tblStyleRowBandSize w:val="1"/>
      <w:tblStyleColBandSize w:val="1"/>
      <w:tblInd w:w="0" w:type="dxa"/>
      <w:tblBorders>
        <w:top w:val="single" w:sz="8" w:space="0" w:color="C0504D" w:themeColor="accent2"/>
        <w:bottom w:val="single" w:sz="8" w:space="0" w:color="C0504D" w:themeColor="accent2"/>
      </w:tblBorders>
      <w:tblCellMar>
        <w:top w:w="0" w:type="dxa"/>
        <w:left w:w="108" w:type="dxa"/>
        <w:bottom w:w="0" w:type="dxa"/>
        <w:right w:w="108" w:type="dxa"/>
      </w:tblCellMar>
    </w:tblPr>
    <w:tblStylePr w:type="firstRow">
      <w:rPr>
        <w:rFonts w:asciiTheme="majorHAnsi" w:eastAsiaTheme="majorEastAsia" w:hAnsiTheme="majorHAnsi" w:cstheme="majorBidi"/>
      </w:rPr>
      <w:tblPr/>
      <w:tcPr>
        <w:tcBorders>
          <w:top w:val="nil"/>
          <w:bottom w:val="single" w:sz="8" w:space="0" w:color="C0504D" w:themeColor="accent2"/>
        </w:tcBorders>
      </w:tcPr>
    </w:tblStylePr>
    <w:tblStylePr w:type="lastRow">
      <w:rPr>
        <w:b/>
        <w:bCs/>
        <w:color w:val="1F497D" w:themeColor="text2"/>
      </w:rPr>
      <w:tblPr/>
      <w:tcPr>
        <w:tcBorders>
          <w:top w:val="single" w:sz="8" w:space="0" w:color="C0504D" w:themeColor="accent2"/>
          <w:bottom w:val="single" w:sz="8" w:space="0" w:color="C0504D" w:themeColor="accent2"/>
        </w:tcBorders>
      </w:tcPr>
    </w:tblStylePr>
    <w:tblStylePr w:type="firstCol">
      <w:rPr>
        <w:b/>
        <w:bCs/>
      </w:rPr>
    </w:tblStylePr>
    <w:tblStylePr w:type="lastCol">
      <w:rPr>
        <w:b/>
        <w:bCs/>
      </w:rPr>
      <w:tblPr/>
      <w:tcPr>
        <w:tcBorders>
          <w:top w:val="single" w:sz="8" w:space="0" w:color="C0504D" w:themeColor="accent2"/>
          <w:bottom w:val="single" w:sz="8" w:space="0" w:color="C0504D" w:themeColor="accent2"/>
        </w:tcBorders>
      </w:tcPr>
    </w:tblStylePr>
    <w:tblStylePr w:type="band1Vert">
      <w:tblPr/>
      <w:tcPr>
        <w:shd w:val="clear" w:color="auto" w:fill="EFD3D2" w:themeFill="accent2" w:themeFillTint="3F"/>
      </w:tcPr>
    </w:tblStylePr>
    <w:tblStylePr w:type="band1Horz">
      <w:tblPr/>
      <w:tcPr>
        <w:shd w:val="clear" w:color="auto" w:fill="EFD3D2" w:themeFill="accent2" w:themeFillTint="3F"/>
      </w:tcPr>
    </w:tblStylePr>
  </w:style>
  <w:style w:type="table" w:styleId="MediumList1-Accent3">
    <w:name w:val="Medium List 1 Accent 3"/>
    <w:basedOn w:val="TableNormal"/>
    <w:uiPriority w:val="65"/>
    <w:rsid w:val="00CB0664"/>
    <w:pPr>
      <w:spacing w:after="0" w:line="240" w:lineRule="auto"/>
    </w:pPr>
    <w:rPr>
      <w:color w:val="000000" w:themeColor="text1"/>
    </w:rPr>
    <w:tblPr>
      <w:tblStyleRowBandSize w:val="1"/>
      <w:tblStyleColBandSize w:val="1"/>
      <w:tblInd w:w="0" w:type="dxa"/>
      <w:tblBorders>
        <w:top w:val="single" w:sz="8" w:space="0" w:color="9BBB59" w:themeColor="accent3"/>
        <w:bottom w:val="single" w:sz="8" w:space="0" w:color="9BBB59" w:themeColor="accent3"/>
      </w:tblBorders>
      <w:tblCellMar>
        <w:top w:w="0" w:type="dxa"/>
        <w:left w:w="108" w:type="dxa"/>
        <w:bottom w:w="0" w:type="dxa"/>
        <w:right w:w="108" w:type="dxa"/>
      </w:tblCellMar>
    </w:tblPr>
    <w:tblStylePr w:type="firstRow">
      <w:rPr>
        <w:rFonts w:asciiTheme="majorHAnsi" w:eastAsiaTheme="majorEastAsia" w:hAnsiTheme="majorHAnsi" w:cstheme="majorBidi"/>
      </w:rPr>
      <w:tblPr/>
      <w:tcPr>
        <w:tcBorders>
          <w:top w:val="nil"/>
          <w:bottom w:val="single" w:sz="8" w:space="0" w:color="9BBB59" w:themeColor="accent3"/>
        </w:tcBorders>
      </w:tcPr>
    </w:tblStylePr>
    <w:tblStylePr w:type="lastRow">
      <w:rPr>
        <w:b/>
        <w:bCs/>
        <w:color w:val="1F497D" w:themeColor="text2"/>
      </w:rPr>
      <w:tblPr/>
      <w:tcPr>
        <w:tcBorders>
          <w:top w:val="single" w:sz="8" w:space="0" w:color="9BBB59" w:themeColor="accent3"/>
          <w:bottom w:val="single" w:sz="8" w:space="0" w:color="9BBB59" w:themeColor="accent3"/>
        </w:tcBorders>
      </w:tcPr>
    </w:tblStylePr>
    <w:tblStylePr w:type="firstCol">
      <w:rPr>
        <w:b/>
        <w:bCs/>
      </w:rPr>
    </w:tblStylePr>
    <w:tblStylePr w:type="lastCol">
      <w:rPr>
        <w:b/>
        <w:bCs/>
      </w:rPr>
      <w:tblPr/>
      <w:tcPr>
        <w:tcBorders>
          <w:top w:val="single" w:sz="8" w:space="0" w:color="9BBB59" w:themeColor="accent3"/>
          <w:bottom w:val="single" w:sz="8" w:space="0" w:color="9BBB59" w:themeColor="accent3"/>
        </w:tcBorders>
      </w:tcPr>
    </w:tblStylePr>
    <w:tblStylePr w:type="band1Vert">
      <w:tblPr/>
      <w:tcPr>
        <w:shd w:val="clear" w:color="auto" w:fill="E6EED5" w:themeFill="accent3" w:themeFillTint="3F"/>
      </w:tcPr>
    </w:tblStylePr>
    <w:tblStylePr w:type="band1Horz">
      <w:tblPr/>
      <w:tcPr>
        <w:shd w:val="clear" w:color="auto" w:fill="E6EED5" w:themeFill="accent3" w:themeFillTint="3F"/>
      </w:tcPr>
    </w:tblStylePr>
  </w:style>
  <w:style w:type="table" w:styleId="MediumList1-Accent4">
    <w:name w:val="Medium List 1 Accent 4"/>
    <w:basedOn w:val="TableNormal"/>
    <w:uiPriority w:val="65"/>
    <w:rsid w:val="00CB0664"/>
    <w:pPr>
      <w:spacing w:after="0" w:line="240" w:lineRule="auto"/>
    </w:pPr>
    <w:rPr>
      <w:color w:val="000000" w:themeColor="text1"/>
    </w:rPr>
    <w:tblPr>
      <w:tblStyleRowBandSize w:val="1"/>
      <w:tblStyleColBandSize w:val="1"/>
      <w:tblInd w:w="0" w:type="dxa"/>
      <w:tblBorders>
        <w:top w:val="single" w:sz="8" w:space="0" w:color="8064A2" w:themeColor="accent4"/>
        <w:bottom w:val="single" w:sz="8" w:space="0" w:color="8064A2" w:themeColor="accent4"/>
      </w:tblBorders>
      <w:tblCellMar>
        <w:top w:w="0" w:type="dxa"/>
        <w:left w:w="108" w:type="dxa"/>
        <w:bottom w:w="0" w:type="dxa"/>
        <w:right w:w="108" w:type="dxa"/>
      </w:tblCellMar>
    </w:tblPr>
    <w:tblStylePr w:type="firstRow">
      <w:rPr>
        <w:rFonts w:asciiTheme="majorHAnsi" w:eastAsiaTheme="majorEastAsia" w:hAnsiTheme="majorHAnsi" w:cstheme="majorBidi"/>
      </w:rPr>
      <w:tblPr/>
      <w:tcPr>
        <w:tcBorders>
          <w:top w:val="nil"/>
          <w:bottom w:val="single" w:sz="8" w:space="0" w:color="8064A2" w:themeColor="accent4"/>
        </w:tcBorders>
      </w:tcPr>
    </w:tblStylePr>
    <w:tblStylePr w:type="lastRow">
      <w:rPr>
        <w:b/>
        <w:bCs/>
        <w:color w:val="1F497D" w:themeColor="text2"/>
      </w:rPr>
      <w:tblPr/>
      <w:tcPr>
        <w:tcBorders>
          <w:top w:val="single" w:sz="8" w:space="0" w:color="8064A2" w:themeColor="accent4"/>
          <w:bottom w:val="single" w:sz="8" w:space="0" w:color="8064A2" w:themeColor="accent4"/>
        </w:tcBorders>
      </w:tcPr>
    </w:tblStylePr>
    <w:tblStylePr w:type="firstCol">
      <w:rPr>
        <w:b/>
        <w:bCs/>
      </w:rPr>
    </w:tblStylePr>
    <w:tblStylePr w:type="lastCol">
      <w:rPr>
        <w:b/>
        <w:bCs/>
      </w:rPr>
      <w:tblPr/>
      <w:tcPr>
        <w:tcBorders>
          <w:top w:val="single" w:sz="8" w:space="0" w:color="8064A2" w:themeColor="accent4"/>
          <w:bottom w:val="single" w:sz="8" w:space="0" w:color="8064A2" w:themeColor="accent4"/>
        </w:tcBorders>
      </w:tcPr>
    </w:tblStylePr>
    <w:tblStylePr w:type="band1Vert">
      <w:tblPr/>
      <w:tcPr>
        <w:shd w:val="clear" w:color="auto" w:fill="DFD8E8" w:themeFill="accent4" w:themeFillTint="3F"/>
      </w:tcPr>
    </w:tblStylePr>
    <w:tblStylePr w:type="band1Horz">
      <w:tblPr/>
      <w:tcPr>
        <w:shd w:val="clear" w:color="auto" w:fill="DFD8E8" w:themeFill="accent4" w:themeFillTint="3F"/>
      </w:tcPr>
    </w:tblStylePr>
  </w:style>
  <w:style w:type="table" w:styleId="MediumList1-Accent5">
    <w:name w:val="Medium List 1 Accent 5"/>
    <w:basedOn w:val="TableNormal"/>
    <w:uiPriority w:val="65"/>
    <w:rsid w:val="00CB0664"/>
    <w:pPr>
      <w:spacing w:after="0" w:line="240" w:lineRule="auto"/>
    </w:pPr>
    <w:rPr>
      <w:color w:val="000000" w:themeColor="text1"/>
    </w:rPr>
    <w:tblPr>
      <w:tblStyleRowBandSize w:val="1"/>
      <w:tblStyleColBandSize w:val="1"/>
      <w:tblInd w:w="0" w:type="dxa"/>
      <w:tblBorders>
        <w:top w:val="single" w:sz="8" w:space="0" w:color="4BACC6" w:themeColor="accent5"/>
        <w:bottom w:val="single" w:sz="8" w:space="0" w:color="4BACC6" w:themeColor="accent5"/>
      </w:tblBorders>
      <w:tblCellMar>
        <w:top w:w="0" w:type="dxa"/>
        <w:left w:w="108" w:type="dxa"/>
        <w:bottom w:w="0" w:type="dxa"/>
        <w:right w:w="108" w:type="dxa"/>
      </w:tblCellMar>
    </w:tblPr>
    <w:tblStylePr w:type="firstRow">
      <w:rPr>
        <w:rFonts w:asciiTheme="majorHAnsi" w:eastAsiaTheme="majorEastAsia" w:hAnsiTheme="majorHAnsi" w:cstheme="majorBidi"/>
      </w:rPr>
      <w:tblPr/>
      <w:tcPr>
        <w:tcBorders>
          <w:top w:val="nil"/>
          <w:bottom w:val="single" w:sz="8" w:space="0" w:color="4BACC6" w:themeColor="accent5"/>
        </w:tcBorders>
      </w:tcPr>
    </w:tblStylePr>
    <w:tblStylePr w:type="lastRow">
      <w:rPr>
        <w:b/>
        <w:bCs/>
        <w:color w:val="1F497D" w:themeColor="text2"/>
      </w:rPr>
      <w:tblPr/>
      <w:tcPr>
        <w:tcBorders>
          <w:top w:val="single" w:sz="8" w:space="0" w:color="4BACC6" w:themeColor="accent5"/>
          <w:bottom w:val="single" w:sz="8" w:space="0" w:color="4BACC6" w:themeColor="accent5"/>
        </w:tcBorders>
      </w:tcPr>
    </w:tblStylePr>
    <w:tblStylePr w:type="firstCol">
      <w:rPr>
        <w:b/>
        <w:bCs/>
      </w:rPr>
    </w:tblStylePr>
    <w:tblStylePr w:type="lastCol">
      <w:rPr>
        <w:b/>
        <w:bCs/>
      </w:rPr>
      <w:tblPr/>
      <w:tcPr>
        <w:tcBorders>
          <w:top w:val="single" w:sz="8" w:space="0" w:color="4BACC6" w:themeColor="accent5"/>
          <w:bottom w:val="single" w:sz="8" w:space="0" w:color="4BACC6" w:themeColor="accent5"/>
        </w:tcBorders>
      </w:tcPr>
    </w:tblStylePr>
    <w:tblStylePr w:type="band1Vert">
      <w:tblPr/>
      <w:tcPr>
        <w:shd w:val="clear" w:color="auto" w:fill="D2EAF1" w:themeFill="accent5" w:themeFillTint="3F"/>
      </w:tcPr>
    </w:tblStylePr>
    <w:tblStylePr w:type="band1Horz">
      <w:tblPr/>
      <w:tcPr>
        <w:shd w:val="clear" w:color="auto" w:fill="D2EAF1" w:themeFill="accent5" w:themeFillTint="3F"/>
      </w:tcPr>
    </w:tblStylePr>
  </w:style>
  <w:style w:type="table" w:styleId="MediumList1-Accent6">
    <w:name w:val="Medium List 1 Accent 6"/>
    <w:basedOn w:val="TableNormal"/>
    <w:uiPriority w:val="65"/>
    <w:rsid w:val="00CB0664"/>
    <w:pPr>
      <w:spacing w:after="0" w:line="240" w:lineRule="auto"/>
    </w:pPr>
    <w:rPr>
      <w:color w:val="000000" w:themeColor="text1"/>
    </w:rPr>
    <w:tblPr>
      <w:tblStyleRowBandSize w:val="1"/>
      <w:tblStyleColBandSize w:val="1"/>
      <w:tblInd w:w="0" w:type="dxa"/>
      <w:tblBorders>
        <w:top w:val="single" w:sz="8" w:space="0" w:color="F79646" w:themeColor="accent6"/>
        <w:bottom w:val="single" w:sz="8" w:space="0" w:color="F79646" w:themeColor="accent6"/>
      </w:tblBorders>
      <w:tblCellMar>
        <w:top w:w="0" w:type="dxa"/>
        <w:left w:w="108" w:type="dxa"/>
        <w:bottom w:w="0" w:type="dxa"/>
        <w:right w:w="108" w:type="dxa"/>
      </w:tblCellMar>
    </w:tblPr>
    <w:tblStylePr w:type="firstRow">
      <w:rPr>
        <w:rFonts w:asciiTheme="majorHAnsi" w:eastAsiaTheme="majorEastAsia" w:hAnsiTheme="majorHAnsi" w:cstheme="majorBidi"/>
      </w:rPr>
      <w:tblPr/>
      <w:tcPr>
        <w:tcBorders>
          <w:top w:val="nil"/>
          <w:bottom w:val="single" w:sz="8" w:space="0" w:color="F79646" w:themeColor="accent6"/>
        </w:tcBorders>
      </w:tcPr>
    </w:tblStylePr>
    <w:tblStylePr w:type="lastRow">
      <w:rPr>
        <w:b/>
        <w:bCs/>
        <w:color w:val="1F497D" w:themeColor="text2"/>
      </w:rPr>
      <w:tblPr/>
      <w:tcPr>
        <w:tcBorders>
          <w:top w:val="single" w:sz="8" w:space="0" w:color="F79646" w:themeColor="accent6"/>
          <w:bottom w:val="single" w:sz="8" w:space="0" w:color="F79646" w:themeColor="accent6"/>
        </w:tcBorders>
      </w:tcPr>
    </w:tblStylePr>
    <w:tblStylePr w:type="firstCol">
      <w:rPr>
        <w:b/>
        <w:bCs/>
      </w:rPr>
    </w:tblStylePr>
    <w:tblStylePr w:type="lastCol">
      <w:rPr>
        <w:b/>
        <w:bCs/>
      </w:rPr>
      <w:tblPr/>
      <w:tcPr>
        <w:tcBorders>
          <w:top w:val="single" w:sz="8" w:space="0" w:color="F79646" w:themeColor="accent6"/>
          <w:bottom w:val="single" w:sz="8" w:space="0" w:color="F79646" w:themeColor="accent6"/>
        </w:tcBorders>
      </w:tcPr>
    </w:tblStylePr>
    <w:tblStylePr w:type="band1Vert">
      <w:tblPr/>
      <w:tcPr>
        <w:shd w:val="clear" w:color="auto" w:fill="FDE4D0" w:themeFill="accent6" w:themeFillTint="3F"/>
      </w:tcPr>
    </w:tblStylePr>
    <w:tblStylePr w:type="band1Horz">
      <w:tblPr/>
      <w:tcPr>
        <w:shd w:val="clear" w:color="auto" w:fill="FDE4D0" w:themeFill="accent6" w:themeFillTint="3F"/>
      </w:tcPr>
    </w:tblStylePr>
  </w:style>
  <w:style w:type="table" w:styleId="MediumList2">
    <w:name w:val="Medium List 2"/>
    <w:basedOn w:val="TableNormal"/>
    <w:uiPriority w:val="66"/>
    <w:rsid w:val="00CB0664"/>
    <w:pPr>
      <w:spacing w:after="0" w:line="240" w:lineRule="auto"/>
    </w:pPr>
    <w:rPr>
      <w:rFonts w:asciiTheme="majorHAnsi" w:eastAsiaTheme="majorEastAsia" w:hAnsiTheme="majorHAnsi" w:cstheme="majorBidi"/>
      <w:color w:val="000000" w:themeColor="text1"/>
    </w:rPr>
    <w:tblPr>
      <w:tblStyleRowBandSize w:val="1"/>
      <w:tblStyleColBandSize w:val="1"/>
      <w:tblInd w:w="0" w:type="dxa"/>
      <w:tblBorders>
        <w:top w:val="single" w:sz="8" w:space="0" w:color="000000" w:themeColor="text1"/>
        <w:left w:val="single" w:sz="8" w:space="0" w:color="000000" w:themeColor="text1"/>
        <w:bottom w:val="single" w:sz="8" w:space="0" w:color="000000" w:themeColor="text1"/>
        <w:right w:val="single" w:sz="8" w:space="0" w:color="000000" w:themeColor="text1"/>
      </w:tblBorders>
      <w:tblCellMar>
        <w:top w:w="0" w:type="dxa"/>
        <w:left w:w="108" w:type="dxa"/>
        <w:bottom w:w="0" w:type="dxa"/>
        <w:right w:w="108" w:type="dxa"/>
      </w:tblCellMar>
    </w:tblPr>
    <w:tblStylePr w:type="firstRow">
      <w:rPr>
        <w:sz w:val="24"/>
        <w:szCs w:val="24"/>
      </w:rPr>
      <w:tblPr/>
      <w:tcPr>
        <w:tcBorders>
          <w:top w:val="nil"/>
          <w:left w:val="nil"/>
          <w:bottom w:val="single" w:sz="24" w:space="0" w:color="000000" w:themeColor="text1"/>
          <w:right w:val="nil"/>
          <w:insideH w:val="nil"/>
          <w:insideV w:val="nil"/>
        </w:tcBorders>
        <w:shd w:val="clear" w:color="auto" w:fill="FFFFFF" w:themeFill="background1"/>
      </w:tcPr>
    </w:tblStylePr>
    <w:tblStylePr w:type="lastRow">
      <w:tblPr/>
      <w:tcPr>
        <w:tcBorders>
          <w:top w:val="single" w:sz="8" w:space="0" w:color="000000" w:themeColor="text1"/>
          <w:left w:val="nil"/>
          <w:bottom w:val="nil"/>
          <w:right w:val="nil"/>
          <w:insideH w:val="nil"/>
          <w:insideV w:val="nil"/>
        </w:tcBorders>
        <w:shd w:val="clear" w:color="auto" w:fill="FFFFFF" w:themeFill="background1"/>
      </w:tcPr>
    </w:tblStylePr>
    <w:tblStylePr w:type="firstCol">
      <w:tblPr/>
      <w:tcPr>
        <w:tcBorders>
          <w:top w:val="nil"/>
          <w:left w:val="nil"/>
          <w:bottom w:val="nil"/>
          <w:right w:val="single" w:sz="8" w:space="0" w:color="000000" w:themeColor="text1"/>
          <w:insideH w:val="nil"/>
          <w:insideV w:val="nil"/>
        </w:tcBorders>
        <w:shd w:val="clear" w:color="auto" w:fill="FFFFFF" w:themeFill="background1"/>
      </w:tcPr>
    </w:tblStylePr>
    <w:tblStylePr w:type="lastCol">
      <w:tblPr/>
      <w:tcPr>
        <w:tcBorders>
          <w:top w:val="nil"/>
          <w:left w:val="single" w:sz="8" w:space="0" w:color="000000" w:themeColor="text1"/>
          <w:bottom w:val="nil"/>
          <w:right w:val="nil"/>
          <w:insideH w:val="nil"/>
          <w:insideV w:val="nil"/>
        </w:tcBorders>
        <w:shd w:val="clear" w:color="auto" w:fill="FFFFFF" w:themeFill="background1"/>
      </w:tcPr>
    </w:tblStylePr>
    <w:tblStylePr w:type="band1Vert">
      <w:tblPr/>
      <w:tcPr>
        <w:tcBorders>
          <w:left w:val="nil"/>
          <w:right w:val="nil"/>
          <w:insideH w:val="nil"/>
          <w:insideV w:val="nil"/>
        </w:tcBorders>
        <w:shd w:val="clear" w:color="auto" w:fill="C0C0C0" w:themeFill="text1" w:themeFillTint="3F"/>
      </w:tcPr>
    </w:tblStylePr>
    <w:tblStylePr w:type="band1Horz">
      <w:tblPr/>
      <w:tcPr>
        <w:tcBorders>
          <w:top w:val="nil"/>
          <w:bottom w:val="nil"/>
          <w:insideH w:val="nil"/>
          <w:insideV w:val="nil"/>
        </w:tcBorders>
        <w:shd w:val="clear" w:color="auto" w:fill="C0C0C0" w:themeFill="text1" w:themeFillTint="3F"/>
      </w:tcPr>
    </w:tblStylePr>
    <w:tblStylePr w:type="nwCell">
      <w:tblPr/>
      <w:tcPr>
        <w:shd w:val="clear" w:color="auto" w:fill="FFFFFF" w:themeFill="background1"/>
      </w:tcPr>
    </w:tblStylePr>
    <w:tblStylePr w:type="swCell">
      <w:tblPr/>
      <w:tcPr>
        <w:tcBorders>
          <w:top w:val="nil"/>
        </w:tcBorders>
      </w:tcPr>
    </w:tblStylePr>
  </w:style>
  <w:style w:type="table" w:styleId="MediumList2-Accent1">
    <w:name w:val="Medium List 2 Accent 1"/>
    <w:basedOn w:val="TableNormal"/>
    <w:uiPriority w:val="66"/>
    <w:rsid w:val="00CB0664"/>
    <w:pPr>
      <w:spacing w:after="0" w:line="240" w:lineRule="auto"/>
    </w:pPr>
    <w:rPr>
      <w:rFonts w:asciiTheme="majorHAnsi" w:eastAsiaTheme="majorEastAsia" w:hAnsiTheme="majorHAnsi" w:cstheme="majorBidi"/>
      <w:color w:val="000000" w:themeColor="text1"/>
    </w:rPr>
    <w:tblPr>
      <w:tblStyleRowBandSize w:val="1"/>
      <w:tblStyleColBandSize w:val="1"/>
      <w:tblInd w:w="0" w:type="dxa"/>
      <w:tblBorders>
        <w:top w:val="single" w:sz="8" w:space="0" w:color="4F81BD" w:themeColor="accent1"/>
        <w:left w:val="single" w:sz="8" w:space="0" w:color="4F81BD" w:themeColor="accent1"/>
        <w:bottom w:val="single" w:sz="8" w:space="0" w:color="4F81BD" w:themeColor="accent1"/>
        <w:right w:val="single" w:sz="8" w:space="0" w:color="4F81BD" w:themeColor="accent1"/>
      </w:tblBorders>
      <w:tblCellMar>
        <w:top w:w="0" w:type="dxa"/>
        <w:left w:w="108" w:type="dxa"/>
        <w:bottom w:w="0" w:type="dxa"/>
        <w:right w:w="108" w:type="dxa"/>
      </w:tblCellMar>
    </w:tblPr>
    <w:tblStylePr w:type="firstRow">
      <w:rPr>
        <w:sz w:val="24"/>
        <w:szCs w:val="24"/>
      </w:rPr>
      <w:tblPr/>
      <w:tcPr>
        <w:tcBorders>
          <w:top w:val="nil"/>
          <w:left w:val="nil"/>
          <w:bottom w:val="single" w:sz="24" w:space="0" w:color="4F81BD" w:themeColor="accent1"/>
          <w:right w:val="nil"/>
          <w:insideH w:val="nil"/>
          <w:insideV w:val="nil"/>
        </w:tcBorders>
        <w:shd w:val="clear" w:color="auto" w:fill="FFFFFF" w:themeFill="background1"/>
      </w:tcPr>
    </w:tblStylePr>
    <w:tblStylePr w:type="lastRow">
      <w:tblPr/>
      <w:tcPr>
        <w:tcBorders>
          <w:top w:val="single" w:sz="8" w:space="0" w:color="4F81BD" w:themeColor="accent1"/>
          <w:left w:val="nil"/>
          <w:bottom w:val="nil"/>
          <w:right w:val="nil"/>
          <w:insideH w:val="nil"/>
          <w:insideV w:val="nil"/>
        </w:tcBorders>
        <w:shd w:val="clear" w:color="auto" w:fill="FFFFFF" w:themeFill="background1"/>
      </w:tcPr>
    </w:tblStylePr>
    <w:tblStylePr w:type="firstCol">
      <w:tblPr/>
      <w:tcPr>
        <w:tcBorders>
          <w:top w:val="nil"/>
          <w:left w:val="nil"/>
          <w:bottom w:val="nil"/>
          <w:right w:val="single" w:sz="8" w:space="0" w:color="4F81BD" w:themeColor="accent1"/>
          <w:insideH w:val="nil"/>
          <w:insideV w:val="nil"/>
        </w:tcBorders>
        <w:shd w:val="clear" w:color="auto" w:fill="FFFFFF" w:themeFill="background1"/>
      </w:tcPr>
    </w:tblStylePr>
    <w:tblStylePr w:type="lastCol">
      <w:tblPr/>
      <w:tcPr>
        <w:tcBorders>
          <w:top w:val="nil"/>
          <w:left w:val="single" w:sz="8" w:space="0" w:color="4F81BD" w:themeColor="accent1"/>
          <w:bottom w:val="nil"/>
          <w:right w:val="nil"/>
          <w:insideH w:val="nil"/>
          <w:insideV w:val="nil"/>
        </w:tcBorders>
        <w:shd w:val="clear" w:color="auto" w:fill="FFFFFF" w:themeFill="background1"/>
      </w:tcPr>
    </w:tblStylePr>
    <w:tblStylePr w:type="band1Vert">
      <w:tblPr/>
      <w:tcPr>
        <w:tcBorders>
          <w:left w:val="nil"/>
          <w:right w:val="nil"/>
          <w:insideH w:val="nil"/>
          <w:insideV w:val="nil"/>
        </w:tcBorders>
        <w:shd w:val="clear" w:color="auto" w:fill="D3DFEE" w:themeFill="accent1" w:themeFillTint="3F"/>
      </w:tcPr>
    </w:tblStylePr>
    <w:tblStylePr w:type="band1Horz">
      <w:tblPr/>
      <w:tcPr>
        <w:tcBorders>
          <w:top w:val="nil"/>
          <w:bottom w:val="nil"/>
          <w:insideH w:val="nil"/>
          <w:insideV w:val="nil"/>
        </w:tcBorders>
        <w:shd w:val="clear" w:color="auto" w:fill="D3DFEE" w:themeFill="accent1" w:themeFillTint="3F"/>
      </w:tcPr>
    </w:tblStylePr>
    <w:tblStylePr w:type="nwCell">
      <w:tblPr/>
      <w:tcPr>
        <w:shd w:val="clear" w:color="auto" w:fill="FFFFFF" w:themeFill="background1"/>
      </w:tcPr>
    </w:tblStylePr>
    <w:tblStylePr w:type="swCell">
      <w:tblPr/>
      <w:tcPr>
        <w:tcBorders>
          <w:top w:val="nil"/>
        </w:tcBorders>
      </w:tcPr>
    </w:tblStylePr>
  </w:style>
  <w:style w:type="table" w:styleId="MediumList2-Accent2">
    <w:name w:val="Medium List 2 Accent 2"/>
    <w:basedOn w:val="TableNormal"/>
    <w:uiPriority w:val="66"/>
    <w:rsid w:val="00CB0664"/>
    <w:pPr>
      <w:spacing w:after="0" w:line="240" w:lineRule="auto"/>
    </w:pPr>
    <w:rPr>
      <w:rFonts w:asciiTheme="majorHAnsi" w:eastAsiaTheme="majorEastAsia" w:hAnsiTheme="majorHAnsi" w:cstheme="majorBidi"/>
      <w:color w:val="000000" w:themeColor="text1"/>
    </w:rPr>
    <w:tblPr>
      <w:tblStyleRowBandSize w:val="1"/>
      <w:tblStyleColBandSize w:val="1"/>
      <w:tblInd w:w="0" w:type="dxa"/>
      <w:tblBorders>
        <w:top w:val="single" w:sz="8" w:space="0" w:color="C0504D" w:themeColor="accent2"/>
        <w:left w:val="single" w:sz="8" w:space="0" w:color="C0504D" w:themeColor="accent2"/>
        <w:bottom w:val="single" w:sz="8" w:space="0" w:color="C0504D" w:themeColor="accent2"/>
        <w:right w:val="single" w:sz="8" w:space="0" w:color="C0504D" w:themeColor="accent2"/>
      </w:tblBorders>
      <w:tblCellMar>
        <w:top w:w="0" w:type="dxa"/>
        <w:left w:w="108" w:type="dxa"/>
        <w:bottom w:w="0" w:type="dxa"/>
        <w:right w:w="108" w:type="dxa"/>
      </w:tblCellMar>
    </w:tblPr>
    <w:tblStylePr w:type="firstRow">
      <w:rPr>
        <w:sz w:val="24"/>
        <w:szCs w:val="24"/>
      </w:rPr>
      <w:tblPr/>
      <w:tcPr>
        <w:tcBorders>
          <w:top w:val="nil"/>
          <w:left w:val="nil"/>
          <w:bottom w:val="single" w:sz="24" w:space="0" w:color="C0504D" w:themeColor="accent2"/>
          <w:right w:val="nil"/>
          <w:insideH w:val="nil"/>
          <w:insideV w:val="nil"/>
        </w:tcBorders>
        <w:shd w:val="clear" w:color="auto" w:fill="FFFFFF" w:themeFill="background1"/>
      </w:tcPr>
    </w:tblStylePr>
    <w:tblStylePr w:type="lastRow">
      <w:tblPr/>
      <w:tcPr>
        <w:tcBorders>
          <w:top w:val="single" w:sz="8" w:space="0" w:color="C0504D" w:themeColor="accent2"/>
          <w:left w:val="nil"/>
          <w:bottom w:val="nil"/>
          <w:right w:val="nil"/>
          <w:insideH w:val="nil"/>
          <w:insideV w:val="nil"/>
        </w:tcBorders>
        <w:shd w:val="clear" w:color="auto" w:fill="FFFFFF" w:themeFill="background1"/>
      </w:tcPr>
    </w:tblStylePr>
    <w:tblStylePr w:type="firstCol">
      <w:tblPr/>
      <w:tcPr>
        <w:tcBorders>
          <w:top w:val="nil"/>
          <w:left w:val="nil"/>
          <w:bottom w:val="nil"/>
          <w:right w:val="single" w:sz="8" w:space="0" w:color="C0504D" w:themeColor="accent2"/>
          <w:insideH w:val="nil"/>
          <w:insideV w:val="nil"/>
        </w:tcBorders>
        <w:shd w:val="clear" w:color="auto" w:fill="FFFFFF" w:themeFill="background1"/>
      </w:tcPr>
    </w:tblStylePr>
    <w:tblStylePr w:type="lastCol">
      <w:tblPr/>
      <w:tcPr>
        <w:tcBorders>
          <w:top w:val="nil"/>
          <w:left w:val="single" w:sz="8" w:space="0" w:color="C0504D" w:themeColor="accent2"/>
          <w:bottom w:val="nil"/>
          <w:right w:val="nil"/>
          <w:insideH w:val="nil"/>
          <w:insideV w:val="nil"/>
        </w:tcBorders>
        <w:shd w:val="clear" w:color="auto" w:fill="FFFFFF" w:themeFill="background1"/>
      </w:tcPr>
    </w:tblStylePr>
    <w:tblStylePr w:type="band1Vert">
      <w:tblPr/>
      <w:tcPr>
        <w:tcBorders>
          <w:left w:val="nil"/>
          <w:right w:val="nil"/>
          <w:insideH w:val="nil"/>
          <w:insideV w:val="nil"/>
        </w:tcBorders>
        <w:shd w:val="clear" w:color="auto" w:fill="EFD3D2" w:themeFill="accent2" w:themeFillTint="3F"/>
      </w:tcPr>
    </w:tblStylePr>
    <w:tblStylePr w:type="band1Horz">
      <w:tblPr/>
      <w:tcPr>
        <w:tcBorders>
          <w:top w:val="nil"/>
          <w:bottom w:val="nil"/>
          <w:insideH w:val="nil"/>
          <w:insideV w:val="nil"/>
        </w:tcBorders>
        <w:shd w:val="clear" w:color="auto" w:fill="EFD3D2" w:themeFill="accent2" w:themeFillTint="3F"/>
      </w:tcPr>
    </w:tblStylePr>
    <w:tblStylePr w:type="nwCell">
      <w:tblPr/>
      <w:tcPr>
        <w:shd w:val="clear" w:color="auto" w:fill="FFFFFF" w:themeFill="background1"/>
      </w:tcPr>
    </w:tblStylePr>
    <w:tblStylePr w:type="swCell">
      <w:tblPr/>
      <w:tcPr>
        <w:tcBorders>
          <w:top w:val="nil"/>
        </w:tcBorders>
      </w:tcPr>
    </w:tblStylePr>
  </w:style>
  <w:style w:type="table" w:styleId="MediumList2-Accent3">
    <w:name w:val="Medium List 2 Accent 3"/>
    <w:basedOn w:val="TableNormal"/>
    <w:uiPriority w:val="66"/>
    <w:rsid w:val="00CB0664"/>
    <w:pPr>
      <w:spacing w:after="0" w:line="240" w:lineRule="auto"/>
    </w:pPr>
    <w:rPr>
      <w:rFonts w:asciiTheme="majorHAnsi" w:eastAsiaTheme="majorEastAsia" w:hAnsiTheme="majorHAnsi" w:cstheme="majorBidi"/>
      <w:color w:val="000000" w:themeColor="text1"/>
    </w:rPr>
    <w:tblPr>
      <w:tblStyleRowBandSize w:val="1"/>
      <w:tblStyleColBandSize w:val="1"/>
      <w:tblInd w:w="0" w:type="dxa"/>
      <w:tblBorders>
        <w:top w:val="single" w:sz="8" w:space="0" w:color="9BBB59" w:themeColor="accent3"/>
        <w:left w:val="single" w:sz="8" w:space="0" w:color="9BBB59" w:themeColor="accent3"/>
        <w:bottom w:val="single" w:sz="8" w:space="0" w:color="9BBB59" w:themeColor="accent3"/>
        <w:right w:val="single" w:sz="8" w:space="0" w:color="9BBB59" w:themeColor="accent3"/>
      </w:tblBorders>
      <w:tblCellMar>
        <w:top w:w="0" w:type="dxa"/>
        <w:left w:w="108" w:type="dxa"/>
        <w:bottom w:w="0" w:type="dxa"/>
        <w:right w:w="108" w:type="dxa"/>
      </w:tblCellMar>
    </w:tblPr>
    <w:tblStylePr w:type="firstRow">
      <w:rPr>
        <w:sz w:val="24"/>
        <w:szCs w:val="24"/>
      </w:rPr>
      <w:tblPr/>
      <w:tcPr>
        <w:tcBorders>
          <w:top w:val="nil"/>
          <w:left w:val="nil"/>
          <w:bottom w:val="single" w:sz="24" w:space="0" w:color="9BBB59" w:themeColor="accent3"/>
          <w:right w:val="nil"/>
          <w:insideH w:val="nil"/>
          <w:insideV w:val="nil"/>
        </w:tcBorders>
        <w:shd w:val="clear" w:color="auto" w:fill="FFFFFF" w:themeFill="background1"/>
      </w:tcPr>
    </w:tblStylePr>
    <w:tblStylePr w:type="lastRow">
      <w:tblPr/>
      <w:tcPr>
        <w:tcBorders>
          <w:top w:val="single" w:sz="8" w:space="0" w:color="9BBB59" w:themeColor="accent3"/>
          <w:left w:val="nil"/>
          <w:bottom w:val="nil"/>
          <w:right w:val="nil"/>
          <w:insideH w:val="nil"/>
          <w:insideV w:val="nil"/>
        </w:tcBorders>
        <w:shd w:val="clear" w:color="auto" w:fill="FFFFFF" w:themeFill="background1"/>
      </w:tcPr>
    </w:tblStylePr>
    <w:tblStylePr w:type="firstCol">
      <w:tblPr/>
      <w:tcPr>
        <w:tcBorders>
          <w:top w:val="nil"/>
          <w:left w:val="nil"/>
          <w:bottom w:val="nil"/>
          <w:right w:val="single" w:sz="8" w:space="0" w:color="9BBB59" w:themeColor="accent3"/>
          <w:insideH w:val="nil"/>
          <w:insideV w:val="nil"/>
        </w:tcBorders>
        <w:shd w:val="clear" w:color="auto" w:fill="FFFFFF" w:themeFill="background1"/>
      </w:tcPr>
    </w:tblStylePr>
    <w:tblStylePr w:type="lastCol">
      <w:tblPr/>
      <w:tcPr>
        <w:tcBorders>
          <w:top w:val="nil"/>
          <w:left w:val="single" w:sz="8" w:space="0" w:color="9BBB59" w:themeColor="accent3"/>
          <w:bottom w:val="nil"/>
          <w:right w:val="nil"/>
          <w:insideH w:val="nil"/>
          <w:insideV w:val="nil"/>
        </w:tcBorders>
        <w:shd w:val="clear" w:color="auto" w:fill="FFFFFF" w:themeFill="background1"/>
      </w:tcPr>
    </w:tblStylePr>
    <w:tblStylePr w:type="band1Vert">
      <w:tblPr/>
      <w:tcPr>
        <w:tcBorders>
          <w:left w:val="nil"/>
          <w:right w:val="nil"/>
          <w:insideH w:val="nil"/>
          <w:insideV w:val="nil"/>
        </w:tcBorders>
        <w:shd w:val="clear" w:color="auto" w:fill="E6EED5" w:themeFill="accent3" w:themeFillTint="3F"/>
      </w:tcPr>
    </w:tblStylePr>
    <w:tblStylePr w:type="band1Horz">
      <w:tblPr/>
      <w:tcPr>
        <w:tcBorders>
          <w:top w:val="nil"/>
          <w:bottom w:val="nil"/>
          <w:insideH w:val="nil"/>
          <w:insideV w:val="nil"/>
        </w:tcBorders>
        <w:shd w:val="clear" w:color="auto" w:fill="E6EED5" w:themeFill="accent3" w:themeFillTint="3F"/>
      </w:tcPr>
    </w:tblStylePr>
    <w:tblStylePr w:type="nwCell">
      <w:tblPr/>
      <w:tcPr>
        <w:shd w:val="clear" w:color="auto" w:fill="FFFFFF" w:themeFill="background1"/>
      </w:tcPr>
    </w:tblStylePr>
    <w:tblStylePr w:type="swCell">
      <w:tblPr/>
      <w:tcPr>
        <w:tcBorders>
          <w:top w:val="nil"/>
        </w:tcBorders>
      </w:tcPr>
    </w:tblStylePr>
  </w:style>
  <w:style w:type="table" w:styleId="MediumList2-Accent4">
    <w:name w:val="Medium List 2 Accent 4"/>
    <w:basedOn w:val="TableNormal"/>
    <w:uiPriority w:val="66"/>
    <w:rsid w:val="00CB0664"/>
    <w:pPr>
      <w:spacing w:after="0" w:line="240" w:lineRule="auto"/>
    </w:pPr>
    <w:rPr>
      <w:rFonts w:asciiTheme="majorHAnsi" w:eastAsiaTheme="majorEastAsia" w:hAnsiTheme="majorHAnsi" w:cstheme="majorBidi"/>
      <w:color w:val="000000" w:themeColor="text1"/>
    </w:rPr>
    <w:tblPr>
      <w:tblStyleRowBandSize w:val="1"/>
      <w:tblStyleColBandSize w:val="1"/>
      <w:tblInd w:w="0" w:type="dxa"/>
      <w:tblBorders>
        <w:top w:val="single" w:sz="8" w:space="0" w:color="8064A2" w:themeColor="accent4"/>
        <w:left w:val="single" w:sz="8" w:space="0" w:color="8064A2" w:themeColor="accent4"/>
        <w:bottom w:val="single" w:sz="8" w:space="0" w:color="8064A2" w:themeColor="accent4"/>
        <w:right w:val="single" w:sz="8" w:space="0" w:color="8064A2" w:themeColor="accent4"/>
      </w:tblBorders>
      <w:tblCellMar>
        <w:top w:w="0" w:type="dxa"/>
        <w:left w:w="108" w:type="dxa"/>
        <w:bottom w:w="0" w:type="dxa"/>
        <w:right w:w="108" w:type="dxa"/>
      </w:tblCellMar>
    </w:tblPr>
    <w:tblStylePr w:type="firstRow">
      <w:rPr>
        <w:sz w:val="24"/>
        <w:szCs w:val="24"/>
      </w:rPr>
      <w:tblPr/>
      <w:tcPr>
        <w:tcBorders>
          <w:top w:val="nil"/>
          <w:left w:val="nil"/>
          <w:bottom w:val="single" w:sz="24" w:space="0" w:color="8064A2" w:themeColor="accent4"/>
          <w:right w:val="nil"/>
          <w:insideH w:val="nil"/>
          <w:insideV w:val="nil"/>
        </w:tcBorders>
        <w:shd w:val="clear" w:color="auto" w:fill="FFFFFF" w:themeFill="background1"/>
      </w:tcPr>
    </w:tblStylePr>
    <w:tblStylePr w:type="lastRow">
      <w:tblPr/>
      <w:tcPr>
        <w:tcBorders>
          <w:top w:val="single" w:sz="8" w:space="0" w:color="8064A2" w:themeColor="accent4"/>
          <w:left w:val="nil"/>
          <w:bottom w:val="nil"/>
          <w:right w:val="nil"/>
          <w:insideH w:val="nil"/>
          <w:insideV w:val="nil"/>
        </w:tcBorders>
        <w:shd w:val="clear" w:color="auto" w:fill="FFFFFF" w:themeFill="background1"/>
      </w:tcPr>
    </w:tblStylePr>
    <w:tblStylePr w:type="firstCol">
      <w:tblPr/>
      <w:tcPr>
        <w:tcBorders>
          <w:top w:val="nil"/>
          <w:left w:val="nil"/>
          <w:bottom w:val="nil"/>
          <w:right w:val="single" w:sz="8" w:space="0" w:color="8064A2" w:themeColor="accent4"/>
          <w:insideH w:val="nil"/>
          <w:insideV w:val="nil"/>
        </w:tcBorders>
        <w:shd w:val="clear" w:color="auto" w:fill="FFFFFF" w:themeFill="background1"/>
      </w:tcPr>
    </w:tblStylePr>
    <w:tblStylePr w:type="lastCol">
      <w:tblPr/>
      <w:tcPr>
        <w:tcBorders>
          <w:top w:val="nil"/>
          <w:left w:val="single" w:sz="8" w:space="0" w:color="8064A2" w:themeColor="accent4"/>
          <w:bottom w:val="nil"/>
          <w:right w:val="nil"/>
          <w:insideH w:val="nil"/>
          <w:insideV w:val="nil"/>
        </w:tcBorders>
        <w:shd w:val="clear" w:color="auto" w:fill="FFFFFF" w:themeFill="background1"/>
      </w:tcPr>
    </w:tblStylePr>
    <w:tblStylePr w:type="band1Vert">
      <w:tblPr/>
      <w:tcPr>
        <w:tcBorders>
          <w:left w:val="nil"/>
          <w:right w:val="nil"/>
          <w:insideH w:val="nil"/>
          <w:insideV w:val="nil"/>
        </w:tcBorders>
        <w:shd w:val="clear" w:color="auto" w:fill="DFD8E8" w:themeFill="accent4" w:themeFillTint="3F"/>
      </w:tcPr>
    </w:tblStylePr>
    <w:tblStylePr w:type="band1Horz">
      <w:tblPr/>
      <w:tcPr>
        <w:tcBorders>
          <w:top w:val="nil"/>
          <w:bottom w:val="nil"/>
          <w:insideH w:val="nil"/>
          <w:insideV w:val="nil"/>
        </w:tcBorders>
        <w:shd w:val="clear" w:color="auto" w:fill="DFD8E8" w:themeFill="accent4" w:themeFillTint="3F"/>
      </w:tcPr>
    </w:tblStylePr>
    <w:tblStylePr w:type="nwCell">
      <w:tblPr/>
      <w:tcPr>
        <w:shd w:val="clear" w:color="auto" w:fill="FFFFFF" w:themeFill="background1"/>
      </w:tcPr>
    </w:tblStylePr>
    <w:tblStylePr w:type="swCell">
      <w:tblPr/>
      <w:tcPr>
        <w:tcBorders>
          <w:top w:val="nil"/>
        </w:tcBorders>
      </w:tcPr>
    </w:tblStylePr>
  </w:style>
  <w:style w:type="table" w:styleId="MediumList2-Accent5">
    <w:name w:val="Medium List 2 Accent 5"/>
    <w:basedOn w:val="TableNormal"/>
    <w:uiPriority w:val="66"/>
    <w:rsid w:val="00CB0664"/>
    <w:pPr>
      <w:spacing w:after="0" w:line="240" w:lineRule="auto"/>
    </w:pPr>
    <w:rPr>
      <w:rFonts w:asciiTheme="majorHAnsi" w:eastAsiaTheme="majorEastAsia" w:hAnsiTheme="majorHAnsi" w:cstheme="majorBidi"/>
      <w:color w:val="000000" w:themeColor="text1"/>
    </w:rPr>
    <w:tblPr>
      <w:tblStyleRowBandSize w:val="1"/>
      <w:tblStyleColBandSize w:val="1"/>
      <w:tblInd w:w="0" w:type="dxa"/>
      <w:tblBorders>
        <w:top w:val="single" w:sz="8" w:space="0" w:color="4BACC6" w:themeColor="accent5"/>
        <w:left w:val="single" w:sz="8" w:space="0" w:color="4BACC6" w:themeColor="accent5"/>
        <w:bottom w:val="single" w:sz="8" w:space="0" w:color="4BACC6" w:themeColor="accent5"/>
        <w:right w:val="single" w:sz="8" w:space="0" w:color="4BACC6" w:themeColor="accent5"/>
      </w:tblBorders>
      <w:tblCellMar>
        <w:top w:w="0" w:type="dxa"/>
        <w:left w:w="108" w:type="dxa"/>
        <w:bottom w:w="0" w:type="dxa"/>
        <w:right w:w="108" w:type="dxa"/>
      </w:tblCellMar>
    </w:tblPr>
    <w:tblStylePr w:type="firstRow">
      <w:rPr>
        <w:sz w:val="24"/>
        <w:szCs w:val="24"/>
      </w:rPr>
      <w:tblPr/>
      <w:tcPr>
        <w:tcBorders>
          <w:top w:val="nil"/>
          <w:left w:val="nil"/>
          <w:bottom w:val="single" w:sz="24" w:space="0" w:color="4BACC6" w:themeColor="accent5"/>
          <w:right w:val="nil"/>
          <w:insideH w:val="nil"/>
          <w:insideV w:val="nil"/>
        </w:tcBorders>
        <w:shd w:val="clear" w:color="auto" w:fill="FFFFFF" w:themeFill="background1"/>
      </w:tcPr>
    </w:tblStylePr>
    <w:tblStylePr w:type="lastRow">
      <w:tblPr/>
      <w:tcPr>
        <w:tcBorders>
          <w:top w:val="single" w:sz="8" w:space="0" w:color="4BACC6" w:themeColor="accent5"/>
          <w:left w:val="nil"/>
          <w:bottom w:val="nil"/>
          <w:right w:val="nil"/>
          <w:insideH w:val="nil"/>
          <w:insideV w:val="nil"/>
        </w:tcBorders>
        <w:shd w:val="clear" w:color="auto" w:fill="FFFFFF" w:themeFill="background1"/>
      </w:tcPr>
    </w:tblStylePr>
    <w:tblStylePr w:type="firstCol">
      <w:tblPr/>
      <w:tcPr>
        <w:tcBorders>
          <w:top w:val="nil"/>
          <w:left w:val="nil"/>
          <w:bottom w:val="nil"/>
          <w:right w:val="single" w:sz="8" w:space="0" w:color="4BACC6" w:themeColor="accent5"/>
          <w:insideH w:val="nil"/>
          <w:insideV w:val="nil"/>
        </w:tcBorders>
        <w:shd w:val="clear" w:color="auto" w:fill="FFFFFF" w:themeFill="background1"/>
      </w:tcPr>
    </w:tblStylePr>
    <w:tblStylePr w:type="lastCol">
      <w:tblPr/>
      <w:tcPr>
        <w:tcBorders>
          <w:top w:val="nil"/>
          <w:left w:val="single" w:sz="8" w:space="0" w:color="4BACC6" w:themeColor="accent5"/>
          <w:bottom w:val="nil"/>
          <w:right w:val="nil"/>
          <w:insideH w:val="nil"/>
          <w:insideV w:val="nil"/>
        </w:tcBorders>
        <w:shd w:val="clear" w:color="auto" w:fill="FFFFFF" w:themeFill="background1"/>
      </w:tcPr>
    </w:tblStylePr>
    <w:tblStylePr w:type="band1Vert">
      <w:tblPr/>
      <w:tcPr>
        <w:tcBorders>
          <w:left w:val="nil"/>
          <w:right w:val="nil"/>
          <w:insideH w:val="nil"/>
          <w:insideV w:val="nil"/>
        </w:tcBorders>
        <w:shd w:val="clear" w:color="auto" w:fill="D2EAF1" w:themeFill="accent5" w:themeFillTint="3F"/>
      </w:tcPr>
    </w:tblStylePr>
    <w:tblStylePr w:type="band1Horz">
      <w:tblPr/>
      <w:tcPr>
        <w:tcBorders>
          <w:top w:val="nil"/>
          <w:bottom w:val="nil"/>
          <w:insideH w:val="nil"/>
          <w:insideV w:val="nil"/>
        </w:tcBorders>
        <w:shd w:val="clear" w:color="auto" w:fill="D2EAF1" w:themeFill="accent5" w:themeFillTint="3F"/>
      </w:tcPr>
    </w:tblStylePr>
    <w:tblStylePr w:type="nwCell">
      <w:tblPr/>
      <w:tcPr>
        <w:shd w:val="clear" w:color="auto" w:fill="FFFFFF" w:themeFill="background1"/>
      </w:tcPr>
    </w:tblStylePr>
    <w:tblStylePr w:type="swCell">
      <w:tblPr/>
      <w:tcPr>
        <w:tcBorders>
          <w:top w:val="nil"/>
        </w:tcBorders>
      </w:tcPr>
    </w:tblStylePr>
  </w:style>
  <w:style w:type="table" w:styleId="MediumList2-Accent6">
    <w:name w:val="Medium List 2 Accent 6"/>
    <w:basedOn w:val="TableNormal"/>
    <w:uiPriority w:val="66"/>
    <w:rsid w:val="00CB0664"/>
    <w:pPr>
      <w:spacing w:after="0" w:line="240" w:lineRule="auto"/>
    </w:pPr>
    <w:rPr>
      <w:rFonts w:asciiTheme="majorHAnsi" w:eastAsiaTheme="majorEastAsia" w:hAnsiTheme="majorHAnsi" w:cstheme="majorBidi"/>
      <w:color w:val="000000" w:themeColor="text1"/>
    </w:rPr>
    <w:tblPr>
      <w:tblStyleRowBandSize w:val="1"/>
      <w:tblStyleColBandSize w:val="1"/>
      <w:tblInd w:w="0" w:type="dxa"/>
      <w:tblBorders>
        <w:top w:val="single" w:sz="8" w:space="0" w:color="F79646" w:themeColor="accent6"/>
        <w:left w:val="single" w:sz="8" w:space="0" w:color="F79646" w:themeColor="accent6"/>
        <w:bottom w:val="single" w:sz="8" w:space="0" w:color="F79646" w:themeColor="accent6"/>
        <w:right w:val="single" w:sz="8" w:space="0" w:color="F79646" w:themeColor="accent6"/>
      </w:tblBorders>
      <w:tblCellMar>
        <w:top w:w="0" w:type="dxa"/>
        <w:left w:w="108" w:type="dxa"/>
        <w:bottom w:w="0" w:type="dxa"/>
        <w:right w:w="108" w:type="dxa"/>
      </w:tblCellMar>
    </w:tblPr>
    <w:tblStylePr w:type="firstRow">
      <w:rPr>
        <w:sz w:val="24"/>
        <w:szCs w:val="24"/>
      </w:rPr>
      <w:tblPr/>
      <w:tcPr>
        <w:tcBorders>
          <w:top w:val="nil"/>
          <w:left w:val="nil"/>
          <w:bottom w:val="single" w:sz="24" w:space="0" w:color="F79646" w:themeColor="accent6"/>
          <w:right w:val="nil"/>
          <w:insideH w:val="nil"/>
          <w:insideV w:val="nil"/>
        </w:tcBorders>
        <w:shd w:val="clear" w:color="auto" w:fill="FFFFFF" w:themeFill="background1"/>
      </w:tcPr>
    </w:tblStylePr>
    <w:tblStylePr w:type="lastRow">
      <w:tblPr/>
      <w:tcPr>
        <w:tcBorders>
          <w:top w:val="single" w:sz="8" w:space="0" w:color="F79646" w:themeColor="accent6"/>
          <w:left w:val="nil"/>
          <w:bottom w:val="nil"/>
          <w:right w:val="nil"/>
          <w:insideH w:val="nil"/>
          <w:insideV w:val="nil"/>
        </w:tcBorders>
        <w:shd w:val="clear" w:color="auto" w:fill="FFFFFF" w:themeFill="background1"/>
      </w:tcPr>
    </w:tblStylePr>
    <w:tblStylePr w:type="firstCol">
      <w:tblPr/>
      <w:tcPr>
        <w:tcBorders>
          <w:top w:val="nil"/>
          <w:left w:val="nil"/>
          <w:bottom w:val="nil"/>
          <w:right w:val="single" w:sz="8" w:space="0" w:color="F79646" w:themeColor="accent6"/>
          <w:insideH w:val="nil"/>
          <w:insideV w:val="nil"/>
        </w:tcBorders>
        <w:shd w:val="clear" w:color="auto" w:fill="FFFFFF" w:themeFill="background1"/>
      </w:tcPr>
    </w:tblStylePr>
    <w:tblStylePr w:type="lastCol">
      <w:tblPr/>
      <w:tcPr>
        <w:tcBorders>
          <w:top w:val="nil"/>
          <w:left w:val="single" w:sz="8" w:space="0" w:color="F79646" w:themeColor="accent6"/>
          <w:bottom w:val="nil"/>
          <w:right w:val="nil"/>
          <w:insideH w:val="nil"/>
          <w:insideV w:val="nil"/>
        </w:tcBorders>
        <w:shd w:val="clear" w:color="auto" w:fill="FFFFFF" w:themeFill="background1"/>
      </w:tcPr>
    </w:tblStylePr>
    <w:tblStylePr w:type="band1Vert">
      <w:tblPr/>
      <w:tcPr>
        <w:tcBorders>
          <w:left w:val="nil"/>
          <w:right w:val="nil"/>
          <w:insideH w:val="nil"/>
          <w:insideV w:val="nil"/>
        </w:tcBorders>
        <w:shd w:val="clear" w:color="auto" w:fill="FDE4D0" w:themeFill="accent6" w:themeFillTint="3F"/>
      </w:tcPr>
    </w:tblStylePr>
    <w:tblStylePr w:type="band1Horz">
      <w:tblPr/>
      <w:tcPr>
        <w:tcBorders>
          <w:top w:val="nil"/>
          <w:bottom w:val="nil"/>
          <w:insideH w:val="nil"/>
          <w:insideV w:val="nil"/>
        </w:tcBorders>
        <w:shd w:val="clear" w:color="auto" w:fill="FDE4D0" w:themeFill="accent6" w:themeFillTint="3F"/>
      </w:tcPr>
    </w:tblStylePr>
    <w:tblStylePr w:type="nwCell">
      <w:tblPr/>
      <w:tcPr>
        <w:shd w:val="clear" w:color="auto" w:fill="FFFFFF" w:themeFill="background1"/>
      </w:tcPr>
    </w:tblStylePr>
    <w:tblStylePr w:type="swCell">
      <w:tblPr/>
      <w:tcPr>
        <w:tcBorders>
          <w:top w:val="nil"/>
        </w:tcBorders>
      </w:tcPr>
    </w:tblStylePr>
  </w:style>
  <w:style w:type="table" w:styleId="MediumGrid1">
    <w:name w:val="Medium Grid 1"/>
    <w:basedOn w:val="TableNormal"/>
    <w:uiPriority w:val="67"/>
    <w:rsid w:val="00CB0664"/>
    <w:pPr>
      <w:spacing w:after="0" w:line="240" w:lineRule="auto"/>
    </w:pPr>
    <w:tblPr>
      <w:tblStyleRowBandSize w:val="1"/>
      <w:tblStyleColBandSize w:val="1"/>
      <w:tblInd w:w="0" w:type="dxa"/>
      <w:tblBorders>
        <w:top w:val="single" w:sz="8" w:space="0" w:color="404040" w:themeColor="text1" w:themeTint="BF"/>
        <w:left w:val="single" w:sz="8" w:space="0" w:color="404040" w:themeColor="text1" w:themeTint="BF"/>
        <w:bottom w:val="single" w:sz="8" w:space="0" w:color="404040" w:themeColor="text1" w:themeTint="BF"/>
        <w:right w:val="single" w:sz="8" w:space="0" w:color="404040" w:themeColor="text1" w:themeTint="BF"/>
        <w:insideH w:val="single" w:sz="8" w:space="0" w:color="404040" w:themeColor="text1" w:themeTint="BF"/>
        <w:insideV w:val="single" w:sz="8" w:space="0" w:color="404040" w:themeColor="text1" w:themeTint="BF"/>
      </w:tblBorders>
      <w:tblCellMar>
        <w:top w:w="0" w:type="dxa"/>
        <w:left w:w="108" w:type="dxa"/>
        <w:bottom w:w="0" w:type="dxa"/>
        <w:right w:w="108" w:type="dxa"/>
      </w:tblCellMar>
    </w:tblPr>
    <w:tcPr>
      <w:shd w:val="clear" w:color="auto" w:fill="C0C0C0" w:themeFill="text1" w:themeFillTint="3F"/>
    </w:tcPr>
    <w:tblStylePr w:type="firstRow">
      <w:rPr>
        <w:b/>
        <w:bCs/>
      </w:rPr>
    </w:tblStylePr>
    <w:tblStylePr w:type="lastRow">
      <w:rPr>
        <w:b/>
        <w:bCs/>
      </w:rPr>
      <w:tblPr/>
      <w:tcPr>
        <w:tcBorders>
          <w:top w:val="single" w:sz="18" w:space="0" w:color="404040" w:themeColor="text1" w:themeTint="BF"/>
        </w:tcBorders>
      </w:tcPr>
    </w:tblStylePr>
    <w:tblStylePr w:type="firstCol">
      <w:rPr>
        <w:b/>
        <w:bCs/>
      </w:rPr>
    </w:tblStylePr>
    <w:tblStylePr w:type="lastCol">
      <w:rPr>
        <w:b/>
        <w:bCs/>
      </w:rPr>
    </w:tblStylePr>
    <w:tblStylePr w:type="band1Vert">
      <w:tblPr/>
      <w:tcPr>
        <w:shd w:val="clear" w:color="auto" w:fill="808080" w:themeFill="text1" w:themeFillTint="7F"/>
      </w:tcPr>
    </w:tblStylePr>
    <w:tblStylePr w:type="band1Horz">
      <w:tblPr/>
      <w:tcPr>
        <w:shd w:val="clear" w:color="auto" w:fill="808080" w:themeFill="text1" w:themeFillTint="7F"/>
      </w:tcPr>
    </w:tblStylePr>
  </w:style>
  <w:style w:type="table" w:styleId="MediumGrid1-Accent1">
    <w:name w:val="Medium Grid 1 Accent 1"/>
    <w:basedOn w:val="TableNormal"/>
    <w:uiPriority w:val="67"/>
    <w:rsid w:val="00CB0664"/>
    <w:pPr>
      <w:spacing w:after="0" w:line="240" w:lineRule="auto"/>
    </w:pPr>
    <w:tblPr>
      <w:tblStyleRowBandSize w:val="1"/>
      <w:tblStyleColBandSize w:val="1"/>
      <w:tblInd w:w="0" w:type="dxa"/>
      <w:tblBorders>
        <w:top w:val="single" w:sz="8" w:space="0" w:color="7BA0CD" w:themeColor="accent1" w:themeTint="BF"/>
        <w:left w:val="single" w:sz="8" w:space="0" w:color="7BA0CD" w:themeColor="accent1" w:themeTint="BF"/>
        <w:bottom w:val="single" w:sz="8" w:space="0" w:color="7BA0CD" w:themeColor="accent1" w:themeTint="BF"/>
        <w:right w:val="single" w:sz="8" w:space="0" w:color="7BA0CD" w:themeColor="accent1" w:themeTint="BF"/>
        <w:insideH w:val="single" w:sz="8" w:space="0" w:color="7BA0CD" w:themeColor="accent1" w:themeTint="BF"/>
        <w:insideV w:val="single" w:sz="8" w:space="0" w:color="7BA0CD" w:themeColor="accent1" w:themeTint="BF"/>
      </w:tblBorders>
      <w:tblCellMar>
        <w:top w:w="0" w:type="dxa"/>
        <w:left w:w="108" w:type="dxa"/>
        <w:bottom w:w="0" w:type="dxa"/>
        <w:right w:w="108" w:type="dxa"/>
      </w:tblCellMar>
    </w:tblPr>
    <w:tcPr>
      <w:shd w:val="clear" w:color="auto" w:fill="D3DFEE" w:themeFill="accent1" w:themeFillTint="3F"/>
    </w:tcPr>
    <w:tblStylePr w:type="firstRow">
      <w:rPr>
        <w:b/>
        <w:bCs/>
      </w:rPr>
    </w:tblStylePr>
    <w:tblStylePr w:type="lastRow">
      <w:rPr>
        <w:b/>
        <w:bCs/>
      </w:rPr>
      <w:tblPr/>
      <w:tcPr>
        <w:tcBorders>
          <w:top w:val="single" w:sz="18" w:space="0" w:color="7BA0CD" w:themeColor="accent1" w:themeTint="BF"/>
        </w:tcBorders>
      </w:tcPr>
    </w:tblStylePr>
    <w:tblStylePr w:type="firstCol">
      <w:rPr>
        <w:b/>
        <w:bCs/>
      </w:rPr>
    </w:tblStylePr>
    <w:tblStylePr w:type="lastCol">
      <w:rPr>
        <w:b/>
        <w:bCs/>
      </w:rPr>
    </w:tblStylePr>
    <w:tblStylePr w:type="band1Vert">
      <w:tblPr/>
      <w:tcPr>
        <w:shd w:val="clear" w:color="auto" w:fill="A7BFDE" w:themeFill="accent1" w:themeFillTint="7F"/>
      </w:tcPr>
    </w:tblStylePr>
    <w:tblStylePr w:type="band1Horz">
      <w:tblPr/>
      <w:tcPr>
        <w:shd w:val="clear" w:color="auto" w:fill="A7BFDE" w:themeFill="accent1" w:themeFillTint="7F"/>
      </w:tcPr>
    </w:tblStylePr>
  </w:style>
  <w:style w:type="table" w:styleId="MediumGrid1-Accent2">
    <w:name w:val="Medium Grid 1 Accent 2"/>
    <w:basedOn w:val="TableNormal"/>
    <w:uiPriority w:val="67"/>
    <w:rsid w:val="00CB0664"/>
    <w:pPr>
      <w:spacing w:after="0" w:line="240" w:lineRule="auto"/>
    </w:pPr>
    <w:tblPr>
      <w:tblStyleRowBandSize w:val="1"/>
      <w:tblStyleColBandSize w:val="1"/>
      <w:tblInd w:w="0" w:type="dxa"/>
      <w:tblBorders>
        <w:top w:val="single" w:sz="8" w:space="0" w:color="CF7B79" w:themeColor="accent2" w:themeTint="BF"/>
        <w:left w:val="single" w:sz="8" w:space="0" w:color="CF7B79" w:themeColor="accent2" w:themeTint="BF"/>
        <w:bottom w:val="single" w:sz="8" w:space="0" w:color="CF7B79" w:themeColor="accent2" w:themeTint="BF"/>
        <w:right w:val="single" w:sz="8" w:space="0" w:color="CF7B79" w:themeColor="accent2" w:themeTint="BF"/>
        <w:insideH w:val="single" w:sz="8" w:space="0" w:color="CF7B79" w:themeColor="accent2" w:themeTint="BF"/>
        <w:insideV w:val="single" w:sz="8" w:space="0" w:color="CF7B79" w:themeColor="accent2" w:themeTint="BF"/>
      </w:tblBorders>
      <w:tblCellMar>
        <w:top w:w="0" w:type="dxa"/>
        <w:left w:w="108" w:type="dxa"/>
        <w:bottom w:w="0" w:type="dxa"/>
        <w:right w:w="108" w:type="dxa"/>
      </w:tblCellMar>
    </w:tblPr>
    <w:tcPr>
      <w:shd w:val="clear" w:color="auto" w:fill="EFD3D2" w:themeFill="accent2" w:themeFillTint="3F"/>
    </w:tcPr>
    <w:tblStylePr w:type="firstRow">
      <w:rPr>
        <w:b/>
        <w:bCs/>
      </w:rPr>
    </w:tblStylePr>
    <w:tblStylePr w:type="lastRow">
      <w:rPr>
        <w:b/>
        <w:bCs/>
      </w:rPr>
      <w:tblPr/>
      <w:tcPr>
        <w:tcBorders>
          <w:top w:val="single" w:sz="18" w:space="0" w:color="CF7B79" w:themeColor="accent2" w:themeTint="BF"/>
        </w:tcBorders>
      </w:tcPr>
    </w:tblStylePr>
    <w:tblStylePr w:type="firstCol">
      <w:rPr>
        <w:b/>
        <w:bCs/>
      </w:rPr>
    </w:tblStylePr>
    <w:tblStylePr w:type="lastCol">
      <w:rPr>
        <w:b/>
        <w:bCs/>
      </w:rPr>
    </w:tblStylePr>
    <w:tblStylePr w:type="band1Vert">
      <w:tblPr/>
      <w:tcPr>
        <w:shd w:val="clear" w:color="auto" w:fill="DFA7A6" w:themeFill="accent2" w:themeFillTint="7F"/>
      </w:tcPr>
    </w:tblStylePr>
    <w:tblStylePr w:type="band1Horz">
      <w:tblPr/>
      <w:tcPr>
        <w:shd w:val="clear" w:color="auto" w:fill="DFA7A6" w:themeFill="accent2" w:themeFillTint="7F"/>
      </w:tcPr>
    </w:tblStylePr>
  </w:style>
  <w:style w:type="table" w:styleId="MediumGrid1-Accent3">
    <w:name w:val="Medium Grid 1 Accent 3"/>
    <w:basedOn w:val="TableNormal"/>
    <w:uiPriority w:val="67"/>
    <w:rsid w:val="00CB0664"/>
    <w:pPr>
      <w:spacing w:after="0" w:line="240" w:lineRule="auto"/>
    </w:pPr>
    <w:tblPr>
      <w:tblStyleRowBandSize w:val="1"/>
      <w:tblStyleColBandSize w:val="1"/>
      <w:tblInd w:w="0" w:type="dxa"/>
      <w:tblBorders>
        <w:top w:val="single" w:sz="8" w:space="0" w:color="B3CC82" w:themeColor="accent3" w:themeTint="BF"/>
        <w:left w:val="single" w:sz="8" w:space="0" w:color="B3CC82" w:themeColor="accent3" w:themeTint="BF"/>
        <w:bottom w:val="single" w:sz="8" w:space="0" w:color="B3CC82" w:themeColor="accent3" w:themeTint="BF"/>
        <w:right w:val="single" w:sz="8" w:space="0" w:color="B3CC82" w:themeColor="accent3" w:themeTint="BF"/>
        <w:insideH w:val="single" w:sz="8" w:space="0" w:color="B3CC82" w:themeColor="accent3" w:themeTint="BF"/>
        <w:insideV w:val="single" w:sz="8" w:space="0" w:color="B3CC82" w:themeColor="accent3" w:themeTint="BF"/>
      </w:tblBorders>
      <w:tblCellMar>
        <w:top w:w="0" w:type="dxa"/>
        <w:left w:w="108" w:type="dxa"/>
        <w:bottom w:w="0" w:type="dxa"/>
        <w:right w:w="108" w:type="dxa"/>
      </w:tblCellMar>
    </w:tblPr>
    <w:tcPr>
      <w:shd w:val="clear" w:color="auto" w:fill="E6EED5" w:themeFill="accent3" w:themeFillTint="3F"/>
    </w:tcPr>
    <w:tblStylePr w:type="firstRow">
      <w:rPr>
        <w:b/>
        <w:bCs/>
      </w:rPr>
    </w:tblStylePr>
    <w:tblStylePr w:type="lastRow">
      <w:rPr>
        <w:b/>
        <w:bCs/>
      </w:rPr>
      <w:tblPr/>
      <w:tcPr>
        <w:tcBorders>
          <w:top w:val="single" w:sz="18" w:space="0" w:color="B3CC82" w:themeColor="accent3" w:themeTint="BF"/>
        </w:tcBorders>
      </w:tcPr>
    </w:tblStylePr>
    <w:tblStylePr w:type="firstCol">
      <w:rPr>
        <w:b/>
        <w:bCs/>
      </w:rPr>
    </w:tblStylePr>
    <w:tblStylePr w:type="lastCol">
      <w:rPr>
        <w:b/>
        <w:bCs/>
      </w:rPr>
    </w:tblStylePr>
    <w:tblStylePr w:type="band1Vert">
      <w:tblPr/>
      <w:tcPr>
        <w:shd w:val="clear" w:color="auto" w:fill="CDDDAC" w:themeFill="accent3" w:themeFillTint="7F"/>
      </w:tcPr>
    </w:tblStylePr>
    <w:tblStylePr w:type="band1Horz">
      <w:tblPr/>
      <w:tcPr>
        <w:shd w:val="clear" w:color="auto" w:fill="CDDDAC" w:themeFill="accent3" w:themeFillTint="7F"/>
      </w:tcPr>
    </w:tblStylePr>
  </w:style>
  <w:style w:type="table" w:styleId="MediumGrid1-Accent4">
    <w:name w:val="Medium Grid 1 Accent 4"/>
    <w:basedOn w:val="TableNormal"/>
    <w:uiPriority w:val="67"/>
    <w:rsid w:val="00CB0664"/>
    <w:pPr>
      <w:spacing w:after="0" w:line="240" w:lineRule="auto"/>
    </w:pPr>
    <w:tblPr>
      <w:tblStyleRowBandSize w:val="1"/>
      <w:tblStyleColBandSize w:val="1"/>
      <w:tblInd w:w="0" w:type="dxa"/>
      <w:tblBorders>
        <w:top w:val="single" w:sz="8" w:space="0" w:color="9F8AB9" w:themeColor="accent4" w:themeTint="BF"/>
        <w:left w:val="single" w:sz="8" w:space="0" w:color="9F8AB9" w:themeColor="accent4" w:themeTint="BF"/>
        <w:bottom w:val="single" w:sz="8" w:space="0" w:color="9F8AB9" w:themeColor="accent4" w:themeTint="BF"/>
        <w:right w:val="single" w:sz="8" w:space="0" w:color="9F8AB9" w:themeColor="accent4" w:themeTint="BF"/>
        <w:insideH w:val="single" w:sz="8" w:space="0" w:color="9F8AB9" w:themeColor="accent4" w:themeTint="BF"/>
        <w:insideV w:val="single" w:sz="8" w:space="0" w:color="9F8AB9" w:themeColor="accent4" w:themeTint="BF"/>
      </w:tblBorders>
      <w:tblCellMar>
        <w:top w:w="0" w:type="dxa"/>
        <w:left w:w="108" w:type="dxa"/>
        <w:bottom w:w="0" w:type="dxa"/>
        <w:right w:w="108" w:type="dxa"/>
      </w:tblCellMar>
    </w:tblPr>
    <w:tcPr>
      <w:shd w:val="clear" w:color="auto" w:fill="DFD8E8" w:themeFill="accent4" w:themeFillTint="3F"/>
    </w:tcPr>
    <w:tblStylePr w:type="firstRow">
      <w:rPr>
        <w:b/>
        <w:bCs/>
      </w:rPr>
    </w:tblStylePr>
    <w:tblStylePr w:type="lastRow">
      <w:rPr>
        <w:b/>
        <w:bCs/>
      </w:rPr>
      <w:tblPr/>
      <w:tcPr>
        <w:tcBorders>
          <w:top w:val="single" w:sz="18" w:space="0" w:color="9F8AB9" w:themeColor="accent4" w:themeTint="BF"/>
        </w:tcBorders>
      </w:tcPr>
    </w:tblStylePr>
    <w:tblStylePr w:type="firstCol">
      <w:rPr>
        <w:b/>
        <w:bCs/>
      </w:rPr>
    </w:tblStylePr>
    <w:tblStylePr w:type="lastCol">
      <w:rPr>
        <w:b/>
        <w:bCs/>
      </w:rPr>
    </w:tblStylePr>
    <w:tblStylePr w:type="band1Vert">
      <w:tblPr/>
      <w:tcPr>
        <w:shd w:val="clear" w:color="auto" w:fill="BFB1D0" w:themeFill="accent4" w:themeFillTint="7F"/>
      </w:tcPr>
    </w:tblStylePr>
    <w:tblStylePr w:type="band1Horz">
      <w:tblPr/>
      <w:tcPr>
        <w:shd w:val="clear" w:color="auto" w:fill="BFB1D0" w:themeFill="accent4" w:themeFillTint="7F"/>
      </w:tcPr>
    </w:tblStylePr>
  </w:style>
  <w:style w:type="table" w:styleId="MediumGrid1-Accent5">
    <w:name w:val="Medium Grid 1 Accent 5"/>
    <w:basedOn w:val="TableNormal"/>
    <w:uiPriority w:val="67"/>
    <w:rsid w:val="00CB0664"/>
    <w:pPr>
      <w:spacing w:after="0" w:line="240" w:lineRule="auto"/>
    </w:pPr>
    <w:tblPr>
      <w:tblStyleRowBandSize w:val="1"/>
      <w:tblStyleColBandSize w:val="1"/>
      <w:tblInd w:w="0" w:type="dxa"/>
      <w:tblBorders>
        <w:top w:val="single" w:sz="8" w:space="0" w:color="78C0D4" w:themeColor="accent5" w:themeTint="BF"/>
        <w:left w:val="single" w:sz="8" w:space="0" w:color="78C0D4" w:themeColor="accent5" w:themeTint="BF"/>
        <w:bottom w:val="single" w:sz="8" w:space="0" w:color="78C0D4" w:themeColor="accent5" w:themeTint="BF"/>
        <w:right w:val="single" w:sz="8" w:space="0" w:color="78C0D4" w:themeColor="accent5" w:themeTint="BF"/>
        <w:insideH w:val="single" w:sz="8" w:space="0" w:color="78C0D4" w:themeColor="accent5" w:themeTint="BF"/>
        <w:insideV w:val="single" w:sz="8" w:space="0" w:color="78C0D4" w:themeColor="accent5" w:themeTint="BF"/>
      </w:tblBorders>
      <w:tblCellMar>
        <w:top w:w="0" w:type="dxa"/>
        <w:left w:w="108" w:type="dxa"/>
        <w:bottom w:w="0" w:type="dxa"/>
        <w:right w:w="108" w:type="dxa"/>
      </w:tblCellMar>
    </w:tblPr>
    <w:tcPr>
      <w:shd w:val="clear" w:color="auto" w:fill="D2EAF1" w:themeFill="accent5" w:themeFillTint="3F"/>
    </w:tcPr>
    <w:tblStylePr w:type="firstRow">
      <w:rPr>
        <w:b/>
        <w:bCs/>
      </w:rPr>
    </w:tblStylePr>
    <w:tblStylePr w:type="lastRow">
      <w:rPr>
        <w:b/>
        <w:bCs/>
      </w:rPr>
      <w:tblPr/>
      <w:tcPr>
        <w:tcBorders>
          <w:top w:val="single" w:sz="18" w:space="0" w:color="78C0D4" w:themeColor="accent5" w:themeTint="BF"/>
        </w:tcBorders>
      </w:tcPr>
    </w:tblStylePr>
    <w:tblStylePr w:type="firstCol">
      <w:rPr>
        <w:b/>
        <w:bCs/>
      </w:rPr>
    </w:tblStylePr>
    <w:tblStylePr w:type="lastCol">
      <w:rPr>
        <w:b/>
        <w:bCs/>
      </w:rPr>
    </w:tblStylePr>
    <w:tblStylePr w:type="band1Vert">
      <w:tblPr/>
      <w:tcPr>
        <w:shd w:val="clear" w:color="auto" w:fill="A5D5E2" w:themeFill="accent5" w:themeFillTint="7F"/>
      </w:tcPr>
    </w:tblStylePr>
    <w:tblStylePr w:type="band1Horz">
      <w:tblPr/>
      <w:tcPr>
        <w:shd w:val="clear" w:color="auto" w:fill="A5D5E2" w:themeFill="accent5" w:themeFillTint="7F"/>
      </w:tcPr>
    </w:tblStylePr>
  </w:style>
  <w:style w:type="table" w:styleId="MediumGrid1-Accent6">
    <w:name w:val="Medium Grid 1 Accent 6"/>
    <w:basedOn w:val="TableNormal"/>
    <w:uiPriority w:val="67"/>
    <w:rsid w:val="00CB0664"/>
    <w:pPr>
      <w:spacing w:after="0" w:line="240" w:lineRule="auto"/>
    </w:pPr>
    <w:tblPr>
      <w:tblStyleRowBandSize w:val="1"/>
      <w:tblStyleColBandSize w:val="1"/>
      <w:tblInd w:w="0" w:type="dxa"/>
      <w:tblBorders>
        <w:top w:val="single" w:sz="8" w:space="0" w:color="F9B074" w:themeColor="accent6" w:themeTint="BF"/>
        <w:left w:val="single" w:sz="8" w:space="0" w:color="F9B074" w:themeColor="accent6" w:themeTint="BF"/>
        <w:bottom w:val="single" w:sz="8" w:space="0" w:color="F9B074" w:themeColor="accent6" w:themeTint="BF"/>
        <w:right w:val="single" w:sz="8" w:space="0" w:color="F9B074" w:themeColor="accent6" w:themeTint="BF"/>
        <w:insideH w:val="single" w:sz="8" w:space="0" w:color="F9B074" w:themeColor="accent6" w:themeTint="BF"/>
        <w:insideV w:val="single" w:sz="8" w:space="0" w:color="F9B074" w:themeColor="accent6" w:themeTint="BF"/>
      </w:tblBorders>
      <w:tblCellMar>
        <w:top w:w="0" w:type="dxa"/>
        <w:left w:w="108" w:type="dxa"/>
        <w:bottom w:w="0" w:type="dxa"/>
        <w:right w:w="108" w:type="dxa"/>
      </w:tblCellMar>
    </w:tblPr>
    <w:tcPr>
      <w:shd w:val="clear" w:color="auto" w:fill="FDE4D0" w:themeFill="accent6" w:themeFillTint="3F"/>
    </w:tcPr>
    <w:tblStylePr w:type="firstRow">
      <w:rPr>
        <w:b/>
        <w:bCs/>
      </w:rPr>
    </w:tblStylePr>
    <w:tblStylePr w:type="lastRow">
      <w:rPr>
        <w:b/>
        <w:bCs/>
      </w:rPr>
      <w:tblPr/>
      <w:tcPr>
        <w:tcBorders>
          <w:top w:val="single" w:sz="18" w:space="0" w:color="F9B074" w:themeColor="accent6" w:themeTint="BF"/>
        </w:tcBorders>
      </w:tcPr>
    </w:tblStylePr>
    <w:tblStylePr w:type="firstCol">
      <w:rPr>
        <w:b/>
        <w:bCs/>
      </w:rPr>
    </w:tblStylePr>
    <w:tblStylePr w:type="lastCol">
      <w:rPr>
        <w:b/>
        <w:bCs/>
      </w:rPr>
    </w:tblStylePr>
    <w:tblStylePr w:type="band1Vert">
      <w:tblPr/>
      <w:tcPr>
        <w:shd w:val="clear" w:color="auto" w:fill="FBCAA2" w:themeFill="accent6" w:themeFillTint="7F"/>
      </w:tcPr>
    </w:tblStylePr>
    <w:tblStylePr w:type="band1Horz">
      <w:tblPr/>
      <w:tcPr>
        <w:shd w:val="clear" w:color="auto" w:fill="FBCAA2" w:themeFill="accent6" w:themeFillTint="7F"/>
      </w:tcPr>
    </w:tblStylePr>
  </w:style>
  <w:style w:type="table" w:styleId="MediumGrid2">
    <w:name w:val="Medium Grid 2"/>
    <w:basedOn w:val="TableNormal"/>
    <w:uiPriority w:val="68"/>
    <w:rsid w:val="00CB0664"/>
    <w:pPr>
      <w:spacing w:after="0" w:line="240" w:lineRule="auto"/>
    </w:pPr>
    <w:rPr>
      <w:rFonts w:asciiTheme="majorHAnsi" w:eastAsiaTheme="majorEastAsia" w:hAnsiTheme="majorHAnsi" w:cstheme="majorBidi"/>
      <w:color w:val="000000" w:themeColor="text1"/>
    </w:rPr>
    <w:tblPr>
      <w:tblStyleRowBandSize w:val="1"/>
      <w:tblStyleColBandSize w:val="1"/>
      <w:tblInd w:w="0" w:type="dxa"/>
      <w:tblBorders>
        <w:top w:val="single" w:sz="8" w:space="0" w:color="000000" w:themeColor="text1"/>
        <w:left w:val="single" w:sz="8" w:space="0" w:color="000000" w:themeColor="text1"/>
        <w:bottom w:val="single" w:sz="8" w:space="0" w:color="000000" w:themeColor="text1"/>
        <w:right w:val="single" w:sz="8" w:space="0" w:color="000000" w:themeColor="text1"/>
        <w:insideH w:val="single" w:sz="8" w:space="0" w:color="000000" w:themeColor="text1"/>
        <w:insideV w:val="single" w:sz="8" w:space="0" w:color="000000" w:themeColor="text1"/>
      </w:tblBorders>
      <w:tblCellMar>
        <w:top w:w="0" w:type="dxa"/>
        <w:left w:w="108" w:type="dxa"/>
        <w:bottom w:w="0" w:type="dxa"/>
        <w:right w:w="108" w:type="dxa"/>
      </w:tblCellMar>
    </w:tblPr>
    <w:tcPr>
      <w:shd w:val="clear" w:color="auto" w:fill="C0C0C0" w:themeFill="text1" w:themeFillTint="3F"/>
    </w:tcPr>
    <w:tblStylePr w:type="firstRow">
      <w:rPr>
        <w:b/>
        <w:bCs/>
        <w:color w:val="000000" w:themeColor="text1"/>
      </w:rPr>
      <w:tblPr/>
      <w:tcPr>
        <w:shd w:val="clear" w:color="auto" w:fill="E6E6E6" w:themeFill="text1" w:themeFillTint="19"/>
      </w:tcPr>
    </w:tblStylePr>
    <w:tblStylePr w:type="lastRow">
      <w:rPr>
        <w:b/>
        <w:bCs/>
        <w:color w:val="000000" w:themeColor="text1"/>
      </w:rPr>
      <w:tblPr/>
      <w:tcPr>
        <w:tcBorders>
          <w:top w:val="single" w:sz="12" w:space="0" w:color="000000" w:themeColor="text1"/>
          <w:left w:val="nil"/>
          <w:bottom w:val="nil"/>
          <w:right w:val="nil"/>
          <w:insideH w:val="nil"/>
          <w:insideV w:val="nil"/>
        </w:tcBorders>
        <w:shd w:val="clear" w:color="auto" w:fill="FFFFFF" w:themeFill="background1"/>
      </w:tcPr>
    </w:tblStylePr>
    <w:tblStylePr w:type="firstCol">
      <w:rPr>
        <w:b/>
        <w:bCs/>
        <w:color w:val="000000" w:themeColor="text1"/>
      </w:rPr>
      <w:tblPr/>
      <w:tcPr>
        <w:tcBorders>
          <w:top w:val="nil"/>
          <w:left w:val="nil"/>
          <w:bottom w:val="nil"/>
          <w:right w:val="nil"/>
          <w:insideH w:val="nil"/>
          <w:insideV w:val="nil"/>
        </w:tcBorders>
        <w:shd w:val="clear" w:color="auto" w:fill="FFFFFF" w:themeFill="background1"/>
      </w:tcPr>
    </w:tblStylePr>
    <w:tblStylePr w:type="lastCol">
      <w:rPr>
        <w:b w:val="0"/>
        <w:bCs w:val="0"/>
        <w:color w:val="000000" w:themeColor="text1"/>
      </w:rPr>
      <w:tblPr/>
      <w:tcPr>
        <w:tcBorders>
          <w:top w:val="nil"/>
          <w:left w:val="nil"/>
          <w:bottom w:val="nil"/>
          <w:right w:val="nil"/>
          <w:insideH w:val="nil"/>
          <w:insideV w:val="nil"/>
        </w:tcBorders>
        <w:shd w:val="clear" w:color="auto" w:fill="CCCCCC" w:themeFill="text1" w:themeFillTint="33"/>
      </w:tcPr>
    </w:tblStylePr>
    <w:tblStylePr w:type="band1Vert">
      <w:tblPr/>
      <w:tcPr>
        <w:shd w:val="clear" w:color="auto" w:fill="808080" w:themeFill="text1" w:themeFillTint="7F"/>
      </w:tcPr>
    </w:tblStylePr>
    <w:tblStylePr w:type="band1Horz">
      <w:tblPr/>
      <w:tcPr>
        <w:tcBorders>
          <w:insideH w:val="single" w:sz="6" w:space="0" w:color="000000" w:themeColor="text1"/>
          <w:insideV w:val="single" w:sz="6" w:space="0" w:color="000000" w:themeColor="text1"/>
        </w:tcBorders>
        <w:shd w:val="clear" w:color="auto" w:fill="808080" w:themeFill="text1" w:themeFillTint="7F"/>
      </w:tcPr>
    </w:tblStylePr>
    <w:tblStylePr w:type="nwCell">
      <w:tblPr/>
      <w:tcPr>
        <w:shd w:val="clear" w:color="auto" w:fill="FFFFFF" w:themeFill="background1"/>
      </w:tcPr>
    </w:tblStylePr>
  </w:style>
  <w:style w:type="table" w:styleId="MediumGrid2-Accent1">
    <w:name w:val="Medium Grid 2 Accent 1"/>
    <w:basedOn w:val="TableNormal"/>
    <w:uiPriority w:val="68"/>
    <w:rsid w:val="00CB0664"/>
    <w:pPr>
      <w:spacing w:after="0" w:line="240" w:lineRule="auto"/>
    </w:pPr>
    <w:rPr>
      <w:rFonts w:asciiTheme="majorHAnsi" w:eastAsiaTheme="majorEastAsia" w:hAnsiTheme="majorHAnsi" w:cstheme="majorBidi"/>
      <w:color w:val="000000" w:themeColor="text1"/>
    </w:rPr>
    <w:tblPr>
      <w:tblStyleRowBandSize w:val="1"/>
      <w:tblStyleColBandSize w:val="1"/>
      <w:tblInd w:w="0" w:type="dxa"/>
      <w:tblBorders>
        <w:top w:val="single" w:sz="8" w:space="0" w:color="4F81BD" w:themeColor="accent1"/>
        <w:left w:val="single" w:sz="8" w:space="0" w:color="4F81BD" w:themeColor="accent1"/>
        <w:bottom w:val="single" w:sz="8" w:space="0" w:color="4F81BD" w:themeColor="accent1"/>
        <w:right w:val="single" w:sz="8" w:space="0" w:color="4F81BD" w:themeColor="accent1"/>
        <w:insideH w:val="single" w:sz="8" w:space="0" w:color="4F81BD" w:themeColor="accent1"/>
        <w:insideV w:val="single" w:sz="8" w:space="0" w:color="4F81BD" w:themeColor="accent1"/>
      </w:tblBorders>
      <w:tblCellMar>
        <w:top w:w="0" w:type="dxa"/>
        <w:left w:w="108" w:type="dxa"/>
        <w:bottom w:w="0" w:type="dxa"/>
        <w:right w:w="108" w:type="dxa"/>
      </w:tblCellMar>
    </w:tblPr>
    <w:tcPr>
      <w:shd w:val="clear" w:color="auto" w:fill="D3DFEE" w:themeFill="accent1" w:themeFillTint="3F"/>
    </w:tcPr>
    <w:tblStylePr w:type="firstRow">
      <w:rPr>
        <w:b/>
        <w:bCs/>
        <w:color w:val="000000" w:themeColor="text1"/>
      </w:rPr>
      <w:tblPr/>
      <w:tcPr>
        <w:shd w:val="clear" w:color="auto" w:fill="EDF2F8" w:themeFill="accent1" w:themeFillTint="19"/>
      </w:tcPr>
    </w:tblStylePr>
    <w:tblStylePr w:type="lastRow">
      <w:rPr>
        <w:b/>
        <w:bCs/>
        <w:color w:val="000000" w:themeColor="text1"/>
      </w:rPr>
      <w:tblPr/>
      <w:tcPr>
        <w:tcBorders>
          <w:top w:val="single" w:sz="12" w:space="0" w:color="000000" w:themeColor="text1"/>
          <w:left w:val="nil"/>
          <w:bottom w:val="nil"/>
          <w:right w:val="nil"/>
          <w:insideH w:val="nil"/>
          <w:insideV w:val="nil"/>
        </w:tcBorders>
        <w:shd w:val="clear" w:color="auto" w:fill="FFFFFF" w:themeFill="background1"/>
      </w:tcPr>
    </w:tblStylePr>
    <w:tblStylePr w:type="firstCol">
      <w:rPr>
        <w:b/>
        <w:bCs/>
        <w:color w:val="000000" w:themeColor="text1"/>
      </w:rPr>
      <w:tblPr/>
      <w:tcPr>
        <w:tcBorders>
          <w:top w:val="nil"/>
          <w:left w:val="nil"/>
          <w:bottom w:val="nil"/>
          <w:right w:val="nil"/>
          <w:insideH w:val="nil"/>
          <w:insideV w:val="nil"/>
        </w:tcBorders>
        <w:shd w:val="clear" w:color="auto" w:fill="FFFFFF" w:themeFill="background1"/>
      </w:tcPr>
    </w:tblStylePr>
    <w:tblStylePr w:type="lastCol">
      <w:rPr>
        <w:b w:val="0"/>
        <w:bCs w:val="0"/>
        <w:color w:val="000000" w:themeColor="text1"/>
      </w:rPr>
      <w:tblPr/>
      <w:tcPr>
        <w:tcBorders>
          <w:top w:val="nil"/>
          <w:left w:val="nil"/>
          <w:bottom w:val="nil"/>
          <w:right w:val="nil"/>
          <w:insideH w:val="nil"/>
          <w:insideV w:val="nil"/>
        </w:tcBorders>
        <w:shd w:val="clear" w:color="auto" w:fill="DBE5F1" w:themeFill="accent1" w:themeFillTint="33"/>
      </w:tcPr>
    </w:tblStylePr>
    <w:tblStylePr w:type="band1Vert">
      <w:tblPr/>
      <w:tcPr>
        <w:shd w:val="clear" w:color="auto" w:fill="A7BFDE" w:themeFill="accent1" w:themeFillTint="7F"/>
      </w:tcPr>
    </w:tblStylePr>
    <w:tblStylePr w:type="band1Horz">
      <w:tblPr/>
      <w:tcPr>
        <w:tcBorders>
          <w:insideH w:val="single" w:sz="6" w:space="0" w:color="4F81BD" w:themeColor="accent1"/>
          <w:insideV w:val="single" w:sz="6" w:space="0" w:color="4F81BD" w:themeColor="accent1"/>
        </w:tcBorders>
        <w:shd w:val="clear" w:color="auto" w:fill="A7BFDE" w:themeFill="accent1" w:themeFillTint="7F"/>
      </w:tcPr>
    </w:tblStylePr>
    <w:tblStylePr w:type="nwCell">
      <w:tblPr/>
      <w:tcPr>
        <w:shd w:val="clear" w:color="auto" w:fill="FFFFFF" w:themeFill="background1"/>
      </w:tcPr>
    </w:tblStylePr>
  </w:style>
  <w:style w:type="table" w:styleId="MediumGrid2-Accent2">
    <w:name w:val="Medium Grid 2 Accent 2"/>
    <w:basedOn w:val="TableNormal"/>
    <w:uiPriority w:val="68"/>
    <w:rsid w:val="00CB0664"/>
    <w:pPr>
      <w:spacing w:after="0" w:line="240" w:lineRule="auto"/>
    </w:pPr>
    <w:rPr>
      <w:rFonts w:asciiTheme="majorHAnsi" w:eastAsiaTheme="majorEastAsia" w:hAnsiTheme="majorHAnsi" w:cstheme="majorBidi"/>
      <w:color w:val="000000" w:themeColor="text1"/>
    </w:rPr>
    <w:tblPr>
      <w:tblStyleRowBandSize w:val="1"/>
      <w:tblStyleColBandSize w:val="1"/>
      <w:tblInd w:w="0" w:type="dxa"/>
      <w:tblBorders>
        <w:top w:val="single" w:sz="8" w:space="0" w:color="C0504D" w:themeColor="accent2"/>
        <w:left w:val="single" w:sz="8" w:space="0" w:color="C0504D" w:themeColor="accent2"/>
        <w:bottom w:val="single" w:sz="8" w:space="0" w:color="C0504D" w:themeColor="accent2"/>
        <w:right w:val="single" w:sz="8" w:space="0" w:color="C0504D" w:themeColor="accent2"/>
        <w:insideH w:val="single" w:sz="8" w:space="0" w:color="C0504D" w:themeColor="accent2"/>
        <w:insideV w:val="single" w:sz="8" w:space="0" w:color="C0504D" w:themeColor="accent2"/>
      </w:tblBorders>
      <w:tblCellMar>
        <w:top w:w="0" w:type="dxa"/>
        <w:left w:w="108" w:type="dxa"/>
        <w:bottom w:w="0" w:type="dxa"/>
        <w:right w:w="108" w:type="dxa"/>
      </w:tblCellMar>
    </w:tblPr>
    <w:tcPr>
      <w:shd w:val="clear" w:color="auto" w:fill="EFD3D2" w:themeFill="accent2" w:themeFillTint="3F"/>
    </w:tcPr>
    <w:tblStylePr w:type="firstRow">
      <w:rPr>
        <w:b/>
        <w:bCs/>
        <w:color w:val="000000" w:themeColor="text1"/>
      </w:rPr>
      <w:tblPr/>
      <w:tcPr>
        <w:shd w:val="clear" w:color="auto" w:fill="F8EDED" w:themeFill="accent2" w:themeFillTint="19"/>
      </w:tcPr>
    </w:tblStylePr>
    <w:tblStylePr w:type="lastRow">
      <w:rPr>
        <w:b/>
        <w:bCs/>
        <w:color w:val="000000" w:themeColor="text1"/>
      </w:rPr>
      <w:tblPr/>
      <w:tcPr>
        <w:tcBorders>
          <w:top w:val="single" w:sz="12" w:space="0" w:color="000000" w:themeColor="text1"/>
          <w:left w:val="nil"/>
          <w:bottom w:val="nil"/>
          <w:right w:val="nil"/>
          <w:insideH w:val="nil"/>
          <w:insideV w:val="nil"/>
        </w:tcBorders>
        <w:shd w:val="clear" w:color="auto" w:fill="FFFFFF" w:themeFill="background1"/>
      </w:tcPr>
    </w:tblStylePr>
    <w:tblStylePr w:type="firstCol">
      <w:rPr>
        <w:b/>
        <w:bCs/>
        <w:color w:val="000000" w:themeColor="text1"/>
      </w:rPr>
      <w:tblPr/>
      <w:tcPr>
        <w:tcBorders>
          <w:top w:val="nil"/>
          <w:left w:val="nil"/>
          <w:bottom w:val="nil"/>
          <w:right w:val="nil"/>
          <w:insideH w:val="nil"/>
          <w:insideV w:val="nil"/>
        </w:tcBorders>
        <w:shd w:val="clear" w:color="auto" w:fill="FFFFFF" w:themeFill="background1"/>
      </w:tcPr>
    </w:tblStylePr>
    <w:tblStylePr w:type="lastCol">
      <w:rPr>
        <w:b w:val="0"/>
        <w:bCs w:val="0"/>
        <w:color w:val="000000" w:themeColor="text1"/>
      </w:rPr>
      <w:tblPr/>
      <w:tcPr>
        <w:tcBorders>
          <w:top w:val="nil"/>
          <w:left w:val="nil"/>
          <w:bottom w:val="nil"/>
          <w:right w:val="nil"/>
          <w:insideH w:val="nil"/>
          <w:insideV w:val="nil"/>
        </w:tcBorders>
        <w:shd w:val="clear" w:color="auto" w:fill="F2DBDB" w:themeFill="accent2" w:themeFillTint="33"/>
      </w:tcPr>
    </w:tblStylePr>
    <w:tblStylePr w:type="band1Vert">
      <w:tblPr/>
      <w:tcPr>
        <w:shd w:val="clear" w:color="auto" w:fill="DFA7A6" w:themeFill="accent2" w:themeFillTint="7F"/>
      </w:tcPr>
    </w:tblStylePr>
    <w:tblStylePr w:type="band1Horz">
      <w:tblPr/>
      <w:tcPr>
        <w:tcBorders>
          <w:insideH w:val="single" w:sz="6" w:space="0" w:color="C0504D" w:themeColor="accent2"/>
          <w:insideV w:val="single" w:sz="6" w:space="0" w:color="C0504D" w:themeColor="accent2"/>
        </w:tcBorders>
        <w:shd w:val="clear" w:color="auto" w:fill="DFA7A6" w:themeFill="accent2" w:themeFillTint="7F"/>
      </w:tcPr>
    </w:tblStylePr>
    <w:tblStylePr w:type="nwCell">
      <w:tblPr/>
      <w:tcPr>
        <w:shd w:val="clear" w:color="auto" w:fill="FFFFFF" w:themeFill="background1"/>
      </w:tcPr>
    </w:tblStylePr>
  </w:style>
  <w:style w:type="table" w:styleId="MediumGrid2-Accent3">
    <w:name w:val="Medium Grid 2 Accent 3"/>
    <w:basedOn w:val="TableNormal"/>
    <w:uiPriority w:val="68"/>
    <w:rsid w:val="00CB0664"/>
    <w:pPr>
      <w:spacing w:after="0" w:line="240" w:lineRule="auto"/>
    </w:pPr>
    <w:rPr>
      <w:rFonts w:asciiTheme="majorHAnsi" w:eastAsiaTheme="majorEastAsia" w:hAnsiTheme="majorHAnsi" w:cstheme="majorBidi"/>
      <w:color w:val="000000" w:themeColor="text1"/>
    </w:rPr>
    <w:tblPr>
      <w:tblStyleRowBandSize w:val="1"/>
      <w:tblStyleColBandSize w:val="1"/>
      <w:tblInd w:w="0" w:type="dxa"/>
      <w:tblBorders>
        <w:top w:val="single" w:sz="8" w:space="0" w:color="9BBB59" w:themeColor="accent3"/>
        <w:left w:val="single" w:sz="8" w:space="0" w:color="9BBB59" w:themeColor="accent3"/>
        <w:bottom w:val="single" w:sz="8" w:space="0" w:color="9BBB59" w:themeColor="accent3"/>
        <w:right w:val="single" w:sz="8" w:space="0" w:color="9BBB59" w:themeColor="accent3"/>
        <w:insideH w:val="single" w:sz="8" w:space="0" w:color="9BBB59" w:themeColor="accent3"/>
        <w:insideV w:val="single" w:sz="8" w:space="0" w:color="9BBB59" w:themeColor="accent3"/>
      </w:tblBorders>
      <w:tblCellMar>
        <w:top w:w="0" w:type="dxa"/>
        <w:left w:w="108" w:type="dxa"/>
        <w:bottom w:w="0" w:type="dxa"/>
        <w:right w:w="108" w:type="dxa"/>
      </w:tblCellMar>
    </w:tblPr>
    <w:tcPr>
      <w:shd w:val="clear" w:color="auto" w:fill="E6EED5" w:themeFill="accent3" w:themeFillTint="3F"/>
    </w:tcPr>
    <w:tblStylePr w:type="firstRow">
      <w:rPr>
        <w:b/>
        <w:bCs/>
        <w:color w:val="000000" w:themeColor="text1"/>
      </w:rPr>
      <w:tblPr/>
      <w:tcPr>
        <w:shd w:val="clear" w:color="auto" w:fill="F5F8EE" w:themeFill="accent3" w:themeFillTint="19"/>
      </w:tcPr>
    </w:tblStylePr>
    <w:tblStylePr w:type="lastRow">
      <w:rPr>
        <w:b/>
        <w:bCs/>
        <w:color w:val="000000" w:themeColor="text1"/>
      </w:rPr>
      <w:tblPr/>
      <w:tcPr>
        <w:tcBorders>
          <w:top w:val="single" w:sz="12" w:space="0" w:color="000000" w:themeColor="text1"/>
          <w:left w:val="nil"/>
          <w:bottom w:val="nil"/>
          <w:right w:val="nil"/>
          <w:insideH w:val="nil"/>
          <w:insideV w:val="nil"/>
        </w:tcBorders>
        <w:shd w:val="clear" w:color="auto" w:fill="FFFFFF" w:themeFill="background1"/>
      </w:tcPr>
    </w:tblStylePr>
    <w:tblStylePr w:type="firstCol">
      <w:rPr>
        <w:b/>
        <w:bCs/>
        <w:color w:val="000000" w:themeColor="text1"/>
      </w:rPr>
      <w:tblPr/>
      <w:tcPr>
        <w:tcBorders>
          <w:top w:val="nil"/>
          <w:left w:val="nil"/>
          <w:bottom w:val="nil"/>
          <w:right w:val="nil"/>
          <w:insideH w:val="nil"/>
          <w:insideV w:val="nil"/>
        </w:tcBorders>
        <w:shd w:val="clear" w:color="auto" w:fill="FFFFFF" w:themeFill="background1"/>
      </w:tcPr>
    </w:tblStylePr>
    <w:tblStylePr w:type="lastCol">
      <w:rPr>
        <w:b w:val="0"/>
        <w:bCs w:val="0"/>
        <w:color w:val="000000" w:themeColor="text1"/>
      </w:rPr>
      <w:tblPr/>
      <w:tcPr>
        <w:tcBorders>
          <w:top w:val="nil"/>
          <w:left w:val="nil"/>
          <w:bottom w:val="nil"/>
          <w:right w:val="nil"/>
          <w:insideH w:val="nil"/>
          <w:insideV w:val="nil"/>
        </w:tcBorders>
        <w:shd w:val="clear" w:color="auto" w:fill="EAF1DD" w:themeFill="accent3" w:themeFillTint="33"/>
      </w:tcPr>
    </w:tblStylePr>
    <w:tblStylePr w:type="band1Vert">
      <w:tblPr/>
      <w:tcPr>
        <w:shd w:val="clear" w:color="auto" w:fill="CDDDAC" w:themeFill="accent3" w:themeFillTint="7F"/>
      </w:tcPr>
    </w:tblStylePr>
    <w:tblStylePr w:type="band1Horz">
      <w:tblPr/>
      <w:tcPr>
        <w:tcBorders>
          <w:insideH w:val="single" w:sz="6" w:space="0" w:color="9BBB59" w:themeColor="accent3"/>
          <w:insideV w:val="single" w:sz="6" w:space="0" w:color="9BBB59" w:themeColor="accent3"/>
        </w:tcBorders>
        <w:shd w:val="clear" w:color="auto" w:fill="CDDDAC" w:themeFill="accent3" w:themeFillTint="7F"/>
      </w:tcPr>
    </w:tblStylePr>
    <w:tblStylePr w:type="nwCell">
      <w:tblPr/>
      <w:tcPr>
        <w:shd w:val="clear" w:color="auto" w:fill="FFFFFF" w:themeFill="background1"/>
      </w:tcPr>
    </w:tblStylePr>
  </w:style>
  <w:style w:type="table" w:styleId="MediumGrid2-Accent4">
    <w:name w:val="Medium Grid 2 Accent 4"/>
    <w:basedOn w:val="TableNormal"/>
    <w:uiPriority w:val="68"/>
    <w:rsid w:val="00CB0664"/>
    <w:pPr>
      <w:spacing w:after="0" w:line="240" w:lineRule="auto"/>
    </w:pPr>
    <w:rPr>
      <w:rFonts w:asciiTheme="majorHAnsi" w:eastAsiaTheme="majorEastAsia" w:hAnsiTheme="majorHAnsi" w:cstheme="majorBidi"/>
      <w:color w:val="000000" w:themeColor="text1"/>
    </w:rPr>
    <w:tblPr>
      <w:tblStyleRowBandSize w:val="1"/>
      <w:tblStyleColBandSize w:val="1"/>
      <w:tblInd w:w="0" w:type="dxa"/>
      <w:tblBorders>
        <w:top w:val="single" w:sz="8" w:space="0" w:color="8064A2" w:themeColor="accent4"/>
        <w:left w:val="single" w:sz="8" w:space="0" w:color="8064A2" w:themeColor="accent4"/>
        <w:bottom w:val="single" w:sz="8" w:space="0" w:color="8064A2" w:themeColor="accent4"/>
        <w:right w:val="single" w:sz="8" w:space="0" w:color="8064A2" w:themeColor="accent4"/>
        <w:insideH w:val="single" w:sz="8" w:space="0" w:color="8064A2" w:themeColor="accent4"/>
        <w:insideV w:val="single" w:sz="8" w:space="0" w:color="8064A2" w:themeColor="accent4"/>
      </w:tblBorders>
      <w:tblCellMar>
        <w:top w:w="0" w:type="dxa"/>
        <w:left w:w="108" w:type="dxa"/>
        <w:bottom w:w="0" w:type="dxa"/>
        <w:right w:w="108" w:type="dxa"/>
      </w:tblCellMar>
    </w:tblPr>
    <w:tcPr>
      <w:shd w:val="clear" w:color="auto" w:fill="DFD8E8" w:themeFill="accent4" w:themeFillTint="3F"/>
    </w:tcPr>
    <w:tblStylePr w:type="firstRow">
      <w:rPr>
        <w:b/>
        <w:bCs/>
        <w:color w:val="000000" w:themeColor="text1"/>
      </w:rPr>
      <w:tblPr/>
      <w:tcPr>
        <w:shd w:val="clear" w:color="auto" w:fill="F2EFF6" w:themeFill="accent4" w:themeFillTint="19"/>
      </w:tcPr>
    </w:tblStylePr>
    <w:tblStylePr w:type="lastRow">
      <w:rPr>
        <w:b/>
        <w:bCs/>
        <w:color w:val="000000" w:themeColor="text1"/>
      </w:rPr>
      <w:tblPr/>
      <w:tcPr>
        <w:tcBorders>
          <w:top w:val="single" w:sz="12" w:space="0" w:color="000000" w:themeColor="text1"/>
          <w:left w:val="nil"/>
          <w:bottom w:val="nil"/>
          <w:right w:val="nil"/>
          <w:insideH w:val="nil"/>
          <w:insideV w:val="nil"/>
        </w:tcBorders>
        <w:shd w:val="clear" w:color="auto" w:fill="FFFFFF" w:themeFill="background1"/>
      </w:tcPr>
    </w:tblStylePr>
    <w:tblStylePr w:type="firstCol">
      <w:rPr>
        <w:b/>
        <w:bCs/>
        <w:color w:val="000000" w:themeColor="text1"/>
      </w:rPr>
      <w:tblPr/>
      <w:tcPr>
        <w:tcBorders>
          <w:top w:val="nil"/>
          <w:left w:val="nil"/>
          <w:bottom w:val="nil"/>
          <w:right w:val="nil"/>
          <w:insideH w:val="nil"/>
          <w:insideV w:val="nil"/>
        </w:tcBorders>
        <w:shd w:val="clear" w:color="auto" w:fill="FFFFFF" w:themeFill="background1"/>
      </w:tcPr>
    </w:tblStylePr>
    <w:tblStylePr w:type="lastCol">
      <w:rPr>
        <w:b w:val="0"/>
        <w:bCs w:val="0"/>
        <w:color w:val="000000" w:themeColor="text1"/>
      </w:rPr>
      <w:tblPr/>
      <w:tcPr>
        <w:tcBorders>
          <w:top w:val="nil"/>
          <w:left w:val="nil"/>
          <w:bottom w:val="nil"/>
          <w:right w:val="nil"/>
          <w:insideH w:val="nil"/>
          <w:insideV w:val="nil"/>
        </w:tcBorders>
        <w:shd w:val="clear" w:color="auto" w:fill="E5DFEC" w:themeFill="accent4" w:themeFillTint="33"/>
      </w:tcPr>
    </w:tblStylePr>
    <w:tblStylePr w:type="band1Vert">
      <w:tblPr/>
      <w:tcPr>
        <w:shd w:val="clear" w:color="auto" w:fill="BFB1D0" w:themeFill="accent4" w:themeFillTint="7F"/>
      </w:tcPr>
    </w:tblStylePr>
    <w:tblStylePr w:type="band1Horz">
      <w:tblPr/>
      <w:tcPr>
        <w:tcBorders>
          <w:insideH w:val="single" w:sz="6" w:space="0" w:color="8064A2" w:themeColor="accent4"/>
          <w:insideV w:val="single" w:sz="6" w:space="0" w:color="8064A2" w:themeColor="accent4"/>
        </w:tcBorders>
        <w:shd w:val="clear" w:color="auto" w:fill="BFB1D0" w:themeFill="accent4" w:themeFillTint="7F"/>
      </w:tcPr>
    </w:tblStylePr>
    <w:tblStylePr w:type="nwCell">
      <w:tblPr/>
      <w:tcPr>
        <w:shd w:val="clear" w:color="auto" w:fill="FFFFFF" w:themeFill="background1"/>
      </w:tcPr>
    </w:tblStylePr>
  </w:style>
  <w:style w:type="table" w:styleId="MediumGrid2-Accent5">
    <w:name w:val="Medium Grid 2 Accent 5"/>
    <w:basedOn w:val="TableNormal"/>
    <w:uiPriority w:val="68"/>
    <w:rsid w:val="00CB0664"/>
    <w:pPr>
      <w:spacing w:after="0" w:line="240" w:lineRule="auto"/>
    </w:pPr>
    <w:rPr>
      <w:rFonts w:asciiTheme="majorHAnsi" w:eastAsiaTheme="majorEastAsia" w:hAnsiTheme="majorHAnsi" w:cstheme="majorBidi"/>
      <w:color w:val="000000" w:themeColor="text1"/>
    </w:rPr>
    <w:tblPr>
      <w:tblStyleRowBandSize w:val="1"/>
      <w:tblStyleColBandSize w:val="1"/>
      <w:tblInd w:w="0" w:type="dxa"/>
      <w:tblBorders>
        <w:top w:val="single" w:sz="8" w:space="0" w:color="4BACC6" w:themeColor="accent5"/>
        <w:left w:val="single" w:sz="8" w:space="0" w:color="4BACC6" w:themeColor="accent5"/>
        <w:bottom w:val="single" w:sz="8" w:space="0" w:color="4BACC6" w:themeColor="accent5"/>
        <w:right w:val="single" w:sz="8" w:space="0" w:color="4BACC6" w:themeColor="accent5"/>
        <w:insideH w:val="single" w:sz="8" w:space="0" w:color="4BACC6" w:themeColor="accent5"/>
        <w:insideV w:val="single" w:sz="8" w:space="0" w:color="4BACC6" w:themeColor="accent5"/>
      </w:tblBorders>
      <w:tblCellMar>
        <w:top w:w="0" w:type="dxa"/>
        <w:left w:w="108" w:type="dxa"/>
        <w:bottom w:w="0" w:type="dxa"/>
        <w:right w:w="108" w:type="dxa"/>
      </w:tblCellMar>
    </w:tblPr>
    <w:tcPr>
      <w:shd w:val="clear" w:color="auto" w:fill="D2EAF1" w:themeFill="accent5" w:themeFillTint="3F"/>
    </w:tcPr>
    <w:tblStylePr w:type="firstRow">
      <w:rPr>
        <w:b/>
        <w:bCs/>
        <w:color w:val="000000" w:themeColor="text1"/>
      </w:rPr>
      <w:tblPr/>
      <w:tcPr>
        <w:shd w:val="clear" w:color="auto" w:fill="EDF6F9" w:themeFill="accent5" w:themeFillTint="19"/>
      </w:tcPr>
    </w:tblStylePr>
    <w:tblStylePr w:type="lastRow">
      <w:rPr>
        <w:b/>
        <w:bCs/>
        <w:color w:val="000000" w:themeColor="text1"/>
      </w:rPr>
      <w:tblPr/>
      <w:tcPr>
        <w:tcBorders>
          <w:top w:val="single" w:sz="12" w:space="0" w:color="000000" w:themeColor="text1"/>
          <w:left w:val="nil"/>
          <w:bottom w:val="nil"/>
          <w:right w:val="nil"/>
          <w:insideH w:val="nil"/>
          <w:insideV w:val="nil"/>
        </w:tcBorders>
        <w:shd w:val="clear" w:color="auto" w:fill="FFFFFF" w:themeFill="background1"/>
      </w:tcPr>
    </w:tblStylePr>
    <w:tblStylePr w:type="firstCol">
      <w:rPr>
        <w:b/>
        <w:bCs/>
        <w:color w:val="000000" w:themeColor="text1"/>
      </w:rPr>
      <w:tblPr/>
      <w:tcPr>
        <w:tcBorders>
          <w:top w:val="nil"/>
          <w:left w:val="nil"/>
          <w:bottom w:val="nil"/>
          <w:right w:val="nil"/>
          <w:insideH w:val="nil"/>
          <w:insideV w:val="nil"/>
        </w:tcBorders>
        <w:shd w:val="clear" w:color="auto" w:fill="FFFFFF" w:themeFill="background1"/>
      </w:tcPr>
    </w:tblStylePr>
    <w:tblStylePr w:type="lastCol">
      <w:rPr>
        <w:b w:val="0"/>
        <w:bCs w:val="0"/>
        <w:color w:val="000000" w:themeColor="text1"/>
      </w:rPr>
      <w:tblPr/>
      <w:tcPr>
        <w:tcBorders>
          <w:top w:val="nil"/>
          <w:left w:val="nil"/>
          <w:bottom w:val="nil"/>
          <w:right w:val="nil"/>
          <w:insideH w:val="nil"/>
          <w:insideV w:val="nil"/>
        </w:tcBorders>
        <w:shd w:val="clear" w:color="auto" w:fill="DAEEF3" w:themeFill="accent5" w:themeFillTint="33"/>
      </w:tcPr>
    </w:tblStylePr>
    <w:tblStylePr w:type="band1Vert">
      <w:tblPr/>
      <w:tcPr>
        <w:shd w:val="clear" w:color="auto" w:fill="A5D5E2" w:themeFill="accent5" w:themeFillTint="7F"/>
      </w:tcPr>
    </w:tblStylePr>
    <w:tblStylePr w:type="band1Horz">
      <w:tblPr/>
      <w:tcPr>
        <w:tcBorders>
          <w:insideH w:val="single" w:sz="6" w:space="0" w:color="4BACC6" w:themeColor="accent5"/>
          <w:insideV w:val="single" w:sz="6" w:space="0" w:color="4BACC6" w:themeColor="accent5"/>
        </w:tcBorders>
        <w:shd w:val="clear" w:color="auto" w:fill="A5D5E2" w:themeFill="accent5" w:themeFillTint="7F"/>
      </w:tcPr>
    </w:tblStylePr>
    <w:tblStylePr w:type="nwCell">
      <w:tblPr/>
      <w:tcPr>
        <w:shd w:val="clear" w:color="auto" w:fill="FFFFFF" w:themeFill="background1"/>
      </w:tcPr>
    </w:tblStylePr>
  </w:style>
  <w:style w:type="table" w:styleId="MediumGrid2-Accent6">
    <w:name w:val="Medium Grid 2 Accent 6"/>
    <w:basedOn w:val="TableNormal"/>
    <w:uiPriority w:val="68"/>
    <w:rsid w:val="00CB0664"/>
    <w:pPr>
      <w:spacing w:after="0" w:line="240" w:lineRule="auto"/>
    </w:pPr>
    <w:rPr>
      <w:rFonts w:asciiTheme="majorHAnsi" w:eastAsiaTheme="majorEastAsia" w:hAnsiTheme="majorHAnsi" w:cstheme="majorBidi"/>
      <w:color w:val="000000" w:themeColor="text1"/>
    </w:rPr>
    <w:tblPr>
      <w:tblStyleRowBandSize w:val="1"/>
      <w:tblStyleColBandSize w:val="1"/>
      <w:tblInd w:w="0" w:type="dxa"/>
      <w:tblBorders>
        <w:top w:val="single" w:sz="8" w:space="0" w:color="F79646" w:themeColor="accent6"/>
        <w:left w:val="single" w:sz="8" w:space="0" w:color="F79646" w:themeColor="accent6"/>
        <w:bottom w:val="single" w:sz="8" w:space="0" w:color="F79646" w:themeColor="accent6"/>
        <w:right w:val="single" w:sz="8" w:space="0" w:color="F79646" w:themeColor="accent6"/>
        <w:insideH w:val="single" w:sz="8" w:space="0" w:color="F79646" w:themeColor="accent6"/>
        <w:insideV w:val="single" w:sz="8" w:space="0" w:color="F79646" w:themeColor="accent6"/>
      </w:tblBorders>
      <w:tblCellMar>
        <w:top w:w="0" w:type="dxa"/>
        <w:left w:w="108" w:type="dxa"/>
        <w:bottom w:w="0" w:type="dxa"/>
        <w:right w:w="108" w:type="dxa"/>
      </w:tblCellMar>
    </w:tblPr>
    <w:tcPr>
      <w:shd w:val="clear" w:color="auto" w:fill="FDE4D0" w:themeFill="accent6" w:themeFillTint="3F"/>
    </w:tcPr>
    <w:tblStylePr w:type="firstRow">
      <w:rPr>
        <w:b/>
        <w:bCs/>
        <w:color w:val="000000" w:themeColor="text1"/>
      </w:rPr>
      <w:tblPr/>
      <w:tcPr>
        <w:shd w:val="clear" w:color="auto" w:fill="FEF4EC" w:themeFill="accent6" w:themeFillTint="19"/>
      </w:tcPr>
    </w:tblStylePr>
    <w:tblStylePr w:type="lastRow">
      <w:rPr>
        <w:b/>
        <w:bCs/>
        <w:color w:val="000000" w:themeColor="text1"/>
      </w:rPr>
      <w:tblPr/>
      <w:tcPr>
        <w:tcBorders>
          <w:top w:val="single" w:sz="12" w:space="0" w:color="000000" w:themeColor="text1"/>
          <w:left w:val="nil"/>
          <w:bottom w:val="nil"/>
          <w:right w:val="nil"/>
          <w:insideH w:val="nil"/>
          <w:insideV w:val="nil"/>
        </w:tcBorders>
        <w:shd w:val="clear" w:color="auto" w:fill="FFFFFF" w:themeFill="background1"/>
      </w:tcPr>
    </w:tblStylePr>
    <w:tblStylePr w:type="firstCol">
      <w:rPr>
        <w:b/>
        <w:bCs/>
        <w:color w:val="000000" w:themeColor="text1"/>
      </w:rPr>
      <w:tblPr/>
      <w:tcPr>
        <w:tcBorders>
          <w:top w:val="nil"/>
          <w:left w:val="nil"/>
          <w:bottom w:val="nil"/>
          <w:right w:val="nil"/>
          <w:insideH w:val="nil"/>
          <w:insideV w:val="nil"/>
        </w:tcBorders>
        <w:shd w:val="clear" w:color="auto" w:fill="FFFFFF" w:themeFill="background1"/>
      </w:tcPr>
    </w:tblStylePr>
    <w:tblStylePr w:type="lastCol">
      <w:rPr>
        <w:b w:val="0"/>
        <w:bCs w:val="0"/>
        <w:color w:val="000000" w:themeColor="text1"/>
      </w:rPr>
      <w:tblPr/>
      <w:tcPr>
        <w:tcBorders>
          <w:top w:val="nil"/>
          <w:left w:val="nil"/>
          <w:bottom w:val="nil"/>
          <w:right w:val="nil"/>
          <w:insideH w:val="nil"/>
          <w:insideV w:val="nil"/>
        </w:tcBorders>
        <w:shd w:val="clear" w:color="auto" w:fill="FDE9D9" w:themeFill="accent6" w:themeFillTint="33"/>
      </w:tcPr>
    </w:tblStylePr>
    <w:tblStylePr w:type="band1Vert">
      <w:tblPr/>
      <w:tcPr>
        <w:shd w:val="clear" w:color="auto" w:fill="FBCAA2" w:themeFill="accent6" w:themeFillTint="7F"/>
      </w:tcPr>
    </w:tblStylePr>
    <w:tblStylePr w:type="band1Horz">
      <w:tblPr/>
      <w:tcPr>
        <w:tcBorders>
          <w:insideH w:val="single" w:sz="6" w:space="0" w:color="F79646" w:themeColor="accent6"/>
          <w:insideV w:val="single" w:sz="6" w:space="0" w:color="F79646" w:themeColor="accent6"/>
        </w:tcBorders>
        <w:shd w:val="clear" w:color="auto" w:fill="FBCAA2" w:themeFill="accent6" w:themeFillTint="7F"/>
      </w:tcPr>
    </w:tblStylePr>
    <w:tblStylePr w:type="nwCell">
      <w:tblPr/>
      <w:tcPr>
        <w:shd w:val="clear" w:color="auto" w:fill="FFFFFF" w:themeFill="background1"/>
      </w:tcPr>
    </w:tblStylePr>
  </w:style>
  <w:style w:type="table" w:styleId="MediumGrid3">
    <w:name w:val="Medium Grid 3"/>
    <w:basedOn w:val="TableNormal"/>
    <w:uiPriority w:val="69"/>
    <w:rsid w:val="00CB0664"/>
    <w:pPr>
      <w:spacing w:after="0" w:line="240" w:lineRule="auto"/>
    </w:pPr>
    <w:tblPr>
      <w:tblStyleRowBandSize w:val="1"/>
      <w:tblStyleColBandSize w:val="1"/>
      <w:tblInd w:w="0" w:type="dxa"/>
      <w:tbl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single" w:sz="6" w:space="0" w:color="FFFFFF" w:themeColor="background1"/>
        <w:insideV w:val="single" w:sz="6" w:space="0" w:color="FFFFFF" w:themeColor="background1"/>
      </w:tblBorders>
      <w:tblCellMar>
        <w:top w:w="0" w:type="dxa"/>
        <w:left w:w="108" w:type="dxa"/>
        <w:bottom w:w="0" w:type="dxa"/>
        <w:right w:w="108" w:type="dxa"/>
      </w:tblCellMar>
    </w:tblPr>
    <w:tcPr>
      <w:shd w:val="clear" w:color="auto" w:fill="C0C0C0" w:themeFill="text1" w:themeFillTint="3F"/>
    </w:tcPr>
    <w:tblStylePr w:type="firstRow">
      <w:rPr>
        <w:b/>
        <w:bCs/>
        <w:i w:val="0"/>
        <w:iCs w:val="0"/>
        <w:color w:val="FFFFFF" w:themeColor="background1"/>
      </w:rPr>
      <w:tblPr/>
      <w:tcPr>
        <w:tcBorders>
          <w:top w:val="single" w:sz="8" w:space="0" w:color="FFFFFF" w:themeColor="background1"/>
          <w:left w:val="single" w:sz="8" w:space="0" w:color="FFFFFF" w:themeColor="background1"/>
          <w:bottom w:val="single" w:sz="24" w:space="0" w:color="FFFFFF" w:themeColor="background1"/>
          <w:right w:val="single" w:sz="8" w:space="0" w:color="FFFFFF" w:themeColor="background1"/>
          <w:insideH w:val="nil"/>
          <w:insideV w:val="single" w:sz="8" w:space="0" w:color="FFFFFF" w:themeColor="background1"/>
        </w:tcBorders>
        <w:shd w:val="clear" w:color="auto" w:fill="000000" w:themeFill="text1"/>
      </w:tcPr>
    </w:tblStylePr>
    <w:tblStylePr w:type="lastRow">
      <w:rPr>
        <w:b/>
        <w:bCs/>
        <w:i w:val="0"/>
        <w:iCs w:val="0"/>
        <w:color w:val="FFFFFF" w:themeColor="background1"/>
      </w:rPr>
      <w:tblPr/>
      <w:tcPr>
        <w:tcBorders>
          <w:top w:val="single" w:sz="24" w:space="0" w:color="FFFFFF" w:themeColor="background1"/>
          <w:left w:val="single" w:sz="8" w:space="0" w:color="FFFFFF" w:themeColor="background1"/>
          <w:bottom w:val="single" w:sz="8" w:space="0" w:color="FFFFFF" w:themeColor="background1"/>
          <w:right w:val="single" w:sz="8" w:space="0" w:color="FFFFFF" w:themeColor="background1"/>
          <w:insideH w:val="nil"/>
          <w:insideV w:val="single" w:sz="8" w:space="0" w:color="FFFFFF" w:themeColor="background1"/>
        </w:tcBorders>
        <w:shd w:val="clear" w:color="auto" w:fill="000000" w:themeFill="text1"/>
      </w:tcPr>
    </w:tblStylePr>
    <w:tblStylePr w:type="firstCol">
      <w:rPr>
        <w:b/>
        <w:bCs/>
        <w:i w:val="0"/>
        <w:iCs w:val="0"/>
        <w:color w:val="FFFFFF" w:themeColor="background1"/>
      </w:rPr>
      <w:tblPr/>
      <w:tcPr>
        <w:tcBorders>
          <w:left w:val="single" w:sz="8" w:space="0" w:color="FFFFFF" w:themeColor="background1"/>
          <w:right w:val="single" w:sz="24" w:space="0" w:color="FFFFFF" w:themeColor="background1"/>
          <w:insideH w:val="nil"/>
          <w:insideV w:val="nil"/>
        </w:tcBorders>
        <w:shd w:val="clear" w:color="auto" w:fill="000000" w:themeFill="text1"/>
      </w:tcPr>
    </w:tblStylePr>
    <w:tblStylePr w:type="lastCol">
      <w:rPr>
        <w:b/>
        <w:bCs/>
        <w:i w:val="0"/>
        <w:iCs w:val="0"/>
        <w:color w:val="FFFFFF" w:themeColor="background1"/>
      </w:rPr>
      <w:tblPr/>
      <w:tcPr>
        <w:tcBorders>
          <w:top w:val="nil"/>
          <w:left w:val="single" w:sz="24" w:space="0" w:color="FFFFFF" w:themeColor="background1"/>
          <w:bottom w:val="nil"/>
          <w:right w:val="nil"/>
          <w:insideH w:val="nil"/>
          <w:insideV w:val="nil"/>
        </w:tcBorders>
        <w:shd w:val="clear" w:color="auto" w:fill="000000" w:themeFill="text1"/>
      </w:tcPr>
    </w:tblStylePr>
    <w:tblStylePr w:type="band1Vert">
      <w:tblPr/>
      <w:tcPr>
        <w:tc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nil"/>
          <w:insideV w:val="nil"/>
        </w:tcBorders>
        <w:shd w:val="clear" w:color="auto" w:fill="808080" w:themeFill="text1" w:themeFillTint="7F"/>
      </w:tcPr>
    </w:tblStylePr>
    <w:tblStylePr w:type="band1Horz">
      <w:tblPr/>
      <w:tcPr>
        <w:tc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single" w:sz="8" w:space="0" w:color="FFFFFF" w:themeColor="background1"/>
          <w:insideV w:val="single" w:sz="8" w:space="0" w:color="FFFFFF" w:themeColor="background1"/>
        </w:tcBorders>
        <w:shd w:val="clear" w:color="auto" w:fill="808080" w:themeFill="text1" w:themeFillTint="7F"/>
      </w:tcPr>
    </w:tblStylePr>
  </w:style>
  <w:style w:type="table" w:styleId="MediumGrid3-Accent1">
    <w:name w:val="Medium Grid 3 Accent 1"/>
    <w:basedOn w:val="TableNormal"/>
    <w:uiPriority w:val="69"/>
    <w:rsid w:val="00CB0664"/>
    <w:pPr>
      <w:spacing w:after="0" w:line="240" w:lineRule="auto"/>
    </w:pPr>
    <w:tblPr>
      <w:tblStyleRowBandSize w:val="1"/>
      <w:tblStyleColBandSize w:val="1"/>
      <w:tblInd w:w="0" w:type="dxa"/>
      <w:tbl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single" w:sz="6" w:space="0" w:color="FFFFFF" w:themeColor="background1"/>
        <w:insideV w:val="single" w:sz="6" w:space="0" w:color="FFFFFF" w:themeColor="background1"/>
      </w:tblBorders>
      <w:tblCellMar>
        <w:top w:w="0" w:type="dxa"/>
        <w:left w:w="108" w:type="dxa"/>
        <w:bottom w:w="0" w:type="dxa"/>
        <w:right w:w="108" w:type="dxa"/>
      </w:tblCellMar>
    </w:tblPr>
    <w:tcPr>
      <w:shd w:val="clear" w:color="auto" w:fill="D3DFEE" w:themeFill="accent1" w:themeFillTint="3F"/>
    </w:tcPr>
    <w:tblStylePr w:type="firstRow">
      <w:rPr>
        <w:b/>
        <w:bCs/>
        <w:i w:val="0"/>
        <w:iCs w:val="0"/>
        <w:color w:val="FFFFFF" w:themeColor="background1"/>
      </w:rPr>
      <w:tblPr/>
      <w:tcPr>
        <w:tcBorders>
          <w:top w:val="single" w:sz="8" w:space="0" w:color="FFFFFF" w:themeColor="background1"/>
          <w:left w:val="single" w:sz="8" w:space="0" w:color="FFFFFF" w:themeColor="background1"/>
          <w:bottom w:val="single" w:sz="24" w:space="0" w:color="FFFFFF" w:themeColor="background1"/>
          <w:right w:val="single" w:sz="8" w:space="0" w:color="FFFFFF" w:themeColor="background1"/>
          <w:insideH w:val="nil"/>
          <w:insideV w:val="single" w:sz="8" w:space="0" w:color="FFFFFF" w:themeColor="background1"/>
        </w:tcBorders>
        <w:shd w:val="clear" w:color="auto" w:fill="4F81BD" w:themeFill="accent1"/>
      </w:tcPr>
    </w:tblStylePr>
    <w:tblStylePr w:type="lastRow">
      <w:rPr>
        <w:b/>
        <w:bCs/>
        <w:i w:val="0"/>
        <w:iCs w:val="0"/>
        <w:color w:val="FFFFFF" w:themeColor="background1"/>
      </w:rPr>
      <w:tblPr/>
      <w:tcPr>
        <w:tcBorders>
          <w:top w:val="single" w:sz="24" w:space="0" w:color="FFFFFF" w:themeColor="background1"/>
          <w:left w:val="single" w:sz="8" w:space="0" w:color="FFFFFF" w:themeColor="background1"/>
          <w:bottom w:val="single" w:sz="8" w:space="0" w:color="FFFFFF" w:themeColor="background1"/>
          <w:right w:val="single" w:sz="8" w:space="0" w:color="FFFFFF" w:themeColor="background1"/>
          <w:insideH w:val="nil"/>
          <w:insideV w:val="single" w:sz="8" w:space="0" w:color="FFFFFF" w:themeColor="background1"/>
        </w:tcBorders>
        <w:shd w:val="clear" w:color="auto" w:fill="4F81BD" w:themeFill="accent1"/>
      </w:tcPr>
    </w:tblStylePr>
    <w:tblStylePr w:type="firstCol">
      <w:rPr>
        <w:b/>
        <w:bCs/>
        <w:i w:val="0"/>
        <w:iCs w:val="0"/>
        <w:color w:val="FFFFFF" w:themeColor="background1"/>
      </w:rPr>
      <w:tblPr/>
      <w:tcPr>
        <w:tcBorders>
          <w:left w:val="single" w:sz="8" w:space="0" w:color="FFFFFF" w:themeColor="background1"/>
          <w:right w:val="single" w:sz="24" w:space="0" w:color="FFFFFF" w:themeColor="background1"/>
          <w:insideH w:val="nil"/>
          <w:insideV w:val="nil"/>
        </w:tcBorders>
        <w:shd w:val="clear" w:color="auto" w:fill="4F81BD" w:themeFill="accent1"/>
      </w:tcPr>
    </w:tblStylePr>
    <w:tblStylePr w:type="lastCol">
      <w:rPr>
        <w:b/>
        <w:bCs/>
        <w:i w:val="0"/>
        <w:iCs w:val="0"/>
        <w:color w:val="FFFFFF" w:themeColor="background1"/>
      </w:rPr>
      <w:tblPr/>
      <w:tcPr>
        <w:tcBorders>
          <w:top w:val="nil"/>
          <w:left w:val="single" w:sz="24" w:space="0" w:color="FFFFFF" w:themeColor="background1"/>
          <w:bottom w:val="nil"/>
          <w:right w:val="nil"/>
          <w:insideH w:val="nil"/>
          <w:insideV w:val="nil"/>
        </w:tcBorders>
        <w:shd w:val="clear" w:color="auto" w:fill="4F81BD" w:themeFill="accent1"/>
      </w:tcPr>
    </w:tblStylePr>
    <w:tblStylePr w:type="band1Vert">
      <w:tblPr/>
      <w:tcPr>
        <w:tc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nil"/>
          <w:insideV w:val="nil"/>
        </w:tcBorders>
        <w:shd w:val="clear" w:color="auto" w:fill="A7BFDE" w:themeFill="accent1" w:themeFillTint="7F"/>
      </w:tcPr>
    </w:tblStylePr>
    <w:tblStylePr w:type="band1Horz">
      <w:tblPr/>
      <w:tcPr>
        <w:tc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single" w:sz="8" w:space="0" w:color="FFFFFF" w:themeColor="background1"/>
          <w:insideV w:val="single" w:sz="8" w:space="0" w:color="FFFFFF" w:themeColor="background1"/>
        </w:tcBorders>
        <w:shd w:val="clear" w:color="auto" w:fill="A7BFDE" w:themeFill="accent1" w:themeFillTint="7F"/>
      </w:tcPr>
    </w:tblStylePr>
  </w:style>
  <w:style w:type="table" w:styleId="MediumGrid3-Accent2">
    <w:name w:val="Medium Grid 3 Accent 2"/>
    <w:basedOn w:val="TableNormal"/>
    <w:uiPriority w:val="69"/>
    <w:rsid w:val="00CB0664"/>
    <w:pPr>
      <w:spacing w:after="0" w:line="240" w:lineRule="auto"/>
    </w:pPr>
    <w:tblPr>
      <w:tblStyleRowBandSize w:val="1"/>
      <w:tblStyleColBandSize w:val="1"/>
      <w:tblInd w:w="0" w:type="dxa"/>
      <w:tbl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single" w:sz="6" w:space="0" w:color="FFFFFF" w:themeColor="background1"/>
        <w:insideV w:val="single" w:sz="6" w:space="0" w:color="FFFFFF" w:themeColor="background1"/>
      </w:tblBorders>
      <w:tblCellMar>
        <w:top w:w="0" w:type="dxa"/>
        <w:left w:w="108" w:type="dxa"/>
        <w:bottom w:w="0" w:type="dxa"/>
        <w:right w:w="108" w:type="dxa"/>
      </w:tblCellMar>
    </w:tblPr>
    <w:tcPr>
      <w:shd w:val="clear" w:color="auto" w:fill="EFD3D2" w:themeFill="accent2" w:themeFillTint="3F"/>
    </w:tcPr>
    <w:tblStylePr w:type="firstRow">
      <w:rPr>
        <w:b/>
        <w:bCs/>
        <w:i w:val="0"/>
        <w:iCs w:val="0"/>
        <w:color w:val="FFFFFF" w:themeColor="background1"/>
      </w:rPr>
      <w:tblPr/>
      <w:tcPr>
        <w:tcBorders>
          <w:top w:val="single" w:sz="8" w:space="0" w:color="FFFFFF" w:themeColor="background1"/>
          <w:left w:val="single" w:sz="8" w:space="0" w:color="FFFFFF" w:themeColor="background1"/>
          <w:bottom w:val="single" w:sz="24" w:space="0" w:color="FFFFFF" w:themeColor="background1"/>
          <w:right w:val="single" w:sz="8" w:space="0" w:color="FFFFFF" w:themeColor="background1"/>
          <w:insideH w:val="nil"/>
          <w:insideV w:val="single" w:sz="8" w:space="0" w:color="FFFFFF" w:themeColor="background1"/>
        </w:tcBorders>
        <w:shd w:val="clear" w:color="auto" w:fill="C0504D" w:themeFill="accent2"/>
      </w:tcPr>
    </w:tblStylePr>
    <w:tblStylePr w:type="lastRow">
      <w:rPr>
        <w:b/>
        <w:bCs/>
        <w:i w:val="0"/>
        <w:iCs w:val="0"/>
        <w:color w:val="FFFFFF" w:themeColor="background1"/>
      </w:rPr>
      <w:tblPr/>
      <w:tcPr>
        <w:tcBorders>
          <w:top w:val="single" w:sz="24" w:space="0" w:color="FFFFFF" w:themeColor="background1"/>
          <w:left w:val="single" w:sz="8" w:space="0" w:color="FFFFFF" w:themeColor="background1"/>
          <w:bottom w:val="single" w:sz="8" w:space="0" w:color="FFFFFF" w:themeColor="background1"/>
          <w:right w:val="single" w:sz="8" w:space="0" w:color="FFFFFF" w:themeColor="background1"/>
          <w:insideH w:val="nil"/>
          <w:insideV w:val="single" w:sz="8" w:space="0" w:color="FFFFFF" w:themeColor="background1"/>
        </w:tcBorders>
        <w:shd w:val="clear" w:color="auto" w:fill="C0504D" w:themeFill="accent2"/>
      </w:tcPr>
    </w:tblStylePr>
    <w:tblStylePr w:type="firstCol">
      <w:rPr>
        <w:b/>
        <w:bCs/>
        <w:i w:val="0"/>
        <w:iCs w:val="0"/>
        <w:color w:val="FFFFFF" w:themeColor="background1"/>
      </w:rPr>
      <w:tblPr/>
      <w:tcPr>
        <w:tcBorders>
          <w:left w:val="single" w:sz="8" w:space="0" w:color="FFFFFF" w:themeColor="background1"/>
          <w:right w:val="single" w:sz="24" w:space="0" w:color="FFFFFF" w:themeColor="background1"/>
          <w:insideH w:val="nil"/>
          <w:insideV w:val="nil"/>
        </w:tcBorders>
        <w:shd w:val="clear" w:color="auto" w:fill="C0504D" w:themeFill="accent2"/>
      </w:tcPr>
    </w:tblStylePr>
    <w:tblStylePr w:type="lastCol">
      <w:rPr>
        <w:b/>
        <w:bCs/>
        <w:i w:val="0"/>
        <w:iCs w:val="0"/>
        <w:color w:val="FFFFFF" w:themeColor="background1"/>
      </w:rPr>
      <w:tblPr/>
      <w:tcPr>
        <w:tcBorders>
          <w:top w:val="nil"/>
          <w:left w:val="single" w:sz="24" w:space="0" w:color="FFFFFF" w:themeColor="background1"/>
          <w:bottom w:val="nil"/>
          <w:right w:val="nil"/>
          <w:insideH w:val="nil"/>
          <w:insideV w:val="nil"/>
        </w:tcBorders>
        <w:shd w:val="clear" w:color="auto" w:fill="C0504D" w:themeFill="accent2"/>
      </w:tcPr>
    </w:tblStylePr>
    <w:tblStylePr w:type="band1Vert">
      <w:tblPr/>
      <w:tcPr>
        <w:tc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nil"/>
          <w:insideV w:val="nil"/>
        </w:tcBorders>
        <w:shd w:val="clear" w:color="auto" w:fill="DFA7A6" w:themeFill="accent2" w:themeFillTint="7F"/>
      </w:tcPr>
    </w:tblStylePr>
    <w:tblStylePr w:type="band1Horz">
      <w:tblPr/>
      <w:tcPr>
        <w:tc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single" w:sz="8" w:space="0" w:color="FFFFFF" w:themeColor="background1"/>
          <w:insideV w:val="single" w:sz="8" w:space="0" w:color="FFFFFF" w:themeColor="background1"/>
        </w:tcBorders>
        <w:shd w:val="clear" w:color="auto" w:fill="DFA7A6" w:themeFill="accent2" w:themeFillTint="7F"/>
      </w:tcPr>
    </w:tblStylePr>
  </w:style>
  <w:style w:type="table" w:styleId="MediumGrid3-Accent3">
    <w:name w:val="Medium Grid 3 Accent 3"/>
    <w:basedOn w:val="TableNormal"/>
    <w:uiPriority w:val="69"/>
    <w:rsid w:val="00CB0664"/>
    <w:pPr>
      <w:spacing w:after="0" w:line="240" w:lineRule="auto"/>
    </w:pPr>
    <w:tblPr>
      <w:tblStyleRowBandSize w:val="1"/>
      <w:tblStyleColBandSize w:val="1"/>
      <w:tblInd w:w="0" w:type="dxa"/>
      <w:tbl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single" w:sz="6" w:space="0" w:color="FFFFFF" w:themeColor="background1"/>
        <w:insideV w:val="single" w:sz="6" w:space="0" w:color="FFFFFF" w:themeColor="background1"/>
      </w:tblBorders>
      <w:tblCellMar>
        <w:top w:w="0" w:type="dxa"/>
        <w:left w:w="108" w:type="dxa"/>
        <w:bottom w:w="0" w:type="dxa"/>
        <w:right w:w="108" w:type="dxa"/>
      </w:tblCellMar>
    </w:tblPr>
    <w:tcPr>
      <w:shd w:val="clear" w:color="auto" w:fill="E6EED5" w:themeFill="accent3" w:themeFillTint="3F"/>
    </w:tcPr>
    <w:tblStylePr w:type="firstRow">
      <w:rPr>
        <w:b/>
        <w:bCs/>
        <w:i w:val="0"/>
        <w:iCs w:val="0"/>
        <w:color w:val="FFFFFF" w:themeColor="background1"/>
      </w:rPr>
      <w:tblPr/>
      <w:tcPr>
        <w:tcBorders>
          <w:top w:val="single" w:sz="8" w:space="0" w:color="FFFFFF" w:themeColor="background1"/>
          <w:left w:val="single" w:sz="8" w:space="0" w:color="FFFFFF" w:themeColor="background1"/>
          <w:bottom w:val="single" w:sz="24" w:space="0" w:color="FFFFFF" w:themeColor="background1"/>
          <w:right w:val="single" w:sz="8" w:space="0" w:color="FFFFFF" w:themeColor="background1"/>
          <w:insideH w:val="nil"/>
          <w:insideV w:val="single" w:sz="8" w:space="0" w:color="FFFFFF" w:themeColor="background1"/>
        </w:tcBorders>
        <w:shd w:val="clear" w:color="auto" w:fill="9BBB59" w:themeFill="accent3"/>
      </w:tcPr>
    </w:tblStylePr>
    <w:tblStylePr w:type="lastRow">
      <w:rPr>
        <w:b/>
        <w:bCs/>
        <w:i w:val="0"/>
        <w:iCs w:val="0"/>
        <w:color w:val="FFFFFF" w:themeColor="background1"/>
      </w:rPr>
      <w:tblPr/>
      <w:tcPr>
        <w:tcBorders>
          <w:top w:val="single" w:sz="24" w:space="0" w:color="FFFFFF" w:themeColor="background1"/>
          <w:left w:val="single" w:sz="8" w:space="0" w:color="FFFFFF" w:themeColor="background1"/>
          <w:bottom w:val="single" w:sz="8" w:space="0" w:color="FFFFFF" w:themeColor="background1"/>
          <w:right w:val="single" w:sz="8" w:space="0" w:color="FFFFFF" w:themeColor="background1"/>
          <w:insideH w:val="nil"/>
          <w:insideV w:val="single" w:sz="8" w:space="0" w:color="FFFFFF" w:themeColor="background1"/>
        </w:tcBorders>
        <w:shd w:val="clear" w:color="auto" w:fill="9BBB59" w:themeFill="accent3"/>
      </w:tcPr>
    </w:tblStylePr>
    <w:tblStylePr w:type="firstCol">
      <w:rPr>
        <w:b/>
        <w:bCs/>
        <w:i w:val="0"/>
        <w:iCs w:val="0"/>
        <w:color w:val="FFFFFF" w:themeColor="background1"/>
      </w:rPr>
      <w:tblPr/>
      <w:tcPr>
        <w:tcBorders>
          <w:left w:val="single" w:sz="8" w:space="0" w:color="FFFFFF" w:themeColor="background1"/>
          <w:right w:val="single" w:sz="24" w:space="0" w:color="FFFFFF" w:themeColor="background1"/>
          <w:insideH w:val="nil"/>
          <w:insideV w:val="nil"/>
        </w:tcBorders>
        <w:shd w:val="clear" w:color="auto" w:fill="9BBB59" w:themeFill="accent3"/>
      </w:tcPr>
    </w:tblStylePr>
    <w:tblStylePr w:type="lastCol">
      <w:rPr>
        <w:b/>
        <w:bCs/>
        <w:i w:val="0"/>
        <w:iCs w:val="0"/>
        <w:color w:val="FFFFFF" w:themeColor="background1"/>
      </w:rPr>
      <w:tblPr/>
      <w:tcPr>
        <w:tcBorders>
          <w:top w:val="nil"/>
          <w:left w:val="single" w:sz="24" w:space="0" w:color="FFFFFF" w:themeColor="background1"/>
          <w:bottom w:val="nil"/>
          <w:right w:val="nil"/>
          <w:insideH w:val="nil"/>
          <w:insideV w:val="nil"/>
        </w:tcBorders>
        <w:shd w:val="clear" w:color="auto" w:fill="9BBB59" w:themeFill="accent3"/>
      </w:tcPr>
    </w:tblStylePr>
    <w:tblStylePr w:type="band1Vert">
      <w:tblPr/>
      <w:tcPr>
        <w:tc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nil"/>
          <w:insideV w:val="nil"/>
        </w:tcBorders>
        <w:shd w:val="clear" w:color="auto" w:fill="CDDDAC" w:themeFill="accent3" w:themeFillTint="7F"/>
      </w:tcPr>
    </w:tblStylePr>
    <w:tblStylePr w:type="band1Horz">
      <w:tblPr/>
      <w:tcPr>
        <w:tc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single" w:sz="8" w:space="0" w:color="FFFFFF" w:themeColor="background1"/>
          <w:insideV w:val="single" w:sz="8" w:space="0" w:color="FFFFFF" w:themeColor="background1"/>
        </w:tcBorders>
        <w:shd w:val="clear" w:color="auto" w:fill="CDDDAC" w:themeFill="accent3" w:themeFillTint="7F"/>
      </w:tcPr>
    </w:tblStylePr>
  </w:style>
  <w:style w:type="table" w:styleId="MediumGrid3-Accent4">
    <w:name w:val="Medium Grid 3 Accent 4"/>
    <w:basedOn w:val="TableNormal"/>
    <w:uiPriority w:val="69"/>
    <w:rsid w:val="00CB0664"/>
    <w:pPr>
      <w:spacing w:after="0" w:line="240" w:lineRule="auto"/>
    </w:pPr>
    <w:tblPr>
      <w:tblStyleRowBandSize w:val="1"/>
      <w:tblStyleColBandSize w:val="1"/>
      <w:tblInd w:w="0" w:type="dxa"/>
      <w:tbl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single" w:sz="6" w:space="0" w:color="FFFFFF" w:themeColor="background1"/>
        <w:insideV w:val="single" w:sz="6" w:space="0" w:color="FFFFFF" w:themeColor="background1"/>
      </w:tblBorders>
      <w:tblCellMar>
        <w:top w:w="0" w:type="dxa"/>
        <w:left w:w="108" w:type="dxa"/>
        <w:bottom w:w="0" w:type="dxa"/>
        <w:right w:w="108" w:type="dxa"/>
      </w:tblCellMar>
    </w:tblPr>
    <w:tcPr>
      <w:shd w:val="clear" w:color="auto" w:fill="DFD8E8" w:themeFill="accent4" w:themeFillTint="3F"/>
    </w:tcPr>
    <w:tblStylePr w:type="firstRow">
      <w:rPr>
        <w:b/>
        <w:bCs/>
        <w:i w:val="0"/>
        <w:iCs w:val="0"/>
        <w:color w:val="FFFFFF" w:themeColor="background1"/>
      </w:rPr>
      <w:tblPr/>
      <w:tcPr>
        <w:tcBorders>
          <w:top w:val="single" w:sz="8" w:space="0" w:color="FFFFFF" w:themeColor="background1"/>
          <w:left w:val="single" w:sz="8" w:space="0" w:color="FFFFFF" w:themeColor="background1"/>
          <w:bottom w:val="single" w:sz="24" w:space="0" w:color="FFFFFF" w:themeColor="background1"/>
          <w:right w:val="single" w:sz="8" w:space="0" w:color="FFFFFF" w:themeColor="background1"/>
          <w:insideH w:val="nil"/>
          <w:insideV w:val="single" w:sz="8" w:space="0" w:color="FFFFFF" w:themeColor="background1"/>
        </w:tcBorders>
        <w:shd w:val="clear" w:color="auto" w:fill="8064A2" w:themeFill="accent4"/>
      </w:tcPr>
    </w:tblStylePr>
    <w:tblStylePr w:type="lastRow">
      <w:rPr>
        <w:b/>
        <w:bCs/>
        <w:i w:val="0"/>
        <w:iCs w:val="0"/>
        <w:color w:val="FFFFFF" w:themeColor="background1"/>
      </w:rPr>
      <w:tblPr/>
      <w:tcPr>
        <w:tcBorders>
          <w:top w:val="single" w:sz="24" w:space="0" w:color="FFFFFF" w:themeColor="background1"/>
          <w:left w:val="single" w:sz="8" w:space="0" w:color="FFFFFF" w:themeColor="background1"/>
          <w:bottom w:val="single" w:sz="8" w:space="0" w:color="FFFFFF" w:themeColor="background1"/>
          <w:right w:val="single" w:sz="8" w:space="0" w:color="FFFFFF" w:themeColor="background1"/>
          <w:insideH w:val="nil"/>
          <w:insideV w:val="single" w:sz="8" w:space="0" w:color="FFFFFF" w:themeColor="background1"/>
        </w:tcBorders>
        <w:shd w:val="clear" w:color="auto" w:fill="8064A2" w:themeFill="accent4"/>
      </w:tcPr>
    </w:tblStylePr>
    <w:tblStylePr w:type="firstCol">
      <w:rPr>
        <w:b/>
        <w:bCs/>
        <w:i w:val="0"/>
        <w:iCs w:val="0"/>
        <w:color w:val="FFFFFF" w:themeColor="background1"/>
      </w:rPr>
      <w:tblPr/>
      <w:tcPr>
        <w:tcBorders>
          <w:left w:val="single" w:sz="8" w:space="0" w:color="FFFFFF" w:themeColor="background1"/>
          <w:right w:val="single" w:sz="24" w:space="0" w:color="FFFFFF" w:themeColor="background1"/>
          <w:insideH w:val="nil"/>
          <w:insideV w:val="nil"/>
        </w:tcBorders>
        <w:shd w:val="clear" w:color="auto" w:fill="8064A2" w:themeFill="accent4"/>
      </w:tcPr>
    </w:tblStylePr>
    <w:tblStylePr w:type="lastCol">
      <w:rPr>
        <w:b/>
        <w:bCs/>
        <w:i w:val="0"/>
        <w:iCs w:val="0"/>
        <w:color w:val="FFFFFF" w:themeColor="background1"/>
      </w:rPr>
      <w:tblPr/>
      <w:tcPr>
        <w:tcBorders>
          <w:top w:val="nil"/>
          <w:left w:val="single" w:sz="24" w:space="0" w:color="FFFFFF" w:themeColor="background1"/>
          <w:bottom w:val="nil"/>
          <w:right w:val="nil"/>
          <w:insideH w:val="nil"/>
          <w:insideV w:val="nil"/>
        </w:tcBorders>
        <w:shd w:val="clear" w:color="auto" w:fill="8064A2" w:themeFill="accent4"/>
      </w:tcPr>
    </w:tblStylePr>
    <w:tblStylePr w:type="band1Vert">
      <w:tblPr/>
      <w:tcPr>
        <w:tc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nil"/>
          <w:insideV w:val="nil"/>
        </w:tcBorders>
        <w:shd w:val="clear" w:color="auto" w:fill="BFB1D0" w:themeFill="accent4" w:themeFillTint="7F"/>
      </w:tcPr>
    </w:tblStylePr>
    <w:tblStylePr w:type="band1Horz">
      <w:tblPr/>
      <w:tcPr>
        <w:tc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single" w:sz="8" w:space="0" w:color="FFFFFF" w:themeColor="background1"/>
          <w:insideV w:val="single" w:sz="8" w:space="0" w:color="FFFFFF" w:themeColor="background1"/>
        </w:tcBorders>
        <w:shd w:val="clear" w:color="auto" w:fill="BFB1D0" w:themeFill="accent4" w:themeFillTint="7F"/>
      </w:tcPr>
    </w:tblStylePr>
  </w:style>
  <w:style w:type="table" w:styleId="MediumGrid3-Accent5">
    <w:name w:val="Medium Grid 3 Accent 5"/>
    <w:basedOn w:val="TableNormal"/>
    <w:uiPriority w:val="69"/>
    <w:rsid w:val="00CB0664"/>
    <w:pPr>
      <w:spacing w:after="0" w:line="240" w:lineRule="auto"/>
    </w:pPr>
    <w:tblPr>
      <w:tblStyleRowBandSize w:val="1"/>
      <w:tblStyleColBandSize w:val="1"/>
      <w:tblInd w:w="0" w:type="dxa"/>
      <w:tbl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single" w:sz="6" w:space="0" w:color="FFFFFF" w:themeColor="background1"/>
        <w:insideV w:val="single" w:sz="6" w:space="0" w:color="FFFFFF" w:themeColor="background1"/>
      </w:tblBorders>
      <w:tblCellMar>
        <w:top w:w="0" w:type="dxa"/>
        <w:left w:w="108" w:type="dxa"/>
        <w:bottom w:w="0" w:type="dxa"/>
        <w:right w:w="108" w:type="dxa"/>
      </w:tblCellMar>
    </w:tblPr>
    <w:tcPr>
      <w:shd w:val="clear" w:color="auto" w:fill="D2EAF1" w:themeFill="accent5" w:themeFillTint="3F"/>
    </w:tcPr>
    <w:tblStylePr w:type="firstRow">
      <w:rPr>
        <w:b/>
        <w:bCs/>
        <w:i w:val="0"/>
        <w:iCs w:val="0"/>
        <w:color w:val="FFFFFF" w:themeColor="background1"/>
      </w:rPr>
      <w:tblPr/>
      <w:tcPr>
        <w:tcBorders>
          <w:top w:val="single" w:sz="8" w:space="0" w:color="FFFFFF" w:themeColor="background1"/>
          <w:left w:val="single" w:sz="8" w:space="0" w:color="FFFFFF" w:themeColor="background1"/>
          <w:bottom w:val="single" w:sz="24" w:space="0" w:color="FFFFFF" w:themeColor="background1"/>
          <w:right w:val="single" w:sz="8" w:space="0" w:color="FFFFFF" w:themeColor="background1"/>
          <w:insideH w:val="nil"/>
          <w:insideV w:val="single" w:sz="8" w:space="0" w:color="FFFFFF" w:themeColor="background1"/>
        </w:tcBorders>
        <w:shd w:val="clear" w:color="auto" w:fill="4BACC6" w:themeFill="accent5"/>
      </w:tcPr>
    </w:tblStylePr>
    <w:tblStylePr w:type="lastRow">
      <w:rPr>
        <w:b/>
        <w:bCs/>
        <w:i w:val="0"/>
        <w:iCs w:val="0"/>
        <w:color w:val="FFFFFF" w:themeColor="background1"/>
      </w:rPr>
      <w:tblPr/>
      <w:tcPr>
        <w:tcBorders>
          <w:top w:val="single" w:sz="24" w:space="0" w:color="FFFFFF" w:themeColor="background1"/>
          <w:left w:val="single" w:sz="8" w:space="0" w:color="FFFFFF" w:themeColor="background1"/>
          <w:bottom w:val="single" w:sz="8" w:space="0" w:color="FFFFFF" w:themeColor="background1"/>
          <w:right w:val="single" w:sz="8" w:space="0" w:color="FFFFFF" w:themeColor="background1"/>
          <w:insideH w:val="nil"/>
          <w:insideV w:val="single" w:sz="8" w:space="0" w:color="FFFFFF" w:themeColor="background1"/>
        </w:tcBorders>
        <w:shd w:val="clear" w:color="auto" w:fill="4BACC6" w:themeFill="accent5"/>
      </w:tcPr>
    </w:tblStylePr>
    <w:tblStylePr w:type="firstCol">
      <w:rPr>
        <w:b/>
        <w:bCs/>
        <w:i w:val="0"/>
        <w:iCs w:val="0"/>
        <w:color w:val="FFFFFF" w:themeColor="background1"/>
      </w:rPr>
      <w:tblPr/>
      <w:tcPr>
        <w:tcBorders>
          <w:left w:val="single" w:sz="8" w:space="0" w:color="FFFFFF" w:themeColor="background1"/>
          <w:right w:val="single" w:sz="24" w:space="0" w:color="FFFFFF" w:themeColor="background1"/>
          <w:insideH w:val="nil"/>
          <w:insideV w:val="nil"/>
        </w:tcBorders>
        <w:shd w:val="clear" w:color="auto" w:fill="4BACC6" w:themeFill="accent5"/>
      </w:tcPr>
    </w:tblStylePr>
    <w:tblStylePr w:type="lastCol">
      <w:rPr>
        <w:b/>
        <w:bCs/>
        <w:i w:val="0"/>
        <w:iCs w:val="0"/>
        <w:color w:val="FFFFFF" w:themeColor="background1"/>
      </w:rPr>
      <w:tblPr/>
      <w:tcPr>
        <w:tcBorders>
          <w:top w:val="nil"/>
          <w:left w:val="single" w:sz="24" w:space="0" w:color="FFFFFF" w:themeColor="background1"/>
          <w:bottom w:val="nil"/>
          <w:right w:val="nil"/>
          <w:insideH w:val="nil"/>
          <w:insideV w:val="nil"/>
        </w:tcBorders>
        <w:shd w:val="clear" w:color="auto" w:fill="4BACC6" w:themeFill="accent5"/>
      </w:tcPr>
    </w:tblStylePr>
    <w:tblStylePr w:type="band1Vert">
      <w:tblPr/>
      <w:tcPr>
        <w:tc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nil"/>
          <w:insideV w:val="nil"/>
        </w:tcBorders>
        <w:shd w:val="clear" w:color="auto" w:fill="A5D5E2" w:themeFill="accent5" w:themeFillTint="7F"/>
      </w:tcPr>
    </w:tblStylePr>
    <w:tblStylePr w:type="band1Horz">
      <w:tblPr/>
      <w:tcPr>
        <w:tc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single" w:sz="8" w:space="0" w:color="FFFFFF" w:themeColor="background1"/>
          <w:insideV w:val="single" w:sz="8" w:space="0" w:color="FFFFFF" w:themeColor="background1"/>
        </w:tcBorders>
        <w:shd w:val="clear" w:color="auto" w:fill="A5D5E2" w:themeFill="accent5" w:themeFillTint="7F"/>
      </w:tcPr>
    </w:tblStylePr>
  </w:style>
  <w:style w:type="table" w:styleId="MediumGrid3-Accent6">
    <w:name w:val="Medium Grid 3 Accent 6"/>
    <w:basedOn w:val="TableNormal"/>
    <w:uiPriority w:val="69"/>
    <w:rsid w:val="00CB0664"/>
    <w:pPr>
      <w:spacing w:after="0" w:line="240" w:lineRule="auto"/>
    </w:pPr>
    <w:tblPr>
      <w:tblStyleRowBandSize w:val="1"/>
      <w:tblStyleColBandSize w:val="1"/>
      <w:tblInd w:w="0" w:type="dxa"/>
      <w:tbl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single" w:sz="6" w:space="0" w:color="FFFFFF" w:themeColor="background1"/>
        <w:insideV w:val="single" w:sz="6" w:space="0" w:color="FFFFFF" w:themeColor="background1"/>
      </w:tblBorders>
      <w:tblCellMar>
        <w:top w:w="0" w:type="dxa"/>
        <w:left w:w="108" w:type="dxa"/>
        <w:bottom w:w="0" w:type="dxa"/>
        <w:right w:w="108" w:type="dxa"/>
      </w:tblCellMar>
    </w:tblPr>
    <w:tcPr>
      <w:shd w:val="clear" w:color="auto" w:fill="FDE4D0" w:themeFill="accent6" w:themeFillTint="3F"/>
    </w:tcPr>
    <w:tblStylePr w:type="firstRow">
      <w:rPr>
        <w:b/>
        <w:bCs/>
        <w:i w:val="0"/>
        <w:iCs w:val="0"/>
        <w:color w:val="FFFFFF" w:themeColor="background1"/>
      </w:rPr>
      <w:tblPr/>
      <w:tcPr>
        <w:tcBorders>
          <w:top w:val="single" w:sz="8" w:space="0" w:color="FFFFFF" w:themeColor="background1"/>
          <w:left w:val="single" w:sz="8" w:space="0" w:color="FFFFFF" w:themeColor="background1"/>
          <w:bottom w:val="single" w:sz="24" w:space="0" w:color="FFFFFF" w:themeColor="background1"/>
          <w:right w:val="single" w:sz="8" w:space="0" w:color="FFFFFF" w:themeColor="background1"/>
          <w:insideH w:val="nil"/>
          <w:insideV w:val="single" w:sz="8" w:space="0" w:color="FFFFFF" w:themeColor="background1"/>
        </w:tcBorders>
        <w:shd w:val="clear" w:color="auto" w:fill="F79646" w:themeFill="accent6"/>
      </w:tcPr>
    </w:tblStylePr>
    <w:tblStylePr w:type="lastRow">
      <w:rPr>
        <w:b/>
        <w:bCs/>
        <w:i w:val="0"/>
        <w:iCs w:val="0"/>
        <w:color w:val="FFFFFF" w:themeColor="background1"/>
      </w:rPr>
      <w:tblPr/>
      <w:tcPr>
        <w:tcBorders>
          <w:top w:val="single" w:sz="24" w:space="0" w:color="FFFFFF" w:themeColor="background1"/>
          <w:left w:val="single" w:sz="8" w:space="0" w:color="FFFFFF" w:themeColor="background1"/>
          <w:bottom w:val="single" w:sz="8" w:space="0" w:color="FFFFFF" w:themeColor="background1"/>
          <w:right w:val="single" w:sz="8" w:space="0" w:color="FFFFFF" w:themeColor="background1"/>
          <w:insideH w:val="nil"/>
          <w:insideV w:val="single" w:sz="8" w:space="0" w:color="FFFFFF" w:themeColor="background1"/>
        </w:tcBorders>
        <w:shd w:val="clear" w:color="auto" w:fill="F79646" w:themeFill="accent6"/>
      </w:tcPr>
    </w:tblStylePr>
    <w:tblStylePr w:type="firstCol">
      <w:rPr>
        <w:b/>
        <w:bCs/>
        <w:i w:val="0"/>
        <w:iCs w:val="0"/>
        <w:color w:val="FFFFFF" w:themeColor="background1"/>
      </w:rPr>
      <w:tblPr/>
      <w:tcPr>
        <w:tcBorders>
          <w:left w:val="single" w:sz="8" w:space="0" w:color="FFFFFF" w:themeColor="background1"/>
          <w:right w:val="single" w:sz="24" w:space="0" w:color="FFFFFF" w:themeColor="background1"/>
          <w:insideH w:val="nil"/>
          <w:insideV w:val="nil"/>
        </w:tcBorders>
        <w:shd w:val="clear" w:color="auto" w:fill="F79646" w:themeFill="accent6"/>
      </w:tcPr>
    </w:tblStylePr>
    <w:tblStylePr w:type="lastCol">
      <w:rPr>
        <w:b/>
        <w:bCs/>
        <w:i w:val="0"/>
        <w:iCs w:val="0"/>
        <w:color w:val="FFFFFF" w:themeColor="background1"/>
      </w:rPr>
      <w:tblPr/>
      <w:tcPr>
        <w:tcBorders>
          <w:top w:val="nil"/>
          <w:left w:val="single" w:sz="24" w:space="0" w:color="FFFFFF" w:themeColor="background1"/>
          <w:bottom w:val="nil"/>
          <w:right w:val="nil"/>
          <w:insideH w:val="nil"/>
          <w:insideV w:val="nil"/>
        </w:tcBorders>
        <w:shd w:val="clear" w:color="auto" w:fill="F79646" w:themeFill="accent6"/>
      </w:tcPr>
    </w:tblStylePr>
    <w:tblStylePr w:type="band1Vert">
      <w:tblPr/>
      <w:tcPr>
        <w:tc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nil"/>
          <w:insideV w:val="nil"/>
        </w:tcBorders>
        <w:shd w:val="clear" w:color="auto" w:fill="FBCAA2" w:themeFill="accent6" w:themeFillTint="7F"/>
      </w:tcPr>
    </w:tblStylePr>
    <w:tblStylePr w:type="band1Horz">
      <w:tblPr/>
      <w:tcPr>
        <w:tc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single" w:sz="8" w:space="0" w:color="FFFFFF" w:themeColor="background1"/>
          <w:insideV w:val="single" w:sz="8" w:space="0" w:color="FFFFFF" w:themeColor="background1"/>
        </w:tcBorders>
        <w:shd w:val="clear" w:color="auto" w:fill="FBCAA2" w:themeFill="accent6" w:themeFillTint="7F"/>
      </w:tcPr>
    </w:tblStylePr>
  </w:style>
  <w:style w:type="table" w:styleId="DarkList">
    <w:name w:val="Dark List"/>
    <w:basedOn w:val="TableNormal"/>
    <w:uiPriority w:val="70"/>
    <w:rsid w:val="00CB0664"/>
    <w:pPr>
      <w:spacing w:after="0" w:line="240" w:lineRule="auto"/>
    </w:pPr>
    <w:rPr>
      <w:color w:val="FFFFFF" w:themeColor="background1"/>
    </w:rPr>
    <w:tblPr>
      <w:tblStyleRowBandSize w:val="1"/>
      <w:tblStyleColBandSize w:val="1"/>
      <w:tblInd w:w="0" w:type="dxa"/>
      <w:tblCellMar>
        <w:top w:w="0" w:type="dxa"/>
        <w:left w:w="108" w:type="dxa"/>
        <w:bottom w:w="0" w:type="dxa"/>
        <w:right w:w="108" w:type="dxa"/>
      </w:tblCellMar>
    </w:tblPr>
    <w:tcPr>
      <w:shd w:val="clear" w:color="auto" w:fill="000000" w:themeFill="text1"/>
    </w:tcPr>
    <w:tblStylePr w:type="firstRow">
      <w:rPr>
        <w:b/>
        <w:bCs/>
      </w:rPr>
      <w:tblPr/>
      <w:tcPr>
        <w:tcBorders>
          <w:top w:val="nil"/>
          <w:left w:val="nil"/>
          <w:bottom w:val="single" w:sz="18" w:space="0" w:color="FFFFFF" w:themeColor="background1"/>
          <w:right w:val="nil"/>
          <w:insideH w:val="nil"/>
          <w:insideV w:val="nil"/>
        </w:tcBorders>
        <w:shd w:val="clear" w:color="auto" w:fill="000000" w:themeFill="text1"/>
      </w:tcPr>
    </w:tblStylePr>
    <w:tblStylePr w:type="lastRow">
      <w:tblPr/>
      <w:tcPr>
        <w:tcBorders>
          <w:top w:val="single" w:sz="18" w:space="0" w:color="FFFFFF" w:themeColor="background1"/>
          <w:left w:val="nil"/>
          <w:bottom w:val="nil"/>
          <w:right w:val="nil"/>
          <w:insideH w:val="nil"/>
          <w:insideV w:val="nil"/>
        </w:tcBorders>
        <w:shd w:val="clear" w:color="auto" w:fill="000000" w:themeFill="text1" w:themeFillShade="7F"/>
      </w:tcPr>
    </w:tblStylePr>
    <w:tblStylePr w:type="firstCol">
      <w:tblPr/>
      <w:tcPr>
        <w:tcBorders>
          <w:top w:val="nil"/>
          <w:left w:val="nil"/>
          <w:bottom w:val="nil"/>
          <w:right w:val="single" w:sz="18" w:space="0" w:color="FFFFFF" w:themeColor="background1"/>
          <w:insideH w:val="nil"/>
          <w:insideV w:val="nil"/>
        </w:tcBorders>
        <w:shd w:val="clear" w:color="auto" w:fill="000000" w:themeFill="text1" w:themeFillShade="BF"/>
      </w:tcPr>
    </w:tblStylePr>
    <w:tblStylePr w:type="lastCol">
      <w:tblPr/>
      <w:tcPr>
        <w:tcBorders>
          <w:top w:val="nil"/>
          <w:left w:val="single" w:sz="18" w:space="0" w:color="FFFFFF" w:themeColor="background1"/>
          <w:bottom w:val="nil"/>
          <w:right w:val="nil"/>
          <w:insideH w:val="nil"/>
          <w:insideV w:val="nil"/>
        </w:tcBorders>
        <w:shd w:val="clear" w:color="auto" w:fill="000000" w:themeFill="text1" w:themeFillShade="BF"/>
      </w:tcPr>
    </w:tblStylePr>
    <w:tblStylePr w:type="band1Vert">
      <w:tblPr/>
      <w:tcPr>
        <w:tcBorders>
          <w:top w:val="nil"/>
          <w:left w:val="nil"/>
          <w:bottom w:val="nil"/>
          <w:right w:val="nil"/>
          <w:insideH w:val="nil"/>
          <w:insideV w:val="nil"/>
        </w:tcBorders>
        <w:shd w:val="clear" w:color="auto" w:fill="000000" w:themeFill="text1" w:themeFillShade="BF"/>
      </w:tcPr>
    </w:tblStylePr>
    <w:tblStylePr w:type="band1Horz">
      <w:tblPr/>
      <w:tcPr>
        <w:tcBorders>
          <w:top w:val="nil"/>
          <w:left w:val="nil"/>
          <w:bottom w:val="nil"/>
          <w:right w:val="nil"/>
          <w:insideH w:val="nil"/>
          <w:insideV w:val="nil"/>
        </w:tcBorders>
        <w:shd w:val="clear" w:color="auto" w:fill="000000" w:themeFill="text1" w:themeFillShade="BF"/>
      </w:tcPr>
    </w:tblStylePr>
  </w:style>
  <w:style w:type="table" w:styleId="DarkList-Accent1">
    <w:name w:val="Dark List Accent 1"/>
    <w:basedOn w:val="TableNormal"/>
    <w:uiPriority w:val="70"/>
    <w:rsid w:val="00CB0664"/>
    <w:pPr>
      <w:spacing w:after="0" w:line="240" w:lineRule="auto"/>
    </w:pPr>
    <w:rPr>
      <w:color w:val="FFFFFF" w:themeColor="background1"/>
    </w:rPr>
    <w:tblPr>
      <w:tblStyleRowBandSize w:val="1"/>
      <w:tblStyleColBandSize w:val="1"/>
      <w:tblInd w:w="0" w:type="dxa"/>
      <w:tblCellMar>
        <w:top w:w="0" w:type="dxa"/>
        <w:left w:w="108" w:type="dxa"/>
        <w:bottom w:w="0" w:type="dxa"/>
        <w:right w:w="108" w:type="dxa"/>
      </w:tblCellMar>
    </w:tblPr>
    <w:tcPr>
      <w:shd w:val="clear" w:color="auto" w:fill="4F81BD" w:themeFill="accent1"/>
    </w:tcPr>
    <w:tblStylePr w:type="firstRow">
      <w:rPr>
        <w:b/>
        <w:bCs/>
      </w:rPr>
      <w:tblPr/>
      <w:tcPr>
        <w:tcBorders>
          <w:top w:val="nil"/>
          <w:left w:val="nil"/>
          <w:bottom w:val="single" w:sz="18" w:space="0" w:color="FFFFFF" w:themeColor="background1"/>
          <w:right w:val="nil"/>
          <w:insideH w:val="nil"/>
          <w:insideV w:val="nil"/>
        </w:tcBorders>
        <w:shd w:val="clear" w:color="auto" w:fill="000000" w:themeFill="text1"/>
      </w:tcPr>
    </w:tblStylePr>
    <w:tblStylePr w:type="lastRow">
      <w:tblPr/>
      <w:tcPr>
        <w:tcBorders>
          <w:top w:val="single" w:sz="18" w:space="0" w:color="FFFFFF" w:themeColor="background1"/>
          <w:left w:val="nil"/>
          <w:bottom w:val="nil"/>
          <w:right w:val="nil"/>
          <w:insideH w:val="nil"/>
          <w:insideV w:val="nil"/>
        </w:tcBorders>
        <w:shd w:val="clear" w:color="auto" w:fill="243F60" w:themeFill="accent1" w:themeFillShade="7F"/>
      </w:tcPr>
    </w:tblStylePr>
    <w:tblStylePr w:type="firstCol">
      <w:tblPr/>
      <w:tcPr>
        <w:tcBorders>
          <w:top w:val="nil"/>
          <w:left w:val="nil"/>
          <w:bottom w:val="nil"/>
          <w:right w:val="single" w:sz="18" w:space="0" w:color="FFFFFF" w:themeColor="background1"/>
          <w:insideH w:val="nil"/>
          <w:insideV w:val="nil"/>
        </w:tcBorders>
        <w:shd w:val="clear" w:color="auto" w:fill="365F91" w:themeFill="accent1" w:themeFillShade="BF"/>
      </w:tcPr>
    </w:tblStylePr>
    <w:tblStylePr w:type="lastCol">
      <w:tblPr/>
      <w:tcPr>
        <w:tcBorders>
          <w:top w:val="nil"/>
          <w:left w:val="single" w:sz="18" w:space="0" w:color="FFFFFF" w:themeColor="background1"/>
          <w:bottom w:val="nil"/>
          <w:right w:val="nil"/>
          <w:insideH w:val="nil"/>
          <w:insideV w:val="nil"/>
        </w:tcBorders>
        <w:shd w:val="clear" w:color="auto" w:fill="365F91" w:themeFill="accent1" w:themeFillShade="BF"/>
      </w:tcPr>
    </w:tblStylePr>
    <w:tblStylePr w:type="band1Vert">
      <w:tblPr/>
      <w:tcPr>
        <w:tcBorders>
          <w:top w:val="nil"/>
          <w:left w:val="nil"/>
          <w:bottom w:val="nil"/>
          <w:right w:val="nil"/>
          <w:insideH w:val="nil"/>
          <w:insideV w:val="nil"/>
        </w:tcBorders>
        <w:shd w:val="clear" w:color="auto" w:fill="365F91" w:themeFill="accent1" w:themeFillShade="BF"/>
      </w:tcPr>
    </w:tblStylePr>
    <w:tblStylePr w:type="band1Horz">
      <w:tblPr/>
      <w:tcPr>
        <w:tcBorders>
          <w:top w:val="nil"/>
          <w:left w:val="nil"/>
          <w:bottom w:val="nil"/>
          <w:right w:val="nil"/>
          <w:insideH w:val="nil"/>
          <w:insideV w:val="nil"/>
        </w:tcBorders>
        <w:shd w:val="clear" w:color="auto" w:fill="365F91" w:themeFill="accent1" w:themeFillShade="BF"/>
      </w:tcPr>
    </w:tblStylePr>
  </w:style>
  <w:style w:type="table" w:styleId="DarkList-Accent2">
    <w:name w:val="Dark List Accent 2"/>
    <w:basedOn w:val="TableNormal"/>
    <w:uiPriority w:val="70"/>
    <w:rsid w:val="00CB0664"/>
    <w:pPr>
      <w:spacing w:after="0" w:line="240" w:lineRule="auto"/>
    </w:pPr>
    <w:rPr>
      <w:color w:val="FFFFFF" w:themeColor="background1"/>
    </w:rPr>
    <w:tblPr>
      <w:tblStyleRowBandSize w:val="1"/>
      <w:tblStyleColBandSize w:val="1"/>
      <w:tblInd w:w="0" w:type="dxa"/>
      <w:tblCellMar>
        <w:top w:w="0" w:type="dxa"/>
        <w:left w:w="108" w:type="dxa"/>
        <w:bottom w:w="0" w:type="dxa"/>
        <w:right w:w="108" w:type="dxa"/>
      </w:tblCellMar>
    </w:tblPr>
    <w:tcPr>
      <w:shd w:val="clear" w:color="auto" w:fill="C0504D" w:themeFill="accent2"/>
    </w:tcPr>
    <w:tblStylePr w:type="firstRow">
      <w:rPr>
        <w:b/>
        <w:bCs/>
      </w:rPr>
      <w:tblPr/>
      <w:tcPr>
        <w:tcBorders>
          <w:top w:val="nil"/>
          <w:left w:val="nil"/>
          <w:bottom w:val="single" w:sz="18" w:space="0" w:color="FFFFFF" w:themeColor="background1"/>
          <w:right w:val="nil"/>
          <w:insideH w:val="nil"/>
          <w:insideV w:val="nil"/>
        </w:tcBorders>
        <w:shd w:val="clear" w:color="auto" w:fill="000000" w:themeFill="text1"/>
      </w:tcPr>
    </w:tblStylePr>
    <w:tblStylePr w:type="lastRow">
      <w:tblPr/>
      <w:tcPr>
        <w:tcBorders>
          <w:top w:val="single" w:sz="18" w:space="0" w:color="FFFFFF" w:themeColor="background1"/>
          <w:left w:val="nil"/>
          <w:bottom w:val="nil"/>
          <w:right w:val="nil"/>
          <w:insideH w:val="nil"/>
          <w:insideV w:val="nil"/>
        </w:tcBorders>
        <w:shd w:val="clear" w:color="auto" w:fill="622423" w:themeFill="accent2" w:themeFillShade="7F"/>
      </w:tcPr>
    </w:tblStylePr>
    <w:tblStylePr w:type="firstCol">
      <w:tblPr/>
      <w:tcPr>
        <w:tcBorders>
          <w:top w:val="nil"/>
          <w:left w:val="nil"/>
          <w:bottom w:val="nil"/>
          <w:right w:val="single" w:sz="18" w:space="0" w:color="FFFFFF" w:themeColor="background1"/>
          <w:insideH w:val="nil"/>
          <w:insideV w:val="nil"/>
        </w:tcBorders>
        <w:shd w:val="clear" w:color="auto" w:fill="943634" w:themeFill="accent2" w:themeFillShade="BF"/>
      </w:tcPr>
    </w:tblStylePr>
    <w:tblStylePr w:type="lastCol">
      <w:tblPr/>
      <w:tcPr>
        <w:tcBorders>
          <w:top w:val="nil"/>
          <w:left w:val="single" w:sz="18" w:space="0" w:color="FFFFFF" w:themeColor="background1"/>
          <w:bottom w:val="nil"/>
          <w:right w:val="nil"/>
          <w:insideH w:val="nil"/>
          <w:insideV w:val="nil"/>
        </w:tcBorders>
        <w:shd w:val="clear" w:color="auto" w:fill="943634" w:themeFill="accent2" w:themeFillShade="BF"/>
      </w:tcPr>
    </w:tblStylePr>
    <w:tblStylePr w:type="band1Vert">
      <w:tblPr/>
      <w:tcPr>
        <w:tcBorders>
          <w:top w:val="nil"/>
          <w:left w:val="nil"/>
          <w:bottom w:val="nil"/>
          <w:right w:val="nil"/>
          <w:insideH w:val="nil"/>
          <w:insideV w:val="nil"/>
        </w:tcBorders>
        <w:shd w:val="clear" w:color="auto" w:fill="943634" w:themeFill="accent2" w:themeFillShade="BF"/>
      </w:tcPr>
    </w:tblStylePr>
    <w:tblStylePr w:type="band1Horz">
      <w:tblPr/>
      <w:tcPr>
        <w:tcBorders>
          <w:top w:val="nil"/>
          <w:left w:val="nil"/>
          <w:bottom w:val="nil"/>
          <w:right w:val="nil"/>
          <w:insideH w:val="nil"/>
          <w:insideV w:val="nil"/>
        </w:tcBorders>
        <w:shd w:val="clear" w:color="auto" w:fill="943634" w:themeFill="accent2" w:themeFillShade="BF"/>
      </w:tcPr>
    </w:tblStylePr>
  </w:style>
  <w:style w:type="table" w:styleId="DarkList-Accent3">
    <w:name w:val="Dark List Accent 3"/>
    <w:basedOn w:val="TableNormal"/>
    <w:uiPriority w:val="70"/>
    <w:rsid w:val="00CB0664"/>
    <w:pPr>
      <w:spacing w:after="0" w:line="240" w:lineRule="auto"/>
    </w:pPr>
    <w:rPr>
      <w:color w:val="FFFFFF" w:themeColor="background1"/>
    </w:rPr>
    <w:tblPr>
      <w:tblStyleRowBandSize w:val="1"/>
      <w:tblStyleColBandSize w:val="1"/>
      <w:tblInd w:w="0" w:type="dxa"/>
      <w:tblCellMar>
        <w:top w:w="0" w:type="dxa"/>
        <w:left w:w="108" w:type="dxa"/>
        <w:bottom w:w="0" w:type="dxa"/>
        <w:right w:w="108" w:type="dxa"/>
      </w:tblCellMar>
    </w:tblPr>
    <w:tcPr>
      <w:shd w:val="clear" w:color="auto" w:fill="9BBB59" w:themeFill="accent3"/>
    </w:tcPr>
    <w:tblStylePr w:type="firstRow">
      <w:rPr>
        <w:b/>
        <w:bCs/>
      </w:rPr>
      <w:tblPr/>
      <w:tcPr>
        <w:tcBorders>
          <w:top w:val="nil"/>
          <w:left w:val="nil"/>
          <w:bottom w:val="single" w:sz="18" w:space="0" w:color="FFFFFF" w:themeColor="background1"/>
          <w:right w:val="nil"/>
          <w:insideH w:val="nil"/>
          <w:insideV w:val="nil"/>
        </w:tcBorders>
        <w:shd w:val="clear" w:color="auto" w:fill="000000" w:themeFill="text1"/>
      </w:tcPr>
    </w:tblStylePr>
    <w:tblStylePr w:type="lastRow">
      <w:tblPr/>
      <w:tcPr>
        <w:tcBorders>
          <w:top w:val="single" w:sz="18" w:space="0" w:color="FFFFFF" w:themeColor="background1"/>
          <w:left w:val="nil"/>
          <w:bottom w:val="nil"/>
          <w:right w:val="nil"/>
          <w:insideH w:val="nil"/>
          <w:insideV w:val="nil"/>
        </w:tcBorders>
        <w:shd w:val="clear" w:color="auto" w:fill="4E6128" w:themeFill="accent3" w:themeFillShade="7F"/>
      </w:tcPr>
    </w:tblStylePr>
    <w:tblStylePr w:type="firstCol">
      <w:tblPr/>
      <w:tcPr>
        <w:tcBorders>
          <w:top w:val="nil"/>
          <w:left w:val="nil"/>
          <w:bottom w:val="nil"/>
          <w:right w:val="single" w:sz="18" w:space="0" w:color="FFFFFF" w:themeColor="background1"/>
          <w:insideH w:val="nil"/>
          <w:insideV w:val="nil"/>
        </w:tcBorders>
        <w:shd w:val="clear" w:color="auto" w:fill="76923C" w:themeFill="accent3" w:themeFillShade="BF"/>
      </w:tcPr>
    </w:tblStylePr>
    <w:tblStylePr w:type="lastCol">
      <w:tblPr/>
      <w:tcPr>
        <w:tcBorders>
          <w:top w:val="nil"/>
          <w:left w:val="single" w:sz="18" w:space="0" w:color="FFFFFF" w:themeColor="background1"/>
          <w:bottom w:val="nil"/>
          <w:right w:val="nil"/>
          <w:insideH w:val="nil"/>
          <w:insideV w:val="nil"/>
        </w:tcBorders>
        <w:shd w:val="clear" w:color="auto" w:fill="76923C" w:themeFill="accent3" w:themeFillShade="BF"/>
      </w:tcPr>
    </w:tblStylePr>
    <w:tblStylePr w:type="band1Vert">
      <w:tblPr/>
      <w:tcPr>
        <w:tcBorders>
          <w:top w:val="nil"/>
          <w:left w:val="nil"/>
          <w:bottom w:val="nil"/>
          <w:right w:val="nil"/>
          <w:insideH w:val="nil"/>
          <w:insideV w:val="nil"/>
        </w:tcBorders>
        <w:shd w:val="clear" w:color="auto" w:fill="76923C" w:themeFill="accent3" w:themeFillShade="BF"/>
      </w:tcPr>
    </w:tblStylePr>
    <w:tblStylePr w:type="band1Horz">
      <w:tblPr/>
      <w:tcPr>
        <w:tcBorders>
          <w:top w:val="nil"/>
          <w:left w:val="nil"/>
          <w:bottom w:val="nil"/>
          <w:right w:val="nil"/>
          <w:insideH w:val="nil"/>
          <w:insideV w:val="nil"/>
        </w:tcBorders>
        <w:shd w:val="clear" w:color="auto" w:fill="76923C" w:themeFill="accent3" w:themeFillShade="BF"/>
      </w:tcPr>
    </w:tblStylePr>
  </w:style>
  <w:style w:type="table" w:styleId="DarkList-Accent4">
    <w:name w:val="Dark List Accent 4"/>
    <w:basedOn w:val="TableNormal"/>
    <w:uiPriority w:val="70"/>
    <w:rsid w:val="00CB0664"/>
    <w:pPr>
      <w:spacing w:after="0" w:line="240" w:lineRule="auto"/>
    </w:pPr>
    <w:rPr>
      <w:color w:val="FFFFFF" w:themeColor="background1"/>
    </w:rPr>
    <w:tblPr>
      <w:tblStyleRowBandSize w:val="1"/>
      <w:tblStyleColBandSize w:val="1"/>
      <w:tblInd w:w="0" w:type="dxa"/>
      <w:tblCellMar>
        <w:top w:w="0" w:type="dxa"/>
        <w:left w:w="108" w:type="dxa"/>
        <w:bottom w:w="0" w:type="dxa"/>
        <w:right w:w="108" w:type="dxa"/>
      </w:tblCellMar>
    </w:tblPr>
    <w:tcPr>
      <w:shd w:val="clear" w:color="auto" w:fill="8064A2" w:themeFill="accent4"/>
    </w:tcPr>
    <w:tblStylePr w:type="firstRow">
      <w:rPr>
        <w:b/>
        <w:bCs/>
      </w:rPr>
      <w:tblPr/>
      <w:tcPr>
        <w:tcBorders>
          <w:top w:val="nil"/>
          <w:left w:val="nil"/>
          <w:bottom w:val="single" w:sz="18" w:space="0" w:color="FFFFFF" w:themeColor="background1"/>
          <w:right w:val="nil"/>
          <w:insideH w:val="nil"/>
          <w:insideV w:val="nil"/>
        </w:tcBorders>
        <w:shd w:val="clear" w:color="auto" w:fill="000000" w:themeFill="text1"/>
      </w:tcPr>
    </w:tblStylePr>
    <w:tblStylePr w:type="lastRow">
      <w:tblPr/>
      <w:tcPr>
        <w:tcBorders>
          <w:top w:val="single" w:sz="18" w:space="0" w:color="FFFFFF" w:themeColor="background1"/>
          <w:left w:val="nil"/>
          <w:bottom w:val="nil"/>
          <w:right w:val="nil"/>
          <w:insideH w:val="nil"/>
          <w:insideV w:val="nil"/>
        </w:tcBorders>
        <w:shd w:val="clear" w:color="auto" w:fill="3F3151" w:themeFill="accent4" w:themeFillShade="7F"/>
      </w:tcPr>
    </w:tblStylePr>
    <w:tblStylePr w:type="firstCol">
      <w:tblPr/>
      <w:tcPr>
        <w:tcBorders>
          <w:top w:val="nil"/>
          <w:left w:val="nil"/>
          <w:bottom w:val="nil"/>
          <w:right w:val="single" w:sz="18" w:space="0" w:color="FFFFFF" w:themeColor="background1"/>
          <w:insideH w:val="nil"/>
          <w:insideV w:val="nil"/>
        </w:tcBorders>
        <w:shd w:val="clear" w:color="auto" w:fill="5F497A" w:themeFill="accent4" w:themeFillShade="BF"/>
      </w:tcPr>
    </w:tblStylePr>
    <w:tblStylePr w:type="lastCol">
      <w:tblPr/>
      <w:tcPr>
        <w:tcBorders>
          <w:top w:val="nil"/>
          <w:left w:val="single" w:sz="18" w:space="0" w:color="FFFFFF" w:themeColor="background1"/>
          <w:bottom w:val="nil"/>
          <w:right w:val="nil"/>
          <w:insideH w:val="nil"/>
          <w:insideV w:val="nil"/>
        </w:tcBorders>
        <w:shd w:val="clear" w:color="auto" w:fill="5F497A" w:themeFill="accent4" w:themeFillShade="BF"/>
      </w:tcPr>
    </w:tblStylePr>
    <w:tblStylePr w:type="band1Vert">
      <w:tblPr/>
      <w:tcPr>
        <w:tcBorders>
          <w:top w:val="nil"/>
          <w:left w:val="nil"/>
          <w:bottom w:val="nil"/>
          <w:right w:val="nil"/>
          <w:insideH w:val="nil"/>
          <w:insideV w:val="nil"/>
        </w:tcBorders>
        <w:shd w:val="clear" w:color="auto" w:fill="5F497A" w:themeFill="accent4" w:themeFillShade="BF"/>
      </w:tcPr>
    </w:tblStylePr>
    <w:tblStylePr w:type="band1Horz">
      <w:tblPr/>
      <w:tcPr>
        <w:tcBorders>
          <w:top w:val="nil"/>
          <w:left w:val="nil"/>
          <w:bottom w:val="nil"/>
          <w:right w:val="nil"/>
          <w:insideH w:val="nil"/>
          <w:insideV w:val="nil"/>
        </w:tcBorders>
        <w:shd w:val="clear" w:color="auto" w:fill="5F497A" w:themeFill="accent4" w:themeFillShade="BF"/>
      </w:tcPr>
    </w:tblStylePr>
  </w:style>
  <w:style w:type="table" w:styleId="DarkList-Accent5">
    <w:name w:val="Dark List Accent 5"/>
    <w:basedOn w:val="TableNormal"/>
    <w:uiPriority w:val="70"/>
    <w:rsid w:val="00CB0664"/>
    <w:pPr>
      <w:spacing w:after="0" w:line="240" w:lineRule="auto"/>
    </w:pPr>
    <w:rPr>
      <w:color w:val="FFFFFF" w:themeColor="background1"/>
    </w:rPr>
    <w:tblPr>
      <w:tblStyleRowBandSize w:val="1"/>
      <w:tblStyleColBandSize w:val="1"/>
      <w:tblInd w:w="0" w:type="dxa"/>
      <w:tblCellMar>
        <w:top w:w="0" w:type="dxa"/>
        <w:left w:w="108" w:type="dxa"/>
        <w:bottom w:w="0" w:type="dxa"/>
        <w:right w:w="108" w:type="dxa"/>
      </w:tblCellMar>
    </w:tblPr>
    <w:tcPr>
      <w:shd w:val="clear" w:color="auto" w:fill="4BACC6" w:themeFill="accent5"/>
    </w:tcPr>
    <w:tblStylePr w:type="firstRow">
      <w:rPr>
        <w:b/>
        <w:bCs/>
      </w:rPr>
      <w:tblPr/>
      <w:tcPr>
        <w:tcBorders>
          <w:top w:val="nil"/>
          <w:left w:val="nil"/>
          <w:bottom w:val="single" w:sz="18" w:space="0" w:color="FFFFFF" w:themeColor="background1"/>
          <w:right w:val="nil"/>
          <w:insideH w:val="nil"/>
          <w:insideV w:val="nil"/>
        </w:tcBorders>
        <w:shd w:val="clear" w:color="auto" w:fill="000000" w:themeFill="text1"/>
      </w:tcPr>
    </w:tblStylePr>
    <w:tblStylePr w:type="lastRow">
      <w:tblPr/>
      <w:tcPr>
        <w:tcBorders>
          <w:top w:val="single" w:sz="18" w:space="0" w:color="FFFFFF" w:themeColor="background1"/>
          <w:left w:val="nil"/>
          <w:bottom w:val="nil"/>
          <w:right w:val="nil"/>
          <w:insideH w:val="nil"/>
          <w:insideV w:val="nil"/>
        </w:tcBorders>
        <w:shd w:val="clear" w:color="auto" w:fill="205867" w:themeFill="accent5" w:themeFillShade="7F"/>
      </w:tcPr>
    </w:tblStylePr>
    <w:tblStylePr w:type="firstCol">
      <w:tblPr/>
      <w:tcPr>
        <w:tcBorders>
          <w:top w:val="nil"/>
          <w:left w:val="nil"/>
          <w:bottom w:val="nil"/>
          <w:right w:val="single" w:sz="18" w:space="0" w:color="FFFFFF" w:themeColor="background1"/>
          <w:insideH w:val="nil"/>
          <w:insideV w:val="nil"/>
        </w:tcBorders>
        <w:shd w:val="clear" w:color="auto" w:fill="31849B" w:themeFill="accent5" w:themeFillShade="BF"/>
      </w:tcPr>
    </w:tblStylePr>
    <w:tblStylePr w:type="lastCol">
      <w:tblPr/>
      <w:tcPr>
        <w:tcBorders>
          <w:top w:val="nil"/>
          <w:left w:val="single" w:sz="18" w:space="0" w:color="FFFFFF" w:themeColor="background1"/>
          <w:bottom w:val="nil"/>
          <w:right w:val="nil"/>
          <w:insideH w:val="nil"/>
          <w:insideV w:val="nil"/>
        </w:tcBorders>
        <w:shd w:val="clear" w:color="auto" w:fill="31849B" w:themeFill="accent5" w:themeFillShade="BF"/>
      </w:tcPr>
    </w:tblStylePr>
    <w:tblStylePr w:type="band1Vert">
      <w:tblPr/>
      <w:tcPr>
        <w:tcBorders>
          <w:top w:val="nil"/>
          <w:left w:val="nil"/>
          <w:bottom w:val="nil"/>
          <w:right w:val="nil"/>
          <w:insideH w:val="nil"/>
          <w:insideV w:val="nil"/>
        </w:tcBorders>
        <w:shd w:val="clear" w:color="auto" w:fill="31849B" w:themeFill="accent5" w:themeFillShade="BF"/>
      </w:tcPr>
    </w:tblStylePr>
    <w:tblStylePr w:type="band1Horz">
      <w:tblPr/>
      <w:tcPr>
        <w:tcBorders>
          <w:top w:val="nil"/>
          <w:left w:val="nil"/>
          <w:bottom w:val="nil"/>
          <w:right w:val="nil"/>
          <w:insideH w:val="nil"/>
          <w:insideV w:val="nil"/>
        </w:tcBorders>
        <w:shd w:val="clear" w:color="auto" w:fill="31849B" w:themeFill="accent5" w:themeFillShade="BF"/>
      </w:tcPr>
    </w:tblStylePr>
  </w:style>
  <w:style w:type="table" w:styleId="DarkList-Accent6">
    <w:name w:val="Dark List Accent 6"/>
    <w:basedOn w:val="TableNormal"/>
    <w:uiPriority w:val="70"/>
    <w:rsid w:val="00CB0664"/>
    <w:pPr>
      <w:spacing w:after="0" w:line="240" w:lineRule="auto"/>
    </w:pPr>
    <w:rPr>
      <w:color w:val="FFFFFF" w:themeColor="background1"/>
    </w:rPr>
    <w:tblPr>
      <w:tblStyleRowBandSize w:val="1"/>
      <w:tblStyleColBandSize w:val="1"/>
      <w:tblInd w:w="0" w:type="dxa"/>
      <w:tblCellMar>
        <w:top w:w="0" w:type="dxa"/>
        <w:left w:w="108" w:type="dxa"/>
        <w:bottom w:w="0" w:type="dxa"/>
        <w:right w:w="108" w:type="dxa"/>
      </w:tblCellMar>
    </w:tblPr>
    <w:tcPr>
      <w:shd w:val="clear" w:color="auto" w:fill="F79646" w:themeFill="accent6"/>
    </w:tcPr>
    <w:tblStylePr w:type="firstRow">
      <w:rPr>
        <w:b/>
        <w:bCs/>
      </w:rPr>
      <w:tblPr/>
      <w:tcPr>
        <w:tcBorders>
          <w:top w:val="nil"/>
          <w:left w:val="nil"/>
          <w:bottom w:val="single" w:sz="18" w:space="0" w:color="FFFFFF" w:themeColor="background1"/>
          <w:right w:val="nil"/>
          <w:insideH w:val="nil"/>
          <w:insideV w:val="nil"/>
        </w:tcBorders>
        <w:shd w:val="clear" w:color="auto" w:fill="000000" w:themeFill="text1"/>
      </w:tcPr>
    </w:tblStylePr>
    <w:tblStylePr w:type="lastRow">
      <w:tblPr/>
      <w:tcPr>
        <w:tcBorders>
          <w:top w:val="single" w:sz="18" w:space="0" w:color="FFFFFF" w:themeColor="background1"/>
          <w:left w:val="nil"/>
          <w:bottom w:val="nil"/>
          <w:right w:val="nil"/>
          <w:insideH w:val="nil"/>
          <w:insideV w:val="nil"/>
        </w:tcBorders>
        <w:shd w:val="clear" w:color="auto" w:fill="974706" w:themeFill="accent6" w:themeFillShade="7F"/>
      </w:tcPr>
    </w:tblStylePr>
    <w:tblStylePr w:type="firstCol">
      <w:tblPr/>
      <w:tcPr>
        <w:tcBorders>
          <w:top w:val="nil"/>
          <w:left w:val="nil"/>
          <w:bottom w:val="nil"/>
          <w:right w:val="single" w:sz="18" w:space="0" w:color="FFFFFF" w:themeColor="background1"/>
          <w:insideH w:val="nil"/>
          <w:insideV w:val="nil"/>
        </w:tcBorders>
        <w:shd w:val="clear" w:color="auto" w:fill="E36C0A" w:themeFill="accent6" w:themeFillShade="BF"/>
      </w:tcPr>
    </w:tblStylePr>
    <w:tblStylePr w:type="lastCol">
      <w:tblPr/>
      <w:tcPr>
        <w:tcBorders>
          <w:top w:val="nil"/>
          <w:left w:val="single" w:sz="18" w:space="0" w:color="FFFFFF" w:themeColor="background1"/>
          <w:bottom w:val="nil"/>
          <w:right w:val="nil"/>
          <w:insideH w:val="nil"/>
          <w:insideV w:val="nil"/>
        </w:tcBorders>
        <w:shd w:val="clear" w:color="auto" w:fill="E36C0A" w:themeFill="accent6" w:themeFillShade="BF"/>
      </w:tcPr>
    </w:tblStylePr>
    <w:tblStylePr w:type="band1Vert">
      <w:tblPr/>
      <w:tcPr>
        <w:tcBorders>
          <w:top w:val="nil"/>
          <w:left w:val="nil"/>
          <w:bottom w:val="nil"/>
          <w:right w:val="nil"/>
          <w:insideH w:val="nil"/>
          <w:insideV w:val="nil"/>
        </w:tcBorders>
        <w:shd w:val="clear" w:color="auto" w:fill="E36C0A" w:themeFill="accent6" w:themeFillShade="BF"/>
      </w:tcPr>
    </w:tblStylePr>
    <w:tblStylePr w:type="band1Horz">
      <w:tblPr/>
      <w:tcPr>
        <w:tcBorders>
          <w:top w:val="nil"/>
          <w:left w:val="nil"/>
          <w:bottom w:val="nil"/>
          <w:right w:val="nil"/>
          <w:insideH w:val="nil"/>
          <w:insideV w:val="nil"/>
        </w:tcBorders>
        <w:shd w:val="clear" w:color="auto" w:fill="E36C0A" w:themeFill="accent6" w:themeFillShade="BF"/>
      </w:tcPr>
    </w:tblStylePr>
  </w:style>
  <w:style w:type="table" w:styleId="ColorfulShading">
    <w:name w:val="Colorful Shading"/>
    <w:basedOn w:val="TableNormal"/>
    <w:uiPriority w:val="71"/>
    <w:rsid w:val="00CB0664"/>
    <w:pPr>
      <w:spacing w:after="0" w:line="240" w:lineRule="auto"/>
    </w:pPr>
    <w:rPr>
      <w:color w:val="000000" w:themeColor="text1"/>
    </w:rPr>
    <w:tblPr>
      <w:tblStyleRowBandSize w:val="1"/>
      <w:tblStyleColBandSize w:val="1"/>
      <w:tblInd w:w="0" w:type="dxa"/>
      <w:tblBorders>
        <w:top w:val="single" w:sz="24" w:space="0" w:color="C0504D" w:themeColor="accent2"/>
        <w:left w:val="single" w:sz="4" w:space="0" w:color="000000" w:themeColor="text1"/>
        <w:bottom w:val="single" w:sz="4" w:space="0" w:color="000000" w:themeColor="text1"/>
        <w:right w:val="single" w:sz="4" w:space="0" w:color="000000" w:themeColor="text1"/>
        <w:insideH w:val="single" w:sz="4" w:space="0" w:color="FFFFFF" w:themeColor="background1"/>
        <w:insideV w:val="single" w:sz="4" w:space="0" w:color="FFFFFF" w:themeColor="background1"/>
      </w:tblBorders>
      <w:tblCellMar>
        <w:top w:w="0" w:type="dxa"/>
        <w:left w:w="108" w:type="dxa"/>
        <w:bottom w:w="0" w:type="dxa"/>
        <w:right w:w="108" w:type="dxa"/>
      </w:tblCellMar>
    </w:tblPr>
    <w:tcPr>
      <w:shd w:val="clear" w:color="auto" w:fill="E6E6E6" w:themeFill="text1" w:themeFillTint="19"/>
    </w:tcPr>
    <w:tblStylePr w:type="firstRow">
      <w:rPr>
        <w:b/>
        <w:bCs/>
      </w:rPr>
      <w:tblPr/>
      <w:tcPr>
        <w:tcBorders>
          <w:top w:val="nil"/>
          <w:left w:val="nil"/>
          <w:bottom w:val="single" w:sz="24" w:space="0" w:color="C0504D" w:themeColor="accent2"/>
          <w:right w:val="nil"/>
          <w:insideH w:val="nil"/>
          <w:insideV w:val="nil"/>
        </w:tcBorders>
        <w:shd w:val="clear" w:color="auto" w:fill="FFFFFF" w:themeFill="background1"/>
      </w:tcPr>
    </w:tblStylePr>
    <w:tblStylePr w:type="lastRow">
      <w:rPr>
        <w:b/>
        <w:bCs/>
        <w:color w:val="FFFFFF" w:themeColor="background1"/>
      </w:rPr>
      <w:tblPr/>
      <w:tcPr>
        <w:tcBorders>
          <w:top w:val="single" w:sz="6" w:space="0" w:color="FFFFFF" w:themeColor="background1"/>
        </w:tcBorders>
        <w:shd w:val="clear" w:color="auto" w:fill="000000" w:themeFill="text1" w:themeFillShade="99"/>
      </w:tcPr>
    </w:tblStylePr>
    <w:tblStylePr w:type="firstCol">
      <w:rPr>
        <w:color w:val="FFFFFF" w:themeColor="background1"/>
      </w:rPr>
      <w:tblPr/>
      <w:tcPr>
        <w:tcBorders>
          <w:top w:val="nil"/>
          <w:left w:val="nil"/>
          <w:bottom w:val="nil"/>
          <w:right w:val="nil"/>
          <w:insideH w:val="single" w:sz="4" w:space="0" w:color="000000" w:themeColor="text1" w:themeShade="99"/>
          <w:insideV w:val="nil"/>
        </w:tcBorders>
        <w:shd w:val="clear" w:color="auto" w:fill="000000" w:themeFill="text1" w:themeFillShade="99"/>
      </w:tcPr>
    </w:tblStylePr>
    <w:tblStylePr w:type="lastCol">
      <w:rPr>
        <w:color w:val="FFFFFF" w:themeColor="background1"/>
      </w:rPr>
      <w:tblPr/>
      <w:tcPr>
        <w:tcBorders>
          <w:top w:val="nil"/>
          <w:left w:val="nil"/>
          <w:bottom w:val="nil"/>
          <w:right w:val="nil"/>
          <w:insideH w:val="nil"/>
          <w:insideV w:val="nil"/>
        </w:tcBorders>
        <w:shd w:val="clear" w:color="auto" w:fill="000000" w:themeFill="text1" w:themeFillShade="BF"/>
      </w:tcPr>
    </w:tblStylePr>
    <w:tblStylePr w:type="band1Vert">
      <w:tblPr/>
      <w:tcPr>
        <w:shd w:val="clear" w:color="auto" w:fill="999999" w:themeFill="text1" w:themeFillTint="66"/>
      </w:tcPr>
    </w:tblStylePr>
    <w:tblStylePr w:type="band1Horz">
      <w:tblPr/>
      <w:tcPr>
        <w:shd w:val="clear" w:color="auto" w:fill="808080" w:themeFill="text1" w:themeFillTint="7F"/>
      </w:tcPr>
    </w:tblStylePr>
    <w:tblStylePr w:type="neCell">
      <w:rPr>
        <w:color w:val="000000" w:themeColor="text1"/>
      </w:rPr>
    </w:tblStylePr>
    <w:tblStylePr w:type="nwCell">
      <w:rPr>
        <w:color w:val="000000" w:themeColor="text1"/>
      </w:rPr>
    </w:tblStylePr>
  </w:style>
  <w:style w:type="table" w:styleId="ColorfulShading-Accent1">
    <w:name w:val="Colorful Shading Accent 1"/>
    <w:basedOn w:val="TableNormal"/>
    <w:uiPriority w:val="71"/>
    <w:rsid w:val="00CB0664"/>
    <w:pPr>
      <w:spacing w:after="0" w:line="240" w:lineRule="auto"/>
    </w:pPr>
    <w:rPr>
      <w:color w:val="000000" w:themeColor="text1"/>
    </w:rPr>
    <w:tblPr>
      <w:tblStyleRowBandSize w:val="1"/>
      <w:tblStyleColBandSize w:val="1"/>
      <w:tblInd w:w="0" w:type="dxa"/>
      <w:tblBorders>
        <w:top w:val="single" w:sz="24" w:space="0" w:color="C0504D" w:themeColor="accent2"/>
        <w:left w:val="single" w:sz="4" w:space="0" w:color="4F81BD" w:themeColor="accent1"/>
        <w:bottom w:val="single" w:sz="4" w:space="0" w:color="4F81BD" w:themeColor="accent1"/>
        <w:right w:val="single" w:sz="4" w:space="0" w:color="4F81BD" w:themeColor="accent1"/>
        <w:insideH w:val="single" w:sz="4" w:space="0" w:color="FFFFFF" w:themeColor="background1"/>
        <w:insideV w:val="single" w:sz="4" w:space="0" w:color="FFFFFF" w:themeColor="background1"/>
      </w:tblBorders>
      <w:tblCellMar>
        <w:top w:w="0" w:type="dxa"/>
        <w:left w:w="108" w:type="dxa"/>
        <w:bottom w:w="0" w:type="dxa"/>
        <w:right w:w="108" w:type="dxa"/>
      </w:tblCellMar>
    </w:tblPr>
    <w:tcPr>
      <w:shd w:val="clear" w:color="auto" w:fill="EDF2F8" w:themeFill="accent1" w:themeFillTint="19"/>
    </w:tcPr>
    <w:tblStylePr w:type="firstRow">
      <w:rPr>
        <w:b/>
        <w:bCs/>
      </w:rPr>
      <w:tblPr/>
      <w:tcPr>
        <w:tcBorders>
          <w:top w:val="nil"/>
          <w:left w:val="nil"/>
          <w:bottom w:val="single" w:sz="24" w:space="0" w:color="C0504D" w:themeColor="accent2"/>
          <w:right w:val="nil"/>
          <w:insideH w:val="nil"/>
          <w:insideV w:val="nil"/>
        </w:tcBorders>
        <w:shd w:val="clear" w:color="auto" w:fill="FFFFFF" w:themeFill="background1"/>
      </w:tcPr>
    </w:tblStylePr>
    <w:tblStylePr w:type="lastRow">
      <w:rPr>
        <w:b/>
        <w:bCs/>
        <w:color w:val="FFFFFF" w:themeColor="background1"/>
      </w:rPr>
      <w:tblPr/>
      <w:tcPr>
        <w:tcBorders>
          <w:top w:val="single" w:sz="6" w:space="0" w:color="FFFFFF" w:themeColor="background1"/>
        </w:tcBorders>
        <w:shd w:val="clear" w:color="auto" w:fill="2C4C74" w:themeFill="accent1" w:themeFillShade="99"/>
      </w:tcPr>
    </w:tblStylePr>
    <w:tblStylePr w:type="firstCol">
      <w:rPr>
        <w:color w:val="FFFFFF" w:themeColor="background1"/>
      </w:rPr>
      <w:tblPr/>
      <w:tcPr>
        <w:tcBorders>
          <w:top w:val="nil"/>
          <w:left w:val="nil"/>
          <w:bottom w:val="nil"/>
          <w:right w:val="nil"/>
          <w:insideH w:val="single" w:sz="4" w:space="0" w:color="2C4C74" w:themeColor="accent1" w:themeShade="99"/>
          <w:insideV w:val="nil"/>
        </w:tcBorders>
        <w:shd w:val="clear" w:color="auto" w:fill="2C4C74" w:themeFill="accent1" w:themeFillShade="99"/>
      </w:tcPr>
    </w:tblStylePr>
    <w:tblStylePr w:type="lastCol">
      <w:rPr>
        <w:color w:val="FFFFFF" w:themeColor="background1"/>
      </w:rPr>
      <w:tblPr/>
      <w:tcPr>
        <w:tcBorders>
          <w:top w:val="nil"/>
          <w:left w:val="nil"/>
          <w:bottom w:val="nil"/>
          <w:right w:val="nil"/>
          <w:insideH w:val="nil"/>
          <w:insideV w:val="nil"/>
        </w:tcBorders>
        <w:shd w:val="clear" w:color="auto" w:fill="2C4C74" w:themeFill="accent1" w:themeFillShade="99"/>
      </w:tcPr>
    </w:tblStylePr>
    <w:tblStylePr w:type="band1Vert">
      <w:tblPr/>
      <w:tcPr>
        <w:shd w:val="clear" w:color="auto" w:fill="B8CCE4" w:themeFill="accent1" w:themeFillTint="66"/>
      </w:tcPr>
    </w:tblStylePr>
    <w:tblStylePr w:type="band1Horz">
      <w:tblPr/>
      <w:tcPr>
        <w:shd w:val="clear" w:color="auto" w:fill="A7BFDE" w:themeFill="accent1" w:themeFillTint="7F"/>
      </w:tcPr>
    </w:tblStylePr>
    <w:tblStylePr w:type="neCell">
      <w:rPr>
        <w:color w:val="000000" w:themeColor="text1"/>
      </w:rPr>
    </w:tblStylePr>
    <w:tblStylePr w:type="nwCell">
      <w:rPr>
        <w:color w:val="000000" w:themeColor="text1"/>
      </w:rPr>
    </w:tblStylePr>
  </w:style>
  <w:style w:type="table" w:styleId="ColorfulShading-Accent2">
    <w:name w:val="Colorful Shading Accent 2"/>
    <w:basedOn w:val="TableNormal"/>
    <w:uiPriority w:val="71"/>
    <w:rsid w:val="00CB0664"/>
    <w:pPr>
      <w:spacing w:after="0" w:line="240" w:lineRule="auto"/>
    </w:pPr>
    <w:rPr>
      <w:color w:val="000000" w:themeColor="text1"/>
    </w:rPr>
    <w:tblPr>
      <w:tblStyleRowBandSize w:val="1"/>
      <w:tblStyleColBandSize w:val="1"/>
      <w:tblInd w:w="0" w:type="dxa"/>
      <w:tblBorders>
        <w:top w:val="single" w:sz="24" w:space="0" w:color="C0504D" w:themeColor="accent2"/>
        <w:left w:val="single" w:sz="4" w:space="0" w:color="C0504D" w:themeColor="accent2"/>
        <w:bottom w:val="single" w:sz="4" w:space="0" w:color="C0504D" w:themeColor="accent2"/>
        <w:right w:val="single" w:sz="4" w:space="0" w:color="C0504D" w:themeColor="accent2"/>
        <w:insideH w:val="single" w:sz="4" w:space="0" w:color="FFFFFF" w:themeColor="background1"/>
        <w:insideV w:val="single" w:sz="4" w:space="0" w:color="FFFFFF" w:themeColor="background1"/>
      </w:tblBorders>
      <w:tblCellMar>
        <w:top w:w="0" w:type="dxa"/>
        <w:left w:w="108" w:type="dxa"/>
        <w:bottom w:w="0" w:type="dxa"/>
        <w:right w:w="108" w:type="dxa"/>
      </w:tblCellMar>
    </w:tblPr>
    <w:tcPr>
      <w:shd w:val="clear" w:color="auto" w:fill="F8EDED" w:themeFill="accent2" w:themeFillTint="19"/>
    </w:tcPr>
    <w:tblStylePr w:type="firstRow">
      <w:rPr>
        <w:b/>
        <w:bCs/>
      </w:rPr>
      <w:tblPr/>
      <w:tcPr>
        <w:tcBorders>
          <w:top w:val="nil"/>
          <w:left w:val="nil"/>
          <w:bottom w:val="single" w:sz="24" w:space="0" w:color="C0504D" w:themeColor="accent2"/>
          <w:right w:val="nil"/>
          <w:insideH w:val="nil"/>
          <w:insideV w:val="nil"/>
        </w:tcBorders>
        <w:shd w:val="clear" w:color="auto" w:fill="FFFFFF" w:themeFill="background1"/>
      </w:tcPr>
    </w:tblStylePr>
    <w:tblStylePr w:type="lastRow">
      <w:rPr>
        <w:b/>
        <w:bCs/>
        <w:color w:val="FFFFFF" w:themeColor="background1"/>
      </w:rPr>
      <w:tblPr/>
      <w:tcPr>
        <w:tcBorders>
          <w:top w:val="single" w:sz="6" w:space="0" w:color="FFFFFF" w:themeColor="background1"/>
        </w:tcBorders>
        <w:shd w:val="clear" w:color="auto" w:fill="772C2A" w:themeFill="accent2" w:themeFillShade="99"/>
      </w:tcPr>
    </w:tblStylePr>
    <w:tblStylePr w:type="firstCol">
      <w:rPr>
        <w:color w:val="FFFFFF" w:themeColor="background1"/>
      </w:rPr>
      <w:tblPr/>
      <w:tcPr>
        <w:tcBorders>
          <w:top w:val="nil"/>
          <w:left w:val="nil"/>
          <w:bottom w:val="nil"/>
          <w:right w:val="nil"/>
          <w:insideH w:val="single" w:sz="4" w:space="0" w:color="772C2A" w:themeColor="accent2" w:themeShade="99"/>
          <w:insideV w:val="nil"/>
        </w:tcBorders>
        <w:shd w:val="clear" w:color="auto" w:fill="772C2A" w:themeFill="accent2" w:themeFillShade="99"/>
      </w:tcPr>
    </w:tblStylePr>
    <w:tblStylePr w:type="lastCol">
      <w:rPr>
        <w:color w:val="FFFFFF" w:themeColor="background1"/>
      </w:rPr>
      <w:tblPr/>
      <w:tcPr>
        <w:tcBorders>
          <w:top w:val="nil"/>
          <w:left w:val="nil"/>
          <w:bottom w:val="nil"/>
          <w:right w:val="nil"/>
          <w:insideH w:val="nil"/>
          <w:insideV w:val="nil"/>
        </w:tcBorders>
        <w:shd w:val="clear" w:color="auto" w:fill="772C2A" w:themeFill="accent2" w:themeFillShade="99"/>
      </w:tcPr>
    </w:tblStylePr>
    <w:tblStylePr w:type="band1Vert">
      <w:tblPr/>
      <w:tcPr>
        <w:shd w:val="clear" w:color="auto" w:fill="E5B8B7" w:themeFill="accent2" w:themeFillTint="66"/>
      </w:tcPr>
    </w:tblStylePr>
    <w:tblStylePr w:type="band1Horz">
      <w:tblPr/>
      <w:tcPr>
        <w:shd w:val="clear" w:color="auto" w:fill="DFA7A6" w:themeFill="accent2" w:themeFillTint="7F"/>
      </w:tcPr>
    </w:tblStylePr>
    <w:tblStylePr w:type="neCell">
      <w:rPr>
        <w:color w:val="000000" w:themeColor="text1"/>
      </w:rPr>
    </w:tblStylePr>
    <w:tblStylePr w:type="nwCell">
      <w:rPr>
        <w:color w:val="000000" w:themeColor="text1"/>
      </w:rPr>
    </w:tblStylePr>
  </w:style>
  <w:style w:type="table" w:styleId="ColorfulShading-Accent3">
    <w:name w:val="Colorful Shading Accent 3"/>
    <w:basedOn w:val="TableNormal"/>
    <w:uiPriority w:val="71"/>
    <w:rsid w:val="00CB0664"/>
    <w:pPr>
      <w:spacing w:after="0" w:line="240" w:lineRule="auto"/>
    </w:pPr>
    <w:rPr>
      <w:color w:val="000000" w:themeColor="text1"/>
    </w:rPr>
    <w:tblPr>
      <w:tblStyleRowBandSize w:val="1"/>
      <w:tblStyleColBandSize w:val="1"/>
      <w:tblInd w:w="0" w:type="dxa"/>
      <w:tblBorders>
        <w:top w:val="single" w:sz="24" w:space="0" w:color="8064A2" w:themeColor="accent4"/>
        <w:left w:val="single" w:sz="4" w:space="0" w:color="9BBB59" w:themeColor="accent3"/>
        <w:bottom w:val="single" w:sz="4" w:space="0" w:color="9BBB59" w:themeColor="accent3"/>
        <w:right w:val="single" w:sz="4" w:space="0" w:color="9BBB59" w:themeColor="accent3"/>
        <w:insideH w:val="single" w:sz="4" w:space="0" w:color="FFFFFF" w:themeColor="background1"/>
        <w:insideV w:val="single" w:sz="4" w:space="0" w:color="FFFFFF" w:themeColor="background1"/>
      </w:tblBorders>
      <w:tblCellMar>
        <w:top w:w="0" w:type="dxa"/>
        <w:left w:w="108" w:type="dxa"/>
        <w:bottom w:w="0" w:type="dxa"/>
        <w:right w:w="108" w:type="dxa"/>
      </w:tblCellMar>
    </w:tblPr>
    <w:tcPr>
      <w:shd w:val="clear" w:color="auto" w:fill="F5F8EE" w:themeFill="accent3" w:themeFillTint="19"/>
    </w:tcPr>
    <w:tblStylePr w:type="firstRow">
      <w:rPr>
        <w:b/>
        <w:bCs/>
      </w:rPr>
      <w:tblPr/>
      <w:tcPr>
        <w:tcBorders>
          <w:top w:val="nil"/>
          <w:left w:val="nil"/>
          <w:bottom w:val="single" w:sz="24" w:space="0" w:color="8064A2" w:themeColor="accent4"/>
          <w:right w:val="nil"/>
          <w:insideH w:val="nil"/>
          <w:insideV w:val="nil"/>
        </w:tcBorders>
        <w:shd w:val="clear" w:color="auto" w:fill="FFFFFF" w:themeFill="background1"/>
      </w:tcPr>
    </w:tblStylePr>
    <w:tblStylePr w:type="lastRow">
      <w:rPr>
        <w:b/>
        <w:bCs/>
        <w:color w:val="FFFFFF" w:themeColor="background1"/>
      </w:rPr>
      <w:tblPr/>
      <w:tcPr>
        <w:tcBorders>
          <w:top w:val="single" w:sz="6" w:space="0" w:color="FFFFFF" w:themeColor="background1"/>
        </w:tcBorders>
        <w:shd w:val="clear" w:color="auto" w:fill="5E7530" w:themeFill="accent3" w:themeFillShade="99"/>
      </w:tcPr>
    </w:tblStylePr>
    <w:tblStylePr w:type="firstCol">
      <w:rPr>
        <w:color w:val="FFFFFF" w:themeColor="background1"/>
      </w:rPr>
      <w:tblPr/>
      <w:tcPr>
        <w:tcBorders>
          <w:top w:val="nil"/>
          <w:left w:val="nil"/>
          <w:bottom w:val="nil"/>
          <w:right w:val="nil"/>
          <w:insideH w:val="single" w:sz="4" w:space="0" w:color="5E7530" w:themeColor="accent3" w:themeShade="99"/>
          <w:insideV w:val="nil"/>
        </w:tcBorders>
        <w:shd w:val="clear" w:color="auto" w:fill="5E7530" w:themeFill="accent3" w:themeFillShade="99"/>
      </w:tcPr>
    </w:tblStylePr>
    <w:tblStylePr w:type="lastCol">
      <w:rPr>
        <w:color w:val="FFFFFF" w:themeColor="background1"/>
      </w:rPr>
      <w:tblPr/>
      <w:tcPr>
        <w:tcBorders>
          <w:top w:val="nil"/>
          <w:left w:val="nil"/>
          <w:bottom w:val="nil"/>
          <w:right w:val="nil"/>
          <w:insideH w:val="nil"/>
          <w:insideV w:val="nil"/>
        </w:tcBorders>
        <w:shd w:val="clear" w:color="auto" w:fill="5E7530" w:themeFill="accent3" w:themeFillShade="99"/>
      </w:tcPr>
    </w:tblStylePr>
    <w:tblStylePr w:type="band1Vert">
      <w:tblPr/>
      <w:tcPr>
        <w:shd w:val="clear" w:color="auto" w:fill="D6E3BC" w:themeFill="accent3" w:themeFillTint="66"/>
      </w:tcPr>
    </w:tblStylePr>
    <w:tblStylePr w:type="band1Horz">
      <w:tblPr/>
      <w:tcPr>
        <w:shd w:val="clear" w:color="auto" w:fill="CDDDAC" w:themeFill="accent3" w:themeFillTint="7F"/>
      </w:tcPr>
    </w:tblStylePr>
  </w:style>
  <w:style w:type="table" w:styleId="ColorfulShading-Accent4">
    <w:name w:val="Colorful Shading Accent 4"/>
    <w:basedOn w:val="TableNormal"/>
    <w:uiPriority w:val="71"/>
    <w:rsid w:val="00CB0664"/>
    <w:pPr>
      <w:spacing w:after="0" w:line="240" w:lineRule="auto"/>
    </w:pPr>
    <w:rPr>
      <w:color w:val="000000" w:themeColor="text1"/>
    </w:rPr>
    <w:tblPr>
      <w:tblStyleRowBandSize w:val="1"/>
      <w:tblStyleColBandSize w:val="1"/>
      <w:tblInd w:w="0" w:type="dxa"/>
      <w:tblBorders>
        <w:top w:val="single" w:sz="24" w:space="0" w:color="9BBB59" w:themeColor="accent3"/>
        <w:left w:val="single" w:sz="4" w:space="0" w:color="8064A2" w:themeColor="accent4"/>
        <w:bottom w:val="single" w:sz="4" w:space="0" w:color="8064A2" w:themeColor="accent4"/>
        <w:right w:val="single" w:sz="4" w:space="0" w:color="8064A2" w:themeColor="accent4"/>
        <w:insideH w:val="single" w:sz="4" w:space="0" w:color="FFFFFF" w:themeColor="background1"/>
        <w:insideV w:val="single" w:sz="4" w:space="0" w:color="FFFFFF" w:themeColor="background1"/>
      </w:tblBorders>
      <w:tblCellMar>
        <w:top w:w="0" w:type="dxa"/>
        <w:left w:w="108" w:type="dxa"/>
        <w:bottom w:w="0" w:type="dxa"/>
        <w:right w:w="108" w:type="dxa"/>
      </w:tblCellMar>
    </w:tblPr>
    <w:tcPr>
      <w:shd w:val="clear" w:color="auto" w:fill="F2EFF6" w:themeFill="accent4" w:themeFillTint="19"/>
    </w:tcPr>
    <w:tblStylePr w:type="firstRow">
      <w:rPr>
        <w:b/>
        <w:bCs/>
      </w:rPr>
      <w:tblPr/>
      <w:tcPr>
        <w:tcBorders>
          <w:top w:val="nil"/>
          <w:left w:val="nil"/>
          <w:bottom w:val="single" w:sz="24" w:space="0" w:color="9BBB59" w:themeColor="accent3"/>
          <w:right w:val="nil"/>
          <w:insideH w:val="nil"/>
          <w:insideV w:val="nil"/>
        </w:tcBorders>
        <w:shd w:val="clear" w:color="auto" w:fill="FFFFFF" w:themeFill="background1"/>
      </w:tcPr>
    </w:tblStylePr>
    <w:tblStylePr w:type="lastRow">
      <w:rPr>
        <w:b/>
        <w:bCs/>
        <w:color w:val="FFFFFF" w:themeColor="background1"/>
      </w:rPr>
      <w:tblPr/>
      <w:tcPr>
        <w:tcBorders>
          <w:top w:val="single" w:sz="6" w:space="0" w:color="FFFFFF" w:themeColor="background1"/>
        </w:tcBorders>
        <w:shd w:val="clear" w:color="auto" w:fill="4C3B62" w:themeFill="accent4" w:themeFillShade="99"/>
      </w:tcPr>
    </w:tblStylePr>
    <w:tblStylePr w:type="firstCol">
      <w:rPr>
        <w:color w:val="FFFFFF" w:themeColor="background1"/>
      </w:rPr>
      <w:tblPr/>
      <w:tcPr>
        <w:tcBorders>
          <w:top w:val="nil"/>
          <w:left w:val="nil"/>
          <w:bottom w:val="nil"/>
          <w:right w:val="nil"/>
          <w:insideH w:val="single" w:sz="4" w:space="0" w:color="4C3B62" w:themeColor="accent4" w:themeShade="99"/>
          <w:insideV w:val="nil"/>
        </w:tcBorders>
        <w:shd w:val="clear" w:color="auto" w:fill="4C3B62" w:themeFill="accent4" w:themeFillShade="99"/>
      </w:tcPr>
    </w:tblStylePr>
    <w:tblStylePr w:type="lastCol">
      <w:rPr>
        <w:color w:val="FFFFFF" w:themeColor="background1"/>
      </w:rPr>
      <w:tblPr/>
      <w:tcPr>
        <w:tcBorders>
          <w:top w:val="nil"/>
          <w:left w:val="nil"/>
          <w:bottom w:val="nil"/>
          <w:right w:val="nil"/>
          <w:insideH w:val="nil"/>
          <w:insideV w:val="nil"/>
        </w:tcBorders>
        <w:shd w:val="clear" w:color="auto" w:fill="4C3B62" w:themeFill="accent4" w:themeFillShade="99"/>
      </w:tcPr>
    </w:tblStylePr>
    <w:tblStylePr w:type="band1Vert">
      <w:tblPr/>
      <w:tcPr>
        <w:shd w:val="clear" w:color="auto" w:fill="CCC0D9" w:themeFill="accent4" w:themeFillTint="66"/>
      </w:tcPr>
    </w:tblStylePr>
    <w:tblStylePr w:type="band1Horz">
      <w:tblPr/>
      <w:tcPr>
        <w:shd w:val="clear" w:color="auto" w:fill="BFB1D0" w:themeFill="accent4" w:themeFillTint="7F"/>
      </w:tcPr>
    </w:tblStylePr>
    <w:tblStylePr w:type="neCell">
      <w:rPr>
        <w:color w:val="000000" w:themeColor="text1"/>
      </w:rPr>
    </w:tblStylePr>
    <w:tblStylePr w:type="nwCell">
      <w:rPr>
        <w:color w:val="000000" w:themeColor="text1"/>
      </w:rPr>
    </w:tblStylePr>
  </w:style>
  <w:style w:type="table" w:styleId="ColorfulShading-Accent5">
    <w:name w:val="Colorful Shading Accent 5"/>
    <w:basedOn w:val="TableNormal"/>
    <w:uiPriority w:val="71"/>
    <w:rsid w:val="00CB0664"/>
    <w:pPr>
      <w:spacing w:after="0" w:line="240" w:lineRule="auto"/>
    </w:pPr>
    <w:rPr>
      <w:color w:val="000000" w:themeColor="text1"/>
    </w:rPr>
    <w:tblPr>
      <w:tblStyleRowBandSize w:val="1"/>
      <w:tblStyleColBandSize w:val="1"/>
      <w:tblInd w:w="0" w:type="dxa"/>
      <w:tblBorders>
        <w:top w:val="single" w:sz="24" w:space="0" w:color="F79646" w:themeColor="accent6"/>
        <w:left w:val="single" w:sz="4" w:space="0" w:color="4BACC6" w:themeColor="accent5"/>
        <w:bottom w:val="single" w:sz="4" w:space="0" w:color="4BACC6" w:themeColor="accent5"/>
        <w:right w:val="single" w:sz="4" w:space="0" w:color="4BACC6" w:themeColor="accent5"/>
        <w:insideH w:val="single" w:sz="4" w:space="0" w:color="FFFFFF" w:themeColor="background1"/>
        <w:insideV w:val="single" w:sz="4" w:space="0" w:color="FFFFFF" w:themeColor="background1"/>
      </w:tblBorders>
      <w:tblCellMar>
        <w:top w:w="0" w:type="dxa"/>
        <w:left w:w="108" w:type="dxa"/>
        <w:bottom w:w="0" w:type="dxa"/>
        <w:right w:w="108" w:type="dxa"/>
      </w:tblCellMar>
    </w:tblPr>
    <w:tcPr>
      <w:shd w:val="clear" w:color="auto" w:fill="EDF6F9" w:themeFill="accent5" w:themeFillTint="19"/>
    </w:tcPr>
    <w:tblStylePr w:type="firstRow">
      <w:rPr>
        <w:b/>
        <w:bCs/>
      </w:rPr>
      <w:tblPr/>
      <w:tcPr>
        <w:tcBorders>
          <w:top w:val="nil"/>
          <w:left w:val="nil"/>
          <w:bottom w:val="single" w:sz="24" w:space="0" w:color="F79646" w:themeColor="accent6"/>
          <w:right w:val="nil"/>
          <w:insideH w:val="nil"/>
          <w:insideV w:val="nil"/>
        </w:tcBorders>
        <w:shd w:val="clear" w:color="auto" w:fill="FFFFFF" w:themeFill="background1"/>
      </w:tcPr>
    </w:tblStylePr>
    <w:tblStylePr w:type="lastRow">
      <w:rPr>
        <w:b/>
        <w:bCs/>
        <w:color w:val="FFFFFF" w:themeColor="background1"/>
      </w:rPr>
      <w:tblPr/>
      <w:tcPr>
        <w:tcBorders>
          <w:top w:val="single" w:sz="6" w:space="0" w:color="FFFFFF" w:themeColor="background1"/>
        </w:tcBorders>
        <w:shd w:val="clear" w:color="auto" w:fill="276A7C" w:themeFill="accent5" w:themeFillShade="99"/>
      </w:tcPr>
    </w:tblStylePr>
    <w:tblStylePr w:type="firstCol">
      <w:rPr>
        <w:color w:val="FFFFFF" w:themeColor="background1"/>
      </w:rPr>
      <w:tblPr/>
      <w:tcPr>
        <w:tcBorders>
          <w:top w:val="nil"/>
          <w:left w:val="nil"/>
          <w:bottom w:val="nil"/>
          <w:right w:val="nil"/>
          <w:insideH w:val="single" w:sz="4" w:space="0" w:color="276A7C" w:themeColor="accent5" w:themeShade="99"/>
          <w:insideV w:val="nil"/>
        </w:tcBorders>
        <w:shd w:val="clear" w:color="auto" w:fill="276A7C" w:themeFill="accent5" w:themeFillShade="99"/>
      </w:tcPr>
    </w:tblStylePr>
    <w:tblStylePr w:type="lastCol">
      <w:rPr>
        <w:color w:val="FFFFFF" w:themeColor="background1"/>
      </w:rPr>
      <w:tblPr/>
      <w:tcPr>
        <w:tcBorders>
          <w:top w:val="nil"/>
          <w:left w:val="nil"/>
          <w:bottom w:val="nil"/>
          <w:right w:val="nil"/>
          <w:insideH w:val="nil"/>
          <w:insideV w:val="nil"/>
        </w:tcBorders>
        <w:shd w:val="clear" w:color="auto" w:fill="276A7C" w:themeFill="accent5" w:themeFillShade="99"/>
      </w:tcPr>
    </w:tblStylePr>
    <w:tblStylePr w:type="band1Vert">
      <w:tblPr/>
      <w:tcPr>
        <w:shd w:val="clear" w:color="auto" w:fill="B6DDE8" w:themeFill="accent5" w:themeFillTint="66"/>
      </w:tcPr>
    </w:tblStylePr>
    <w:tblStylePr w:type="band1Horz">
      <w:tblPr/>
      <w:tcPr>
        <w:shd w:val="clear" w:color="auto" w:fill="A5D5E2" w:themeFill="accent5" w:themeFillTint="7F"/>
      </w:tcPr>
    </w:tblStylePr>
    <w:tblStylePr w:type="neCell">
      <w:rPr>
        <w:color w:val="000000" w:themeColor="text1"/>
      </w:rPr>
    </w:tblStylePr>
    <w:tblStylePr w:type="nwCell">
      <w:rPr>
        <w:color w:val="000000" w:themeColor="text1"/>
      </w:rPr>
    </w:tblStylePr>
  </w:style>
  <w:style w:type="table" w:styleId="ColorfulShading-Accent6">
    <w:name w:val="Colorful Shading Accent 6"/>
    <w:basedOn w:val="TableNormal"/>
    <w:uiPriority w:val="71"/>
    <w:rsid w:val="00CB0664"/>
    <w:pPr>
      <w:spacing w:after="0" w:line="240" w:lineRule="auto"/>
    </w:pPr>
    <w:rPr>
      <w:color w:val="000000" w:themeColor="text1"/>
    </w:rPr>
    <w:tblPr>
      <w:tblStyleRowBandSize w:val="1"/>
      <w:tblStyleColBandSize w:val="1"/>
      <w:tblInd w:w="0" w:type="dxa"/>
      <w:tblBorders>
        <w:top w:val="single" w:sz="24" w:space="0" w:color="4BACC6" w:themeColor="accent5"/>
        <w:left w:val="single" w:sz="4" w:space="0" w:color="F79646" w:themeColor="accent6"/>
        <w:bottom w:val="single" w:sz="4" w:space="0" w:color="F79646" w:themeColor="accent6"/>
        <w:right w:val="single" w:sz="4" w:space="0" w:color="F79646" w:themeColor="accent6"/>
        <w:insideH w:val="single" w:sz="4" w:space="0" w:color="FFFFFF" w:themeColor="background1"/>
        <w:insideV w:val="single" w:sz="4" w:space="0" w:color="FFFFFF" w:themeColor="background1"/>
      </w:tblBorders>
      <w:tblCellMar>
        <w:top w:w="0" w:type="dxa"/>
        <w:left w:w="108" w:type="dxa"/>
        <w:bottom w:w="0" w:type="dxa"/>
        <w:right w:w="108" w:type="dxa"/>
      </w:tblCellMar>
    </w:tblPr>
    <w:tcPr>
      <w:shd w:val="clear" w:color="auto" w:fill="FEF4EC" w:themeFill="accent6" w:themeFillTint="19"/>
    </w:tcPr>
    <w:tblStylePr w:type="firstRow">
      <w:rPr>
        <w:b/>
        <w:bCs/>
      </w:rPr>
      <w:tblPr/>
      <w:tcPr>
        <w:tcBorders>
          <w:top w:val="nil"/>
          <w:left w:val="nil"/>
          <w:bottom w:val="single" w:sz="24" w:space="0" w:color="4BACC6" w:themeColor="accent5"/>
          <w:right w:val="nil"/>
          <w:insideH w:val="nil"/>
          <w:insideV w:val="nil"/>
        </w:tcBorders>
        <w:shd w:val="clear" w:color="auto" w:fill="FFFFFF" w:themeFill="background1"/>
      </w:tcPr>
    </w:tblStylePr>
    <w:tblStylePr w:type="lastRow">
      <w:rPr>
        <w:b/>
        <w:bCs/>
        <w:color w:val="FFFFFF" w:themeColor="background1"/>
      </w:rPr>
      <w:tblPr/>
      <w:tcPr>
        <w:tcBorders>
          <w:top w:val="single" w:sz="6" w:space="0" w:color="FFFFFF" w:themeColor="background1"/>
        </w:tcBorders>
        <w:shd w:val="clear" w:color="auto" w:fill="B65608" w:themeFill="accent6" w:themeFillShade="99"/>
      </w:tcPr>
    </w:tblStylePr>
    <w:tblStylePr w:type="firstCol">
      <w:rPr>
        <w:color w:val="FFFFFF" w:themeColor="background1"/>
      </w:rPr>
      <w:tblPr/>
      <w:tcPr>
        <w:tcBorders>
          <w:top w:val="nil"/>
          <w:left w:val="nil"/>
          <w:bottom w:val="nil"/>
          <w:right w:val="nil"/>
          <w:insideH w:val="single" w:sz="4" w:space="0" w:color="B65608" w:themeColor="accent6" w:themeShade="99"/>
          <w:insideV w:val="nil"/>
        </w:tcBorders>
        <w:shd w:val="clear" w:color="auto" w:fill="B65608" w:themeFill="accent6" w:themeFillShade="99"/>
      </w:tcPr>
    </w:tblStylePr>
    <w:tblStylePr w:type="lastCol">
      <w:rPr>
        <w:color w:val="FFFFFF" w:themeColor="background1"/>
      </w:rPr>
      <w:tblPr/>
      <w:tcPr>
        <w:tcBorders>
          <w:top w:val="nil"/>
          <w:left w:val="nil"/>
          <w:bottom w:val="nil"/>
          <w:right w:val="nil"/>
          <w:insideH w:val="nil"/>
          <w:insideV w:val="nil"/>
        </w:tcBorders>
        <w:shd w:val="clear" w:color="auto" w:fill="B65608" w:themeFill="accent6" w:themeFillShade="99"/>
      </w:tcPr>
    </w:tblStylePr>
    <w:tblStylePr w:type="band1Vert">
      <w:tblPr/>
      <w:tcPr>
        <w:shd w:val="clear" w:color="auto" w:fill="FBD4B4" w:themeFill="accent6" w:themeFillTint="66"/>
      </w:tcPr>
    </w:tblStylePr>
    <w:tblStylePr w:type="band1Horz">
      <w:tblPr/>
      <w:tcPr>
        <w:shd w:val="clear" w:color="auto" w:fill="FBCAA2" w:themeFill="accent6" w:themeFillTint="7F"/>
      </w:tcPr>
    </w:tblStylePr>
    <w:tblStylePr w:type="neCell">
      <w:rPr>
        <w:color w:val="000000" w:themeColor="text1"/>
      </w:rPr>
    </w:tblStylePr>
    <w:tblStylePr w:type="nwCell">
      <w:rPr>
        <w:color w:val="000000" w:themeColor="text1"/>
      </w:rPr>
    </w:tblStylePr>
  </w:style>
  <w:style w:type="table" w:styleId="ColorfulList">
    <w:name w:val="Colorful List"/>
    <w:basedOn w:val="TableNormal"/>
    <w:uiPriority w:val="72"/>
    <w:rsid w:val="00CB0664"/>
    <w:pPr>
      <w:spacing w:after="0" w:line="240" w:lineRule="auto"/>
    </w:pPr>
    <w:rPr>
      <w:color w:val="000000" w:themeColor="text1"/>
    </w:rPr>
    <w:tblPr>
      <w:tblStyleRowBandSize w:val="1"/>
      <w:tblStyleColBandSize w:val="1"/>
      <w:tblInd w:w="0" w:type="dxa"/>
      <w:tblCellMar>
        <w:top w:w="0" w:type="dxa"/>
        <w:left w:w="108" w:type="dxa"/>
        <w:bottom w:w="0" w:type="dxa"/>
        <w:right w:w="108" w:type="dxa"/>
      </w:tblCellMar>
    </w:tblPr>
    <w:tcPr>
      <w:shd w:val="clear" w:color="auto" w:fill="E6E6E6" w:themeFill="text1" w:themeFillTint="19"/>
    </w:tcPr>
    <w:tblStylePr w:type="firstRow">
      <w:rPr>
        <w:b/>
        <w:bCs/>
        <w:color w:val="FFFFFF" w:themeColor="background1"/>
      </w:rPr>
      <w:tblPr/>
      <w:tcPr>
        <w:tcBorders>
          <w:bottom w:val="single" w:sz="12" w:space="0" w:color="FFFFFF" w:themeColor="background1"/>
        </w:tcBorders>
        <w:shd w:val="clear" w:color="auto" w:fill="9E3A38" w:themeFill="accent2" w:themeFillShade="CC"/>
      </w:tcPr>
    </w:tblStylePr>
    <w:tblStylePr w:type="lastRow">
      <w:rPr>
        <w:b/>
        <w:bCs/>
        <w:color w:val="9E3A38" w:themeColor="accent2" w:themeShade="CC"/>
      </w:rPr>
      <w:tblPr/>
      <w:tcPr>
        <w:tcBorders>
          <w:top w:val="single" w:sz="12" w:space="0" w:color="000000" w:themeColor="text1"/>
        </w:tcBorders>
        <w:shd w:val="clear" w:color="auto" w:fill="FFFFFF" w:themeFill="background1"/>
      </w:tcPr>
    </w:tblStylePr>
    <w:tblStylePr w:type="firstCol">
      <w:rPr>
        <w:b/>
        <w:bCs/>
      </w:rPr>
    </w:tblStylePr>
    <w:tblStylePr w:type="lastCol">
      <w:rPr>
        <w:b/>
        <w:bCs/>
      </w:rPr>
    </w:tblStylePr>
    <w:tblStylePr w:type="band1Vert">
      <w:tblPr/>
      <w:tcPr>
        <w:tcBorders>
          <w:top w:val="nil"/>
          <w:left w:val="nil"/>
          <w:bottom w:val="nil"/>
          <w:right w:val="nil"/>
          <w:insideH w:val="nil"/>
          <w:insideV w:val="nil"/>
        </w:tcBorders>
        <w:shd w:val="clear" w:color="auto" w:fill="C0C0C0" w:themeFill="text1" w:themeFillTint="3F"/>
      </w:tcPr>
    </w:tblStylePr>
    <w:tblStylePr w:type="band1Horz">
      <w:tblPr/>
      <w:tcPr>
        <w:shd w:val="clear" w:color="auto" w:fill="CCCCCC" w:themeFill="text1" w:themeFillTint="33"/>
      </w:tcPr>
    </w:tblStylePr>
  </w:style>
  <w:style w:type="table" w:styleId="ColorfulList-Accent1">
    <w:name w:val="Colorful List Accent 1"/>
    <w:basedOn w:val="TableNormal"/>
    <w:uiPriority w:val="72"/>
    <w:rsid w:val="00CB0664"/>
    <w:pPr>
      <w:spacing w:after="0" w:line="240" w:lineRule="auto"/>
    </w:pPr>
    <w:rPr>
      <w:color w:val="000000" w:themeColor="text1"/>
    </w:rPr>
    <w:tblPr>
      <w:tblStyleRowBandSize w:val="1"/>
      <w:tblStyleColBandSize w:val="1"/>
      <w:tblInd w:w="0" w:type="dxa"/>
      <w:tblCellMar>
        <w:top w:w="0" w:type="dxa"/>
        <w:left w:w="108" w:type="dxa"/>
        <w:bottom w:w="0" w:type="dxa"/>
        <w:right w:w="108" w:type="dxa"/>
      </w:tblCellMar>
    </w:tblPr>
    <w:tcPr>
      <w:shd w:val="clear" w:color="auto" w:fill="EDF2F8" w:themeFill="accent1" w:themeFillTint="19"/>
    </w:tcPr>
    <w:tblStylePr w:type="firstRow">
      <w:rPr>
        <w:b/>
        <w:bCs/>
        <w:color w:val="FFFFFF" w:themeColor="background1"/>
      </w:rPr>
      <w:tblPr/>
      <w:tcPr>
        <w:tcBorders>
          <w:bottom w:val="single" w:sz="12" w:space="0" w:color="FFFFFF" w:themeColor="background1"/>
        </w:tcBorders>
        <w:shd w:val="clear" w:color="auto" w:fill="9E3A38" w:themeFill="accent2" w:themeFillShade="CC"/>
      </w:tcPr>
    </w:tblStylePr>
    <w:tblStylePr w:type="lastRow">
      <w:rPr>
        <w:b/>
        <w:bCs/>
        <w:color w:val="9E3A38" w:themeColor="accent2" w:themeShade="CC"/>
      </w:rPr>
      <w:tblPr/>
      <w:tcPr>
        <w:tcBorders>
          <w:top w:val="single" w:sz="12" w:space="0" w:color="000000" w:themeColor="text1"/>
        </w:tcBorders>
        <w:shd w:val="clear" w:color="auto" w:fill="FFFFFF" w:themeFill="background1"/>
      </w:tcPr>
    </w:tblStylePr>
    <w:tblStylePr w:type="firstCol">
      <w:rPr>
        <w:b/>
        <w:bCs/>
      </w:rPr>
    </w:tblStylePr>
    <w:tblStylePr w:type="lastCol">
      <w:rPr>
        <w:b/>
        <w:bCs/>
      </w:rPr>
    </w:tblStylePr>
    <w:tblStylePr w:type="band1Vert">
      <w:tblPr/>
      <w:tcPr>
        <w:tcBorders>
          <w:top w:val="nil"/>
          <w:left w:val="nil"/>
          <w:bottom w:val="nil"/>
          <w:right w:val="nil"/>
          <w:insideH w:val="nil"/>
          <w:insideV w:val="nil"/>
        </w:tcBorders>
        <w:shd w:val="clear" w:color="auto" w:fill="D3DFEE" w:themeFill="accent1" w:themeFillTint="3F"/>
      </w:tcPr>
    </w:tblStylePr>
    <w:tblStylePr w:type="band1Horz">
      <w:tblPr/>
      <w:tcPr>
        <w:shd w:val="clear" w:color="auto" w:fill="DBE5F1" w:themeFill="accent1" w:themeFillTint="33"/>
      </w:tcPr>
    </w:tblStylePr>
  </w:style>
  <w:style w:type="table" w:styleId="ColorfulList-Accent2">
    <w:name w:val="Colorful List Accent 2"/>
    <w:basedOn w:val="TableNormal"/>
    <w:uiPriority w:val="72"/>
    <w:rsid w:val="00CB0664"/>
    <w:pPr>
      <w:spacing w:after="0" w:line="240" w:lineRule="auto"/>
    </w:pPr>
    <w:rPr>
      <w:color w:val="000000" w:themeColor="text1"/>
    </w:rPr>
    <w:tblPr>
      <w:tblStyleRowBandSize w:val="1"/>
      <w:tblStyleColBandSize w:val="1"/>
      <w:tblInd w:w="0" w:type="dxa"/>
      <w:tblCellMar>
        <w:top w:w="0" w:type="dxa"/>
        <w:left w:w="108" w:type="dxa"/>
        <w:bottom w:w="0" w:type="dxa"/>
        <w:right w:w="108" w:type="dxa"/>
      </w:tblCellMar>
    </w:tblPr>
    <w:tcPr>
      <w:shd w:val="clear" w:color="auto" w:fill="F8EDED" w:themeFill="accent2" w:themeFillTint="19"/>
    </w:tcPr>
    <w:tblStylePr w:type="firstRow">
      <w:rPr>
        <w:b/>
        <w:bCs/>
        <w:color w:val="FFFFFF" w:themeColor="background1"/>
      </w:rPr>
      <w:tblPr/>
      <w:tcPr>
        <w:tcBorders>
          <w:bottom w:val="single" w:sz="12" w:space="0" w:color="FFFFFF" w:themeColor="background1"/>
        </w:tcBorders>
        <w:shd w:val="clear" w:color="auto" w:fill="9E3A38" w:themeFill="accent2" w:themeFillShade="CC"/>
      </w:tcPr>
    </w:tblStylePr>
    <w:tblStylePr w:type="lastRow">
      <w:rPr>
        <w:b/>
        <w:bCs/>
        <w:color w:val="9E3A38" w:themeColor="accent2" w:themeShade="CC"/>
      </w:rPr>
      <w:tblPr/>
      <w:tcPr>
        <w:tcBorders>
          <w:top w:val="single" w:sz="12" w:space="0" w:color="000000" w:themeColor="text1"/>
        </w:tcBorders>
        <w:shd w:val="clear" w:color="auto" w:fill="FFFFFF" w:themeFill="background1"/>
      </w:tcPr>
    </w:tblStylePr>
    <w:tblStylePr w:type="firstCol">
      <w:rPr>
        <w:b/>
        <w:bCs/>
      </w:rPr>
    </w:tblStylePr>
    <w:tblStylePr w:type="lastCol">
      <w:rPr>
        <w:b/>
        <w:bCs/>
      </w:rPr>
    </w:tblStylePr>
    <w:tblStylePr w:type="band1Vert">
      <w:tblPr/>
      <w:tcPr>
        <w:tcBorders>
          <w:top w:val="nil"/>
          <w:left w:val="nil"/>
          <w:bottom w:val="nil"/>
          <w:right w:val="nil"/>
          <w:insideH w:val="nil"/>
          <w:insideV w:val="nil"/>
        </w:tcBorders>
        <w:shd w:val="clear" w:color="auto" w:fill="EFD3D2" w:themeFill="accent2" w:themeFillTint="3F"/>
      </w:tcPr>
    </w:tblStylePr>
    <w:tblStylePr w:type="band1Horz">
      <w:tblPr/>
      <w:tcPr>
        <w:shd w:val="clear" w:color="auto" w:fill="F2DBDB" w:themeFill="accent2" w:themeFillTint="33"/>
      </w:tcPr>
    </w:tblStylePr>
  </w:style>
  <w:style w:type="table" w:styleId="ColorfulList-Accent3">
    <w:name w:val="Colorful List Accent 3"/>
    <w:basedOn w:val="TableNormal"/>
    <w:uiPriority w:val="72"/>
    <w:rsid w:val="00CB0664"/>
    <w:pPr>
      <w:spacing w:after="0" w:line="240" w:lineRule="auto"/>
    </w:pPr>
    <w:rPr>
      <w:color w:val="000000" w:themeColor="text1"/>
    </w:rPr>
    <w:tblPr>
      <w:tblStyleRowBandSize w:val="1"/>
      <w:tblStyleColBandSize w:val="1"/>
      <w:tblInd w:w="0" w:type="dxa"/>
      <w:tblCellMar>
        <w:top w:w="0" w:type="dxa"/>
        <w:left w:w="108" w:type="dxa"/>
        <w:bottom w:w="0" w:type="dxa"/>
        <w:right w:w="108" w:type="dxa"/>
      </w:tblCellMar>
    </w:tblPr>
    <w:tcPr>
      <w:shd w:val="clear" w:color="auto" w:fill="F5F8EE" w:themeFill="accent3" w:themeFillTint="19"/>
    </w:tcPr>
    <w:tblStylePr w:type="firstRow">
      <w:rPr>
        <w:b/>
        <w:bCs/>
        <w:color w:val="FFFFFF" w:themeColor="background1"/>
      </w:rPr>
      <w:tblPr/>
      <w:tcPr>
        <w:tcBorders>
          <w:bottom w:val="single" w:sz="12" w:space="0" w:color="FFFFFF" w:themeColor="background1"/>
        </w:tcBorders>
        <w:shd w:val="clear" w:color="auto" w:fill="664E82" w:themeFill="accent4" w:themeFillShade="CC"/>
      </w:tcPr>
    </w:tblStylePr>
    <w:tblStylePr w:type="lastRow">
      <w:rPr>
        <w:b/>
        <w:bCs/>
        <w:color w:val="664E82" w:themeColor="accent4" w:themeShade="CC"/>
      </w:rPr>
      <w:tblPr/>
      <w:tcPr>
        <w:tcBorders>
          <w:top w:val="single" w:sz="12" w:space="0" w:color="000000" w:themeColor="text1"/>
        </w:tcBorders>
        <w:shd w:val="clear" w:color="auto" w:fill="FFFFFF" w:themeFill="background1"/>
      </w:tcPr>
    </w:tblStylePr>
    <w:tblStylePr w:type="firstCol">
      <w:rPr>
        <w:b/>
        <w:bCs/>
      </w:rPr>
    </w:tblStylePr>
    <w:tblStylePr w:type="lastCol">
      <w:rPr>
        <w:b/>
        <w:bCs/>
      </w:rPr>
    </w:tblStylePr>
    <w:tblStylePr w:type="band1Vert">
      <w:tblPr/>
      <w:tcPr>
        <w:tcBorders>
          <w:top w:val="nil"/>
          <w:left w:val="nil"/>
          <w:bottom w:val="nil"/>
          <w:right w:val="nil"/>
          <w:insideH w:val="nil"/>
          <w:insideV w:val="nil"/>
        </w:tcBorders>
        <w:shd w:val="clear" w:color="auto" w:fill="E6EED5" w:themeFill="accent3" w:themeFillTint="3F"/>
      </w:tcPr>
    </w:tblStylePr>
    <w:tblStylePr w:type="band1Horz">
      <w:tblPr/>
      <w:tcPr>
        <w:shd w:val="clear" w:color="auto" w:fill="EAF1DD" w:themeFill="accent3" w:themeFillTint="33"/>
      </w:tcPr>
    </w:tblStylePr>
  </w:style>
  <w:style w:type="table" w:styleId="ColorfulList-Accent4">
    <w:name w:val="Colorful List Accent 4"/>
    <w:basedOn w:val="TableNormal"/>
    <w:uiPriority w:val="72"/>
    <w:rsid w:val="00CB0664"/>
    <w:pPr>
      <w:spacing w:after="0" w:line="240" w:lineRule="auto"/>
    </w:pPr>
    <w:rPr>
      <w:color w:val="000000" w:themeColor="text1"/>
    </w:rPr>
    <w:tblPr>
      <w:tblStyleRowBandSize w:val="1"/>
      <w:tblStyleColBandSize w:val="1"/>
      <w:tblInd w:w="0" w:type="dxa"/>
      <w:tblCellMar>
        <w:top w:w="0" w:type="dxa"/>
        <w:left w:w="108" w:type="dxa"/>
        <w:bottom w:w="0" w:type="dxa"/>
        <w:right w:w="108" w:type="dxa"/>
      </w:tblCellMar>
    </w:tblPr>
    <w:tcPr>
      <w:shd w:val="clear" w:color="auto" w:fill="F2EFF6" w:themeFill="accent4" w:themeFillTint="19"/>
    </w:tcPr>
    <w:tblStylePr w:type="firstRow">
      <w:rPr>
        <w:b/>
        <w:bCs/>
        <w:color w:val="FFFFFF" w:themeColor="background1"/>
      </w:rPr>
      <w:tblPr/>
      <w:tcPr>
        <w:tcBorders>
          <w:bottom w:val="single" w:sz="12" w:space="0" w:color="FFFFFF" w:themeColor="background1"/>
        </w:tcBorders>
        <w:shd w:val="clear" w:color="auto" w:fill="7E9C40" w:themeFill="accent3" w:themeFillShade="CC"/>
      </w:tcPr>
    </w:tblStylePr>
    <w:tblStylePr w:type="lastRow">
      <w:rPr>
        <w:b/>
        <w:bCs/>
        <w:color w:val="7E9C40" w:themeColor="accent3" w:themeShade="CC"/>
      </w:rPr>
      <w:tblPr/>
      <w:tcPr>
        <w:tcBorders>
          <w:top w:val="single" w:sz="12" w:space="0" w:color="000000" w:themeColor="text1"/>
        </w:tcBorders>
        <w:shd w:val="clear" w:color="auto" w:fill="FFFFFF" w:themeFill="background1"/>
      </w:tcPr>
    </w:tblStylePr>
    <w:tblStylePr w:type="firstCol">
      <w:rPr>
        <w:b/>
        <w:bCs/>
      </w:rPr>
    </w:tblStylePr>
    <w:tblStylePr w:type="lastCol">
      <w:rPr>
        <w:b/>
        <w:bCs/>
      </w:rPr>
    </w:tblStylePr>
    <w:tblStylePr w:type="band1Vert">
      <w:tblPr/>
      <w:tcPr>
        <w:tcBorders>
          <w:top w:val="nil"/>
          <w:left w:val="nil"/>
          <w:bottom w:val="nil"/>
          <w:right w:val="nil"/>
          <w:insideH w:val="nil"/>
          <w:insideV w:val="nil"/>
        </w:tcBorders>
        <w:shd w:val="clear" w:color="auto" w:fill="DFD8E8" w:themeFill="accent4" w:themeFillTint="3F"/>
      </w:tcPr>
    </w:tblStylePr>
    <w:tblStylePr w:type="band1Horz">
      <w:tblPr/>
      <w:tcPr>
        <w:shd w:val="clear" w:color="auto" w:fill="E5DFEC" w:themeFill="accent4" w:themeFillTint="33"/>
      </w:tcPr>
    </w:tblStylePr>
  </w:style>
  <w:style w:type="table" w:styleId="ColorfulList-Accent5">
    <w:name w:val="Colorful List Accent 5"/>
    <w:basedOn w:val="TableNormal"/>
    <w:uiPriority w:val="72"/>
    <w:rsid w:val="00CB0664"/>
    <w:pPr>
      <w:spacing w:after="0" w:line="240" w:lineRule="auto"/>
    </w:pPr>
    <w:rPr>
      <w:color w:val="000000" w:themeColor="text1"/>
    </w:rPr>
    <w:tblPr>
      <w:tblStyleRowBandSize w:val="1"/>
      <w:tblStyleColBandSize w:val="1"/>
      <w:tblInd w:w="0" w:type="dxa"/>
      <w:tblCellMar>
        <w:top w:w="0" w:type="dxa"/>
        <w:left w:w="108" w:type="dxa"/>
        <w:bottom w:w="0" w:type="dxa"/>
        <w:right w:w="108" w:type="dxa"/>
      </w:tblCellMar>
    </w:tblPr>
    <w:tcPr>
      <w:shd w:val="clear" w:color="auto" w:fill="EDF6F9" w:themeFill="accent5" w:themeFillTint="19"/>
    </w:tcPr>
    <w:tblStylePr w:type="firstRow">
      <w:rPr>
        <w:b/>
        <w:bCs/>
        <w:color w:val="FFFFFF" w:themeColor="background1"/>
      </w:rPr>
      <w:tblPr/>
      <w:tcPr>
        <w:tcBorders>
          <w:bottom w:val="single" w:sz="12" w:space="0" w:color="FFFFFF" w:themeColor="background1"/>
        </w:tcBorders>
        <w:shd w:val="clear" w:color="auto" w:fill="F2730A" w:themeFill="accent6" w:themeFillShade="CC"/>
      </w:tcPr>
    </w:tblStylePr>
    <w:tblStylePr w:type="lastRow">
      <w:rPr>
        <w:b/>
        <w:bCs/>
        <w:color w:val="F2730A" w:themeColor="accent6" w:themeShade="CC"/>
      </w:rPr>
      <w:tblPr/>
      <w:tcPr>
        <w:tcBorders>
          <w:top w:val="single" w:sz="12" w:space="0" w:color="000000" w:themeColor="text1"/>
        </w:tcBorders>
        <w:shd w:val="clear" w:color="auto" w:fill="FFFFFF" w:themeFill="background1"/>
      </w:tcPr>
    </w:tblStylePr>
    <w:tblStylePr w:type="firstCol">
      <w:rPr>
        <w:b/>
        <w:bCs/>
      </w:rPr>
    </w:tblStylePr>
    <w:tblStylePr w:type="lastCol">
      <w:rPr>
        <w:b/>
        <w:bCs/>
      </w:rPr>
    </w:tblStylePr>
    <w:tblStylePr w:type="band1Vert">
      <w:tblPr/>
      <w:tcPr>
        <w:tcBorders>
          <w:top w:val="nil"/>
          <w:left w:val="nil"/>
          <w:bottom w:val="nil"/>
          <w:right w:val="nil"/>
          <w:insideH w:val="nil"/>
          <w:insideV w:val="nil"/>
        </w:tcBorders>
        <w:shd w:val="clear" w:color="auto" w:fill="D2EAF1" w:themeFill="accent5" w:themeFillTint="3F"/>
      </w:tcPr>
    </w:tblStylePr>
    <w:tblStylePr w:type="band1Horz">
      <w:tblPr/>
      <w:tcPr>
        <w:shd w:val="clear" w:color="auto" w:fill="DAEEF3" w:themeFill="accent5" w:themeFillTint="33"/>
      </w:tcPr>
    </w:tblStylePr>
  </w:style>
  <w:style w:type="table" w:styleId="ColorfulList-Accent6">
    <w:name w:val="Colorful List Accent 6"/>
    <w:basedOn w:val="TableNormal"/>
    <w:uiPriority w:val="72"/>
    <w:rsid w:val="00CB0664"/>
    <w:pPr>
      <w:spacing w:after="0" w:line="240" w:lineRule="auto"/>
    </w:pPr>
    <w:rPr>
      <w:color w:val="000000" w:themeColor="text1"/>
    </w:rPr>
    <w:tblPr>
      <w:tblStyleRowBandSize w:val="1"/>
      <w:tblStyleColBandSize w:val="1"/>
      <w:tblInd w:w="0" w:type="dxa"/>
      <w:tblCellMar>
        <w:top w:w="0" w:type="dxa"/>
        <w:left w:w="108" w:type="dxa"/>
        <w:bottom w:w="0" w:type="dxa"/>
        <w:right w:w="108" w:type="dxa"/>
      </w:tblCellMar>
    </w:tblPr>
    <w:tcPr>
      <w:shd w:val="clear" w:color="auto" w:fill="FEF4EC" w:themeFill="accent6" w:themeFillTint="19"/>
    </w:tcPr>
    <w:tblStylePr w:type="firstRow">
      <w:rPr>
        <w:b/>
        <w:bCs/>
        <w:color w:val="FFFFFF" w:themeColor="background1"/>
      </w:rPr>
      <w:tblPr/>
      <w:tcPr>
        <w:tcBorders>
          <w:bottom w:val="single" w:sz="12" w:space="0" w:color="FFFFFF" w:themeColor="background1"/>
        </w:tcBorders>
        <w:shd w:val="clear" w:color="auto" w:fill="348DA5" w:themeFill="accent5" w:themeFillShade="CC"/>
      </w:tcPr>
    </w:tblStylePr>
    <w:tblStylePr w:type="lastRow">
      <w:rPr>
        <w:b/>
        <w:bCs/>
        <w:color w:val="348DA5" w:themeColor="accent5" w:themeShade="CC"/>
      </w:rPr>
      <w:tblPr/>
      <w:tcPr>
        <w:tcBorders>
          <w:top w:val="single" w:sz="12" w:space="0" w:color="000000" w:themeColor="text1"/>
        </w:tcBorders>
        <w:shd w:val="clear" w:color="auto" w:fill="FFFFFF" w:themeFill="background1"/>
      </w:tcPr>
    </w:tblStylePr>
    <w:tblStylePr w:type="firstCol">
      <w:rPr>
        <w:b/>
        <w:bCs/>
      </w:rPr>
    </w:tblStylePr>
    <w:tblStylePr w:type="lastCol">
      <w:rPr>
        <w:b/>
        <w:bCs/>
      </w:rPr>
    </w:tblStylePr>
    <w:tblStylePr w:type="band1Vert">
      <w:tblPr/>
      <w:tcPr>
        <w:tcBorders>
          <w:top w:val="nil"/>
          <w:left w:val="nil"/>
          <w:bottom w:val="nil"/>
          <w:right w:val="nil"/>
          <w:insideH w:val="nil"/>
          <w:insideV w:val="nil"/>
        </w:tcBorders>
        <w:shd w:val="clear" w:color="auto" w:fill="FDE4D0" w:themeFill="accent6" w:themeFillTint="3F"/>
      </w:tcPr>
    </w:tblStylePr>
    <w:tblStylePr w:type="band1Horz">
      <w:tblPr/>
      <w:tcPr>
        <w:shd w:val="clear" w:color="auto" w:fill="FDE9D9" w:themeFill="accent6" w:themeFillTint="33"/>
      </w:tcPr>
    </w:tblStylePr>
  </w:style>
  <w:style w:type="table" w:styleId="ColorfulGrid">
    <w:name w:val="Colorful Grid"/>
    <w:basedOn w:val="TableNormal"/>
    <w:uiPriority w:val="73"/>
    <w:rsid w:val="00CB0664"/>
    <w:pPr>
      <w:spacing w:after="0" w:line="240" w:lineRule="auto"/>
    </w:pPr>
    <w:rPr>
      <w:color w:val="000000" w:themeColor="text1"/>
    </w:rPr>
    <w:tblPr>
      <w:tblStyleRowBandSize w:val="1"/>
      <w:tblStyleColBandSize w:val="1"/>
      <w:tblInd w:w="0" w:type="dxa"/>
      <w:tblBorders>
        <w:insideH w:val="single" w:sz="4" w:space="0" w:color="FFFFFF" w:themeColor="background1"/>
      </w:tblBorders>
      <w:tblCellMar>
        <w:top w:w="0" w:type="dxa"/>
        <w:left w:w="108" w:type="dxa"/>
        <w:bottom w:w="0" w:type="dxa"/>
        <w:right w:w="108" w:type="dxa"/>
      </w:tblCellMar>
    </w:tblPr>
    <w:tcPr>
      <w:shd w:val="clear" w:color="auto" w:fill="CCCCCC" w:themeFill="text1" w:themeFillTint="33"/>
    </w:tcPr>
    <w:tblStylePr w:type="firstRow">
      <w:rPr>
        <w:b/>
        <w:bCs/>
      </w:rPr>
      <w:tblPr/>
      <w:tcPr>
        <w:shd w:val="clear" w:color="auto" w:fill="999999" w:themeFill="text1" w:themeFillTint="66"/>
      </w:tcPr>
    </w:tblStylePr>
    <w:tblStylePr w:type="lastRow">
      <w:rPr>
        <w:b/>
        <w:bCs/>
        <w:color w:val="000000" w:themeColor="text1"/>
      </w:rPr>
      <w:tblPr/>
      <w:tcPr>
        <w:shd w:val="clear" w:color="auto" w:fill="999999" w:themeFill="text1" w:themeFillTint="66"/>
      </w:tcPr>
    </w:tblStylePr>
    <w:tblStylePr w:type="firstCol">
      <w:rPr>
        <w:color w:val="FFFFFF" w:themeColor="background1"/>
      </w:rPr>
      <w:tblPr/>
      <w:tcPr>
        <w:shd w:val="clear" w:color="auto" w:fill="000000" w:themeFill="text1" w:themeFillShade="BF"/>
      </w:tcPr>
    </w:tblStylePr>
    <w:tblStylePr w:type="lastCol">
      <w:rPr>
        <w:color w:val="FFFFFF" w:themeColor="background1"/>
      </w:rPr>
      <w:tblPr/>
      <w:tcPr>
        <w:shd w:val="clear" w:color="auto" w:fill="000000" w:themeFill="text1" w:themeFillShade="BF"/>
      </w:tcPr>
    </w:tblStylePr>
    <w:tblStylePr w:type="band1Vert">
      <w:tblPr/>
      <w:tcPr>
        <w:shd w:val="clear" w:color="auto" w:fill="808080" w:themeFill="text1" w:themeFillTint="7F"/>
      </w:tcPr>
    </w:tblStylePr>
    <w:tblStylePr w:type="band1Horz">
      <w:tblPr/>
      <w:tcPr>
        <w:shd w:val="clear" w:color="auto" w:fill="808080" w:themeFill="text1" w:themeFillTint="7F"/>
      </w:tcPr>
    </w:tblStylePr>
  </w:style>
  <w:style w:type="table" w:styleId="ColorfulGrid-Accent1">
    <w:name w:val="Colorful Grid Accent 1"/>
    <w:basedOn w:val="TableNormal"/>
    <w:uiPriority w:val="73"/>
    <w:rsid w:val="00CB0664"/>
    <w:pPr>
      <w:spacing w:after="0" w:line="240" w:lineRule="auto"/>
    </w:pPr>
    <w:rPr>
      <w:color w:val="000000" w:themeColor="text1"/>
    </w:rPr>
    <w:tblPr>
      <w:tblStyleRowBandSize w:val="1"/>
      <w:tblStyleColBandSize w:val="1"/>
      <w:tblInd w:w="0" w:type="dxa"/>
      <w:tblBorders>
        <w:insideH w:val="single" w:sz="4" w:space="0" w:color="FFFFFF" w:themeColor="background1"/>
      </w:tblBorders>
      <w:tblCellMar>
        <w:top w:w="0" w:type="dxa"/>
        <w:left w:w="108" w:type="dxa"/>
        <w:bottom w:w="0" w:type="dxa"/>
        <w:right w:w="108" w:type="dxa"/>
      </w:tblCellMar>
    </w:tblPr>
    <w:tcPr>
      <w:shd w:val="clear" w:color="auto" w:fill="DBE5F1" w:themeFill="accent1" w:themeFillTint="33"/>
    </w:tcPr>
    <w:tblStylePr w:type="firstRow">
      <w:rPr>
        <w:b/>
        <w:bCs/>
      </w:rPr>
      <w:tblPr/>
      <w:tcPr>
        <w:shd w:val="clear" w:color="auto" w:fill="B8CCE4" w:themeFill="accent1" w:themeFillTint="66"/>
      </w:tcPr>
    </w:tblStylePr>
    <w:tblStylePr w:type="lastRow">
      <w:rPr>
        <w:b/>
        <w:bCs/>
        <w:color w:val="000000" w:themeColor="text1"/>
      </w:rPr>
      <w:tblPr/>
      <w:tcPr>
        <w:shd w:val="clear" w:color="auto" w:fill="B8CCE4" w:themeFill="accent1" w:themeFillTint="66"/>
      </w:tcPr>
    </w:tblStylePr>
    <w:tblStylePr w:type="firstCol">
      <w:rPr>
        <w:color w:val="FFFFFF" w:themeColor="background1"/>
      </w:rPr>
      <w:tblPr/>
      <w:tcPr>
        <w:shd w:val="clear" w:color="auto" w:fill="365F91" w:themeFill="accent1" w:themeFillShade="BF"/>
      </w:tcPr>
    </w:tblStylePr>
    <w:tblStylePr w:type="lastCol">
      <w:rPr>
        <w:color w:val="FFFFFF" w:themeColor="background1"/>
      </w:rPr>
      <w:tblPr/>
      <w:tcPr>
        <w:shd w:val="clear" w:color="auto" w:fill="365F91" w:themeFill="accent1" w:themeFillShade="BF"/>
      </w:tcPr>
    </w:tblStylePr>
    <w:tblStylePr w:type="band1Vert">
      <w:tblPr/>
      <w:tcPr>
        <w:shd w:val="clear" w:color="auto" w:fill="A7BFDE" w:themeFill="accent1" w:themeFillTint="7F"/>
      </w:tcPr>
    </w:tblStylePr>
    <w:tblStylePr w:type="band1Horz">
      <w:tblPr/>
      <w:tcPr>
        <w:shd w:val="clear" w:color="auto" w:fill="A7BFDE" w:themeFill="accent1" w:themeFillTint="7F"/>
      </w:tcPr>
    </w:tblStylePr>
  </w:style>
  <w:style w:type="table" w:styleId="ColorfulGrid-Accent2">
    <w:name w:val="Colorful Grid Accent 2"/>
    <w:basedOn w:val="TableNormal"/>
    <w:uiPriority w:val="73"/>
    <w:rsid w:val="00CB0664"/>
    <w:pPr>
      <w:spacing w:after="0" w:line="240" w:lineRule="auto"/>
    </w:pPr>
    <w:rPr>
      <w:color w:val="000000" w:themeColor="text1"/>
    </w:rPr>
    <w:tblPr>
      <w:tblStyleRowBandSize w:val="1"/>
      <w:tblStyleColBandSize w:val="1"/>
      <w:tblInd w:w="0" w:type="dxa"/>
      <w:tblBorders>
        <w:insideH w:val="single" w:sz="4" w:space="0" w:color="FFFFFF" w:themeColor="background1"/>
      </w:tblBorders>
      <w:tblCellMar>
        <w:top w:w="0" w:type="dxa"/>
        <w:left w:w="108" w:type="dxa"/>
        <w:bottom w:w="0" w:type="dxa"/>
        <w:right w:w="108" w:type="dxa"/>
      </w:tblCellMar>
    </w:tblPr>
    <w:tcPr>
      <w:shd w:val="clear" w:color="auto" w:fill="F2DBDB" w:themeFill="accent2" w:themeFillTint="33"/>
    </w:tcPr>
    <w:tblStylePr w:type="firstRow">
      <w:rPr>
        <w:b/>
        <w:bCs/>
      </w:rPr>
      <w:tblPr/>
      <w:tcPr>
        <w:shd w:val="clear" w:color="auto" w:fill="E5B8B7" w:themeFill="accent2" w:themeFillTint="66"/>
      </w:tcPr>
    </w:tblStylePr>
    <w:tblStylePr w:type="lastRow">
      <w:rPr>
        <w:b/>
        <w:bCs/>
        <w:color w:val="000000" w:themeColor="text1"/>
      </w:rPr>
      <w:tblPr/>
      <w:tcPr>
        <w:shd w:val="clear" w:color="auto" w:fill="E5B8B7" w:themeFill="accent2" w:themeFillTint="66"/>
      </w:tcPr>
    </w:tblStylePr>
    <w:tblStylePr w:type="firstCol">
      <w:rPr>
        <w:color w:val="FFFFFF" w:themeColor="background1"/>
      </w:rPr>
      <w:tblPr/>
      <w:tcPr>
        <w:shd w:val="clear" w:color="auto" w:fill="943634" w:themeFill="accent2" w:themeFillShade="BF"/>
      </w:tcPr>
    </w:tblStylePr>
    <w:tblStylePr w:type="lastCol">
      <w:rPr>
        <w:color w:val="FFFFFF" w:themeColor="background1"/>
      </w:rPr>
      <w:tblPr/>
      <w:tcPr>
        <w:shd w:val="clear" w:color="auto" w:fill="943634" w:themeFill="accent2" w:themeFillShade="BF"/>
      </w:tcPr>
    </w:tblStylePr>
    <w:tblStylePr w:type="band1Vert">
      <w:tblPr/>
      <w:tcPr>
        <w:shd w:val="clear" w:color="auto" w:fill="DFA7A6" w:themeFill="accent2" w:themeFillTint="7F"/>
      </w:tcPr>
    </w:tblStylePr>
    <w:tblStylePr w:type="band1Horz">
      <w:tblPr/>
      <w:tcPr>
        <w:shd w:val="clear" w:color="auto" w:fill="DFA7A6" w:themeFill="accent2" w:themeFillTint="7F"/>
      </w:tcPr>
    </w:tblStylePr>
  </w:style>
  <w:style w:type="table" w:styleId="ColorfulGrid-Accent3">
    <w:name w:val="Colorful Grid Accent 3"/>
    <w:basedOn w:val="TableNormal"/>
    <w:uiPriority w:val="73"/>
    <w:rsid w:val="00CB0664"/>
    <w:pPr>
      <w:spacing w:after="0" w:line="240" w:lineRule="auto"/>
    </w:pPr>
    <w:rPr>
      <w:color w:val="000000" w:themeColor="text1"/>
    </w:rPr>
    <w:tblPr>
      <w:tblStyleRowBandSize w:val="1"/>
      <w:tblStyleColBandSize w:val="1"/>
      <w:tblInd w:w="0" w:type="dxa"/>
      <w:tblBorders>
        <w:insideH w:val="single" w:sz="4" w:space="0" w:color="FFFFFF" w:themeColor="background1"/>
      </w:tblBorders>
      <w:tblCellMar>
        <w:top w:w="0" w:type="dxa"/>
        <w:left w:w="108" w:type="dxa"/>
        <w:bottom w:w="0" w:type="dxa"/>
        <w:right w:w="108" w:type="dxa"/>
      </w:tblCellMar>
    </w:tblPr>
    <w:tcPr>
      <w:shd w:val="clear" w:color="auto" w:fill="EAF1DD" w:themeFill="accent3" w:themeFillTint="33"/>
    </w:tcPr>
    <w:tblStylePr w:type="firstRow">
      <w:rPr>
        <w:b/>
        <w:bCs/>
      </w:rPr>
      <w:tblPr/>
      <w:tcPr>
        <w:shd w:val="clear" w:color="auto" w:fill="D6E3BC" w:themeFill="accent3" w:themeFillTint="66"/>
      </w:tcPr>
    </w:tblStylePr>
    <w:tblStylePr w:type="lastRow">
      <w:rPr>
        <w:b/>
        <w:bCs/>
        <w:color w:val="000000" w:themeColor="text1"/>
      </w:rPr>
      <w:tblPr/>
      <w:tcPr>
        <w:shd w:val="clear" w:color="auto" w:fill="D6E3BC" w:themeFill="accent3" w:themeFillTint="66"/>
      </w:tcPr>
    </w:tblStylePr>
    <w:tblStylePr w:type="firstCol">
      <w:rPr>
        <w:color w:val="FFFFFF" w:themeColor="background1"/>
      </w:rPr>
      <w:tblPr/>
      <w:tcPr>
        <w:shd w:val="clear" w:color="auto" w:fill="76923C" w:themeFill="accent3" w:themeFillShade="BF"/>
      </w:tcPr>
    </w:tblStylePr>
    <w:tblStylePr w:type="lastCol">
      <w:rPr>
        <w:color w:val="FFFFFF" w:themeColor="background1"/>
      </w:rPr>
      <w:tblPr/>
      <w:tcPr>
        <w:shd w:val="clear" w:color="auto" w:fill="76923C" w:themeFill="accent3" w:themeFillShade="BF"/>
      </w:tcPr>
    </w:tblStylePr>
    <w:tblStylePr w:type="band1Vert">
      <w:tblPr/>
      <w:tcPr>
        <w:shd w:val="clear" w:color="auto" w:fill="CDDDAC" w:themeFill="accent3" w:themeFillTint="7F"/>
      </w:tcPr>
    </w:tblStylePr>
    <w:tblStylePr w:type="band1Horz">
      <w:tblPr/>
      <w:tcPr>
        <w:shd w:val="clear" w:color="auto" w:fill="CDDDAC" w:themeFill="accent3" w:themeFillTint="7F"/>
      </w:tcPr>
    </w:tblStylePr>
  </w:style>
  <w:style w:type="table" w:styleId="ColorfulGrid-Accent4">
    <w:name w:val="Colorful Grid Accent 4"/>
    <w:basedOn w:val="TableNormal"/>
    <w:uiPriority w:val="73"/>
    <w:rsid w:val="00CB0664"/>
    <w:pPr>
      <w:spacing w:after="0" w:line="240" w:lineRule="auto"/>
    </w:pPr>
    <w:rPr>
      <w:color w:val="000000" w:themeColor="text1"/>
    </w:rPr>
    <w:tblPr>
      <w:tblStyleRowBandSize w:val="1"/>
      <w:tblStyleColBandSize w:val="1"/>
      <w:tblInd w:w="0" w:type="dxa"/>
      <w:tblBorders>
        <w:insideH w:val="single" w:sz="4" w:space="0" w:color="FFFFFF" w:themeColor="background1"/>
      </w:tblBorders>
      <w:tblCellMar>
        <w:top w:w="0" w:type="dxa"/>
        <w:left w:w="108" w:type="dxa"/>
        <w:bottom w:w="0" w:type="dxa"/>
        <w:right w:w="108" w:type="dxa"/>
      </w:tblCellMar>
    </w:tblPr>
    <w:tcPr>
      <w:shd w:val="clear" w:color="auto" w:fill="E5DFEC" w:themeFill="accent4" w:themeFillTint="33"/>
    </w:tcPr>
    <w:tblStylePr w:type="firstRow">
      <w:rPr>
        <w:b/>
        <w:bCs/>
      </w:rPr>
      <w:tblPr/>
      <w:tcPr>
        <w:shd w:val="clear" w:color="auto" w:fill="CCC0D9" w:themeFill="accent4" w:themeFillTint="66"/>
      </w:tcPr>
    </w:tblStylePr>
    <w:tblStylePr w:type="lastRow">
      <w:rPr>
        <w:b/>
        <w:bCs/>
        <w:color w:val="000000" w:themeColor="text1"/>
      </w:rPr>
      <w:tblPr/>
      <w:tcPr>
        <w:shd w:val="clear" w:color="auto" w:fill="CCC0D9" w:themeFill="accent4" w:themeFillTint="66"/>
      </w:tcPr>
    </w:tblStylePr>
    <w:tblStylePr w:type="firstCol">
      <w:rPr>
        <w:color w:val="FFFFFF" w:themeColor="background1"/>
      </w:rPr>
      <w:tblPr/>
      <w:tcPr>
        <w:shd w:val="clear" w:color="auto" w:fill="5F497A" w:themeFill="accent4" w:themeFillShade="BF"/>
      </w:tcPr>
    </w:tblStylePr>
    <w:tblStylePr w:type="lastCol">
      <w:rPr>
        <w:color w:val="FFFFFF" w:themeColor="background1"/>
      </w:rPr>
      <w:tblPr/>
      <w:tcPr>
        <w:shd w:val="clear" w:color="auto" w:fill="5F497A" w:themeFill="accent4" w:themeFillShade="BF"/>
      </w:tcPr>
    </w:tblStylePr>
    <w:tblStylePr w:type="band1Vert">
      <w:tblPr/>
      <w:tcPr>
        <w:shd w:val="clear" w:color="auto" w:fill="BFB1D0" w:themeFill="accent4" w:themeFillTint="7F"/>
      </w:tcPr>
    </w:tblStylePr>
    <w:tblStylePr w:type="band1Horz">
      <w:tblPr/>
      <w:tcPr>
        <w:shd w:val="clear" w:color="auto" w:fill="BFB1D0" w:themeFill="accent4" w:themeFillTint="7F"/>
      </w:tcPr>
    </w:tblStylePr>
  </w:style>
  <w:style w:type="table" w:styleId="ColorfulGrid-Accent5">
    <w:name w:val="Colorful Grid Accent 5"/>
    <w:basedOn w:val="TableNormal"/>
    <w:uiPriority w:val="73"/>
    <w:rsid w:val="00CB0664"/>
    <w:pPr>
      <w:spacing w:after="0" w:line="240" w:lineRule="auto"/>
    </w:pPr>
    <w:rPr>
      <w:color w:val="000000" w:themeColor="text1"/>
    </w:rPr>
    <w:tblPr>
      <w:tblStyleRowBandSize w:val="1"/>
      <w:tblStyleColBandSize w:val="1"/>
      <w:tblInd w:w="0" w:type="dxa"/>
      <w:tblBorders>
        <w:insideH w:val="single" w:sz="4" w:space="0" w:color="FFFFFF" w:themeColor="background1"/>
      </w:tblBorders>
      <w:tblCellMar>
        <w:top w:w="0" w:type="dxa"/>
        <w:left w:w="108" w:type="dxa"/>
        <w:bottom w:w="0" w:type="dxa"/>
        <w:right w:w="108" w:type="dxa"/>
      </w:tblCellMar>
    </w:tblPr>
    <w:tcPr>
      <w:shd w:val="clear" w:color="auto" w:fill="DAEEF3" w:themeFill="accent5" w:themeFillTint="33"/>
    </w:tcPr>
    <w:tblStylePr w:type="firstRow">
      <w:rPr>
        <w:b/>
        <w:bCs/>
      </w:rPr>
      <w:tblPr/>
      <w:tcPr>
        <w:shd w:val="clear" w:color="auto" w:fill="B6DDE8" w:themeFill="accent5" w:themeFillTint="66"/>
      </w:tcPr>
    </w:tblStylePr>
    <w:tblStylePr w:type="lastRow">
      <w:rPr>
        <w:b/>
        <w:bCs/>
        <w:color w:val="000000" w:themeColor="text1"/>
      </w:rPr>
      <w:tblPr/>
      <w:tcPr>
        <w:shd w:val="clear" w:color="auto" w:fill="B6DDE8" w:themeFill="accent5" w:themeFillTint="66"/>
      </w:tcPr>
    </w:tblStylePr>
    <w:tblStylePr w:type="firstCol">
      <w:rPr>
        <w:color w:val="FFFFFF" w:themeColor="background1"/>
      </w:rPr>
      <w:tblPr/>
      <w:tcPr>
        <w:shd w:val="clear" w:color="auto" w:fill="31849B" w:themeFill="accent5" w:themeFillShade="BF"/>
      </w:tcPr>
    </w:tblStylePr>
    <w:tblStylePr w:type="lastCol">
      <w:rPr>
        <w:color w:val="FFFFFF" w:themeColor="background1"/>
      </w:rPr>
      <w:tblPr/>
      <w:tcPr>
        <w:shd w:val="clear" w:color="auto" w:fill="31849B" w:themeFill="accent5" w:themeFillShade="BF"/>
      </w:tcPr>
    </w:tblStylePr>
    <w:tblStylePr w:type="band1Vert">
      <w:tblPr/>
      <w:tcPr>
        <w:shd w:val="clear" w:color="auto" w:fill="A5D5E2" w:themeFill="accent5" w:themeFillTint="7F"/>
      </w:tcPr>
    </w:tblStylePr>
    <w:tblStylePr w:type="band1Horz">
      <w:tblPr/>
      <w:tcPr>
        <w:shd w:val="clear" w:color="auto" w:fill="A5D5E2" w:themeFill="accent5" w:themeFillTint="7F"/>
      </w:tcPr>
    </w:tblStylePr>
  </w:style>
  <w:style w:type="table" w:styleId="ColorfulGrid-Accent6">
    <w:name w:val="Colorful Grid Accent 6"/>
    <w:basedOn w:val="TableNormal"/>
    <w:uiPriority w:val="73"/>
    <w:rsid w:val="00CB0664"/>
    <w:pPr>
      <w:spacing w:after="0" w:line="240" w:lineRule="auto"/>
    </w:pPr>
    <w:rPr>
      <w:color w:val="000000" w:themeColor="text1"/>
    </w:rPr>
    <w:tblPr>
      <w:tblStyleRowBandSize w:val="1"/>
      <w:tblStyleColBandSize w:val="1"/>
      <w:tblInd w:w="0" w:type="dxa"/>
      <w:tblBorders>
        <w:insideH w:val="single" w:sz="4" w:space="0" w:color="FFFFFF" w:themeColor="background1"/>
      </w:tblBorders>
      <w:tblCellMar>
        <w:top w:w="0" w:type="dxa"/>
        <w:left w:w="108" w:type="dxa"/>
        <w:bottom w:w="0" w:type="dxa"/>
        <w:right w:w="108" w:type="dxa"/>
      </w:tblCellMar>
    </w:tblPr>
    <w:tcPr>
      <w:shd w:val="clear" w:color="auto" w:fill="FDE9D9" w:themeFill="accent6" w:themeFillTint="33"/>
    </w:tcPr>
    <w:tblStylePr w:type="firstRow">
      <w:rPr>
        <w:b/>
        <w:bCs/>
      </w:rPr>
      <w:tblPr/>
      <w:tcPr>
        <w:shd w:val="clear" w:color="auto" w:fill="FBD4B4" w:themeFill="accent6" w:themeFillTint="66"/>
      </w:tcPr>
    </w:tblStylePr>
    <w:tblStylePr w:type="lastRow">
      <w:rPr>
        <w:b/>
        <w:bCs/>
        <w:color w:val="000000" w:themeColor="text1"/>
      </w:rPr>
      <w:tblPr/>
      <w:tcPr>
        <w:shd w:val="clear" w:color="auto" w:fill="FBD4B4" w:themeFill="accent6" w:themeFillTint="66"/>
      </w:tcPr>
    </w:tblStylePr>
    <w:tblStylePr w:type="firstCol">
      <w:rPr>
        <w:color w:val="FFFFFF" w:themeColor="background1"/>
      </w:rPr>
      <w:tblPr/>
      <w:tcPr>
        <w:shd w:val="clear" w:color="auto" w:fill="E36C0A" w:themeFill="accent6" w:themeFillShade="BF"/>
      </w:tcPr>
    </w:tblStylePr>
    <w:tblStylePr w:type="lastCol">
      <w:rPr>
        <w:color w:val="FFFFFF" w:themeColor="background1"/>
      </w:rPr>
      <w:tblPr/>
      <w:tcPr>
        <w:shd w:val="clear" w:color="auto" w:fill="E36C0A" w:themeFill="accent6" w:themeFillShade="BF"/>
      </w:tcPr>
    </w:tblStylePr>
    <w:tblStylePr w:type="band1Vert">
      <w:tblPr/>
      <w:tcPr>
        <w:shd w:val="clear" w:color="auto" w:fill="FBCAA2" w:themeFill="accent6" w:themeFillTint="7F"/>
      </w:tcPr>
    </w:tblStylePr>
    <w:tblStylePr w:type="band1Horz">
      <w:tblPr/>
      <w:tcPr>
        <w:shd w:val="clear" w:color="auto" w:fill="FBCAA2" w:themeFill="accent6" w:themeFillTint="7F"/>
      </w:tcPr>
    </w:tblStylePr>
  </w:style>
</w:styles>
</file>

<file path=word/stylesWithEffects.xml><?xml version="1.0" encoding="utf-8"?>
<w:styles xmlns:wpc="http://schemas.microsoft.com/office/word/2010/wordprocessingCanvas" xmlns:mo="http://schemas.microsoft.com/office/mac/office/2008/main" xmlns:mc="http://schemas.openxmlformats.org/markup-compatibility/2006" xmlns:mv="urn:schemas-microsoft-com:mac:vml"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docDefaults>
    <w:rPrDefault>
      <w:rPr>
        <w:rFonts w:asciiTheme="minorHAnsi" w:eastAsiaTheme="minorEastAsia" w:hAnsiTheme="minorHAnsi" w:cstheme="minorBidi"/>
        <w:sz w:val="22"/>
        <w:szCs w:val="22"/>
        <w:lang w:val="en-US" w:eastAsia="en-US" w:bidi="ar-SA"/>
      </w:rPr>
    </w:rPrDefault>
    <w:pPrDefault>
      <w:pPr>
        <w:spacing w:after="200" w:line="276" w:lineRule="auto"/>
      </w:pPr>
    </w:pPrDefault>
  </w:docDefaults>
  <w:latentStyles w:defLockedState="0" w:defUIPriority="99" w:defSemiHidden="1" w:defUnhideWhenUsed="1" w:defQFormat="0" w:count="276">
    <w:lsdException w:name="Normal" w:semiHidden="0" w:uiPriority="0" w:unhideWhenUsed="0" w:qFormat="1"/>
    <w:lsdException w:name="heading 1" w:semiHidden="0" w:uiPriority="9" w:unhideWhenUsed="0" w:qFormat="1"/>
    <w:lsdException w:name="heading 2" w:uiPriority="9" w:qFormat="1"/>
    <w:lsdException w:name="heading 3" w:uiPriority="9" w:qFormat="1"/>
    <w:lsdException w:name="heading 4" w:uiPriority="9" w:qFormat="1"/>
    <w:lsdException w:name="heading 5" w:uiPriority="9" w:qFormat="1"/>
    <w:lsdException w:name="heading 6" w:uiPriority="9" w:qFormat="1"/>
    <w:lsdException w:name="heading 7" w:uiPriority="9" w:qFormat="1"/>
    <w:lsdException w:name="heading 8" w:uiPriority="9" w:qFormat="1"/>
    <w:lsdException w:name="heading 9" w:uiPriority="9" w:qFormat="1"/>
    <w:lsdException w:name="toc 1" w:uiPriority="39"/>
    <w:lsdException w:name="toc 2" w:uiPriority="39"/>
    <w:lsdException w:name="toc 3" w:uiPriority="39"/>
    <w:lsdException w:name="toc 4" w:uiPriority="39"/>
    <w:lsdException w:name="toc 5" w:uiPriority="39"/>
    <w:lsdException w:name="toc 6" w:uiPriority="39"/>
    <w:lsdException w:name="toc 7" w:uiPriority="39"/>
    <w:lsdException w:name="toc 8" w:uiPriority="39"/>
    <w:lsdException w:name="toc 9" w:uiPriority="39"/>
    <w:lsdException w:name="caption" w:uiPriority="35" w:qFormat="1"/>
    <w:lsdException w:name="Title" w:semiHidden="0" w:uiPriority="10" w:unhideWhenUsed="0" w:qFormat="1"/>
    <w:lsdException w:name="Default Paragraph Font" w:uiPriority="1"/>
    <w:lsdException w:name="Subtitle" w:semiHidden="0" w:uiPriority="11" w:unhideWhenUsed="0" w:qFormat="1"/>
    <w:lsdException w:name="Strong" w:semiHidden="0" w:uiPriority="22" w:unhideWhenUsed="0" w:qFormat="1"/>
    <w:lsdException w:name="Emphasis" w:semiHidden="0" w:uiPriority="20" w:unhideWhenUsed="0" w:qFormat="1"/>
    <w:lsdException w:name="Table Grid" w:semiHidden="0" w:uiPriority="59" w:unhideWhenUsed="0"/>
    <w:lsdException w:name="Placeholder Text" w:unhideWhenUsed="0"/>
    <w:lsdException w:name="No Spacing" w:semiHidden="0" w:uiPriority="1" w:unhideWhenUsed="0" w:qFormat="1"/>
    <w:lsdException w:name="Light Shading" w:semiHidden="0" w:uiPriority="60" w:unhideWhenUsed="0"/>
    <w:lsdException w:name="Light List" w:semiHidden="0" w:uiPriority="61" w:unhideWhenUsed="0"/>
    <w:lsdException w:name="Light Grid" w:semiHidden="0" w:uiPriority="62" w:unhideWhenUsed="0"/>
    <w:lsdException w:name="Medium Shading 1" w:semiHidden="0" w:uiPriority="63" w:unhideWhenUsed="0"/>
    <w:lsdException w:name="Medium Shading 2" w:semiHidden="0" w:uiPriority="64" w:unhideWhenUsed="0"/>
    <w:lsdException w:name="Medium List 1" w:semiHidden="0" w:uiPriority="65" w:unhideWhenUsed="0"/>
    <w:lsdException w:name="Medium List 2" w:semiHidden="0" w:uiPriority="66" w:unhideWhenUsed="0"/>
    <w:lsdException w:name="Medium Grid 1" w:semiHidden="0" w:uiPriority="67" w:unhideWhenUsed="0"/>
    <w:lsdException w:name="Medium Grid 2" w:semiHidden="0" w:uiPriority="68" w:unhideWhenUsed="0"/>
    <w:lsdException w:name="Medium Grid 3" w:semiHidden="0" w:uiPriority="69" w:unhideWhenUsed="0"/>
    <w:lsdException w:name="Dark List" w:semiHidden="0" w:uiPriority="70" w:unhideWhenUsed="0"/>
    <w:lsdException w:name="Colorful Shading" w:semiHidden="0" w:uiPriority="71" w:unhideWhenUsed="0"/>
    <w:lsdException w:name="Colorful List" w:semiHidden="0" w:uiPriority="72" w:unhideWhenUsed="0"/>
    <w:lsdException w:name="Colorful Grid" w:semiHidden="0" w:uiPriority="73" w:unhideWhenUsed="0"/>
    <w:lsdException w:name="Light Shading Accent 1" w:semiHidden="0" w:uiPriority="60" w:unhideWhenUsed="0"/>
    <w:lsdException w:name="Light List Accent 1" w:semiHidden="0" w:uiPriority="61" w:unhideWhenUsed="0"/>
    <w:lsdException w:name="Light Grid Accent 1" w:semiHidden="0" w:uiPriority="62" w:unhideWhenUsed="0"/>
    <w:lsdException w:name="Medium Shading 1 Accent 1" w:semiHidden="0" w:uiPriority="63" w:unhideWhenUsed="0"/>
    <w:lsdException w:name="Medium Shading 2 Accent 1" w:semiHidden="0" w:uiPriority="64" w:unhideWhenUsed="0"/>
    <w:lsdException w:name="Medium List 1 Accent 1" w:semiHidden="0" w:uiPriority="65" w:unhideWhenUsed="0"/>
    <w:lsdException w:name="Revision" w:unhideWhenUsed="0"/>
    <w:lsdException w:name="List Paragraph" w:semiHidden="0" w:uiPriority="34" w:unhideWhenUsed="0" w:qFormat="1"/>
    <w:lsdException w:name="Quote" w:semiHidden="0" w:uiPriority="29" w:unhideWhenUsed="0" w:qFormat="1"/>
    <w:lsdException w:name="Intense Quote" w:semiHidden="0" w:uiPriority="30" w:unhideWhenUsed="0" w:qFormat="1"/>
    <w:lsdException w:name="Medium List 2 Accent 1" w:semiHidden="0" w:uiPriority="66" w:unhideWhenUsed="0"/>
    <w:lsdException w:name="Medium Grid 1 Accent 1" w:semiHidden="0" w:uiPriority="67" w:unhideWhenUsed="0"/>
    <w:lsdException w:name="Medium Grid 2 Accent 1" w:semiHidden="0" w:uiPriority="68" w:unhideWhenUsed="0"/>
    <w:lsdException w:name="Medium Grid 3 Accent 1" w:semiHidden="0" w:uiPriority="69" w:unhideWhenUsed="0"/>
    <w:lsdException w:name="Dark List Accent 1" w:semiHidden="0" w:uiPriority="70" w:unhideWhenUsed="0"/>
    <w:lsdException w:name="Colorful Shading Accent 1" w:semiHidden="0" w:uiPriority="71" w:unhideWhenUsed="0"/>
    <w:lsdException w:name="Colorful List Accent 1" w:semiHidden="0" w:uiPriority="72" w:unhideWhenUsed="0"/>
    <w:lsdException w:name="Colorful Grid Accent 1" w:semiHidden="0" w:uiPriority="73" w:unhideWhenUsed="0"/>
    <w:lsdException w:name="Light Shading Accent 2" w:semiHidden="0" w:uiPriority="60" w:unhideWhenUsed="0"/>
    <w:lsdException w:name="Light List Accent 2" w:semiHidden="0" w:uiPriority="61" w:unhideWhenUsed="0"/>
    <w:lsdException w:name="Light Grid Accent 2" w:semiHidden="0" w:uiPriority="62" w:unhideWhenUsed="0"/>
    <w:lsdException w:name="Medium Shading 1 Accent 2" w:semiHidden="0" w:uiPriority="63" w:unhideWhenUsed="0"/>
    <w:lsdException w:name="Medium Shading 2 Accent 2" w:semiHidden="0" w:uiPriority="64" w:unhideWhenUsed="0"/>
    <w:lsdException w:name="Medium List 1 Accent 2" w:semiHidden="0" w:uiPriority="65" w:unhideWhenUsed="0"/>
    <w:lsdException w:name="Medium List 2 Accent 2" w:semiHidden="0" w:uiPriority="66" w:unhideWhenUsed="0"/>
    <w:lsdException w:name="Medium Grid 1 Accent 2" w:semiHidden="0" w:uiPriority="67" w:unhideWhenUsed="0"/>
    <w:lsdException w:name="Medium Grid 2 Accent 2" w:semiHidden="0" w:uiPriority="68" w:unhideWhenUsed="0"/>
    <w:lsdException w:name="Medium Grid 3 Accent 2" w:semiHidden="0" w:uiPriority="69" w:unhideWhenUsed="0"/>
    <w:lsdException w:name="Dark List Accent 2" w:semiHidden="0" w:uiPriority="70" w:unhideWhenUsed="0"/>
    <w:lsdException w:name="Colorful Shading Accent 2" w:semiHidden="0" w:uiPriority="71" w:unhideWhenUsed="0"/>
    <w:lsdException w:name="Colorful List Accent 2" w:semiHidden="0" w:uiPriority="72" w:unhideWhenUsed="0"/>
    <w:lsdException w:name="Colorful Grid Accent 2" w:semiHidden="0" w:uiPriority="73" w:unhideWhenUsed="0"/>
    <w:lsdException w:name="Light Shading Accent 3" w:semiHidden="0" w:uiPriority="60" w:unhideWhenUsed="0"/>
    <w:lsdException w:name="Light List Accent 3" w:semiHidden="0" w:uiPriority="61" w:unhideWhenUsed="0"/>
    <w:lsdException w:name="Light Grid Accent 3" w:semiHidden="0" w:uiPriority="62" w:unhideWhenUsed="0"/>
    <w:lsdException w:name="Medium Shading 1 Accent 3" w:semiHidden="0" w:uiPriority="63" w:unhideWhenUsed="0"/>
    <w:lsdException w:name="Medium Shading 2 Accent 3" w:semiHidden="0" w:uiPriority="64" w:unhideWhenUsed="0"/>
    <w:lsdException w:name="Medium List 1 Accent 3" w:semiHidden="0" w:uiPriority="65" w:unhideWhenUsed="0"/>
    <w:lsdException w:name="Medium List 2 Accent 3" w:semiHidden="0" w:uiPriority="66" w:unhideWhenUsed="0"/>
    <w:lsdException w:name="Medium Grid 1 Accent 3" w:semiHidden="0" w:uiPriority="67" w:unhideWhenUsed="0"/>
    <w:lsdException w:name="Medium Grid 2 Accent 3" w:semiHidden="0" w:uiPriority="68" w:unhideWhenUsed="0"/>
    <w:lsdException w:name="Medium Grid 3 Accent 3" w:semiHidden="0" w:uiPriority="69" w:unhideWhenUsed="0"/>
    <w:lsdException w:name="Dark List Accent 3" w:semiHidden="0" w:uiPriority="70" w:unhideWhenUsed="0"/>
    <w:lsdException w:name="Colorful Shading Accent 3" w:semiHidden="0" w:uiPriority="71" w:unhideWhenUsed="0"/>
    <w:lsdException w:name="Colorful List Accent 3" w:semiHidden="0" w:uiPriority="72" w:unhideWhenUsed="0"/>
    <w:lsdException w:name="Colorful Grid Accent 3" w:semiHidden="0" w:uiPriority="73" w:unhideWhenUsed="0"/>
    <w:lsdException w:name="Light Shading Accent 4" w:semiHidden="0" w:uiPriority="60" w:unhideWhenUsed="0"/>
    <w:lsdException w:name="Light List Accent 4" w:semiHidden="0" w:uiPriority="61" w:unhideWhenUsed="0"/>
    <w:lsdException w:name="Light Grid Accent 4" w:semiHidden="0" w:uiPriority="62" w:unhideWhenUsed="0"/>
    <w:lsdException w:name="Medium Shading 1 Accent 4" w:semiHidden="0" w:uiPriority="63" w:unhideWhenUsed="0"/>
    <w:lsdException w:name="Medium Shading 2 Accent 4" w:semiHidden="0" w:uiPriority="64" w:unhideWhenUsed="0"/>
    <w:lsdException w:name="Medium List 1 Accent 4" w:semiHidden="0" w:uiPriority="65" w:unhideWhenUsed="0"/>
    <w:lsdException w:name="Medium List 2 Accent 4" w:semiHidden="0" w:uiPriority="66" w:unhideWhenUsed="0"/>
    <w:lsdException w:name="Medium Grid 1 Accent 4" w:semiHidden="0" w:uiPriority="67" w:unhideWhenUsed="0"/>
    <w:lsdException w:name="Medium Grid 2 Accent 4" w:semiHidden="0" w:uiPriority="68" w:unhideWhenUsed="0"/>
    <w:lsdException w:name="Medium Grid 3 Accent 4" w:semiHidden="0" w:uiPriority="69" w:unhideWhenUsed="0"/>
    <w:lsdException w:name="Dark List Accent 4" w:semiHidden="0" w:uiPriority="70" w:unhideWhenUsed="0"/>
    <w:lsdException w:name="Colorful Shading Accent 4" w:semiHidden="0" w:uiPriority="71" w:unhideWhenUsed="0"/>
    <w:lsdException w:name="Colorful List Accent 4" w:semiHidden="0" w:uiPriority="72" w:unhideWhenUsed="0"/>
    <w:lsdException w:name="Colorful Grid Accent 4" w:semiHidden="0" w:uiPriority="73" w:unhideWhenUsed="0"/>
    <w:lsdException w:name="Light Shading Accent 5" w:semiHidden="0" w:uiPriority="60" w:unhideWhenUsed="0"/>
    <w:lsdException w:name="Light List Accent 5" w:semiHidden="0" w:uiPriority="61" w:unhideWhenUsed="0"/>
    <w:lsdException w:name="Light Grid Accent 5" w:semiHidden="0" w:uiPriority="62" w:unhideWhenUsed="0"/>
    <w:lsdException w:name="Medium Shading 1 Accent 5" w:semiHidden="0" w:uiPriority="63" w:unhideWhenUsed="0"/>
    <w:lsdException w:name="Medium Shading 2 Accent 5" w:semiHidden="0" w:uiPriority="64" w:unhideWhenUsed="0"/>
    <w:lsdException w:name="Medium List 1 Accent 5" w:semiHidden="0" w:uiPriority="65" w:unhideWhenUsed="0"/>
    <w:lsdException w:name="Medium List 2 Accent 5" w:semiHidden="0" w:uiPriority="66" w:unhideWhenUsed="0"/>
    <w:lsdException w:name="Medium Grid 1 Accent 5" w:semiHidden="0" w:uiPriority="67" w:unhideWhenUsed="0"/>
    <w:lsdException w:name="Medium Grid 2 Accent 5" w:semiHidden="0" w:uiPriority="68" w:unhideWhenUsed="0"/>
    <w:lsdException w:name="Medium Grid 3 Accent 5" w:semiHidden="0" w:uiPriority="69" w:unhideWhenUsed="0"/>
    <w:lsdException w:name="Dark List Accent 5" w:semiHidden="0" w:uiPriority="70" w:unhideWhenUsed="0"/>
    <w:lsdException w:name="Colorful Shading Accent 5" w:semiHidden="0" w:uiPriority="71" w:unhideWhenUsed="0"/>
    <w:lsdException w:name="Colorful List Accent 5" w:semiHidden="0" w:uiPriority="72" w:unhideWhenUsed="0"/>
    <w:lsdException w:name="Colorful Grid Accent 5" w:semiHidden="0" w:uiPriority="73" w:unhideWhenUsed="0"/>
    <w:lsdException w:name="Light Shading Accent 6" w:semiHidden="0" w:uiPriority="60" w:unhideWhenUsed="0"/>
    <w:lsdException w:name="Light List Accent 6" w:semiHidden="0" w:uiPriority="61" w:unhideWhenUsed="0"/>
    <w:lsdException w:name="Light Grid Accent 6" w:semiHidden="0" w:uiPriority="62" w:unhideWhenUsed="0"/>
    <w:lsdException w:name="Medium Shading 1 Accent 6" w:semiHidden="0" w:uiPriority="63" w:unhideWhenUsed="0"/>
    <w:lsdException w:name="Medium Shading 2 Accent 6" w:semiHidden="0" w:uiPriority="64" w:unhideWhenUsed="0"/>
    <w:lsdException w:name="Medium List 1 Accent 6" w:semiHidden="0" w:uiPriority="65" w:unhideWhenUsed="0"/>
    <w:lsdException w:name="Medium List 2 Accent 6" w:semiHidden="0" w:uiPriority="66" w:unhideWhenUsed="0"/>
    <w:lsdException w:name="Medium Grid 1 Accent 6" w:semiHidden="0" w:uiPriority="67" w:unhideWhenUsed="0"/>
    <w:lsdException w:name="Medium Grid 2 Accent 6" w:semiHidden="0" w:uiPriority="68" w:unhideWhenUsed="0"/>
    <w:lsdException w:name="Medium Grid 3 Accent 6" w:semiHidden="0" w:uiPriority="69" w:unhideWhenUsed="0"/>
    <w:lsdException w:name="Dark List Accent 6" w:semiHidden="0" w:uiPriority="70" w:unhideWhenUsed="0"/>
    <w:lsdException w:name="Colorful Shading Accent 6" w:semiHidden="0" w:uiPriority="71" w:unhideWhenUsed="0"/>
    <w:lsdException w:name="Colorful List Accent 6" w:semiHidden="0" w:uiPriority="72" w:unhideWhenUsed="0"/>
    <w:lsdException w:name="Colorful Grid Accent 6" w:semiHidden="0" w:uiPriority="73" w:unhideWhenUsed="0"/>
    <w:lsdException w:name="Subtle Emphasis" w:semiHidden="0" w:uiPriority="19" w:unhideWhenUsed="0" w:qFormat="1"/>
    <w:lsdException w:name="Intense Emphasis" w:semiHidden="0" w:uiPriority="21" w:unhideWhenUsed="0" w:qFormat="1"/>
    <w:lsdException w:name="Subtle Reference" w:semiHidden="0" w:uiPriority="31" w:unhideWhenUsed="0" w:qFormat="1"/>
    <w:lsdException w:name="Intense Reference" w:semiHidden="0" w:uiPriority="32" w:unhideWhenUsed="0" w:qFormat="1"/>
    <w:lsdException w:name="Book Title" w:semiHidden="0" w:uiPriority="33" w:unhideWhenUsed="0" w:qFormat="1"/>
    <w:lsdException w:name="Bibliography" w:uiPriority="37"/>
    <w:lsdException w:name="TOC Heading" w:uiPriority="39" w:qFormat="1"/>
  </w:latentStyles>
  <w:style w:type="paragraph" w:default="1" w:styleId="Normal">
    <w:name w:val="Normal"/>
    <w:qFormat/>
    <w:rsid w:val="00FC693F"/>
  </w:style>
  <w:style w:type="paragraph" w:styleId="Heading1">
    <w:name w:val="heading 1"/>
    <w:basedOn w:val="Normal"/>
    <w:next w:val="Normal"/>
    <w:link w:val="Heading1Char"/>
    <w:uiPriority w:val="9"/>
    <w:qFormat/>
    <w:rsid w:val="00FC693F"/>
    <w:pPr>
      <w:keepNext/>
      <w:keepLines/>
      <w:spacing w:before="480" w:after="0"/>
      <w:outlineLvl w:val="0"/>
    </w:pPr>
    <w:rPr>
      <w:rFonts w:asciiTheme="majorHAnsi" w:eastAsiaTheme="majorEastAsia" w:hAnsiTheme="majorHAnsi" w:cstheme="majorBidi"/>
      <w:b/>
      <w:bCs/>
      <w:color w:val="365F91" w:themeColor="accent1" w:themeShade="BF"/>
      <w:sz w:val="28"/>
      <w:szCs w:val="28"/>
    </w:rPr>
  </w:style>
  <w:style w:type="paragraph" w:styleId="Heading2">
    <w:name w:val="heading 2"/>
    <w:basedOn w:val="Normal"/>
    <w:next w:val="Normal"/>
    <w:link w:val="Heading2Char"/>
    <w:uiPriority w:val="9"/>
    <w:unhideWhenUsed/>
    <w:qFormat/>
    <w:rsid w:val="00FC693F"/>
    <w:pPr>
      <w:keepNext/>
      <w:keepLines/>
      <w:spacing w:before="200" w:after="0"/>
      <w:outlineLvl w:val="1"/>
    </w:pPr>
    <w:rPr>
      <w:rFonts w:asciiTheme="majorHAnsi" w:eastAsiaTheme="majorEastAsia" w:hAnsiTheme="majorHAnsi" w:cstheme="majorBidi"/>
      <w:b/>
      <w:bCs/>
      <w:color w:val="4F81BD" w:themeColor="accent1"/>
      <w:sz w:val="26"/>
      <w:szCs w:val="26"/>
    </w:rPr>
  </w:style>
  <w:style w:type="paragraph" w:styleId="Heading3">
    <w:name w:val="heading 3"/>
    <w:basedOn w:val="Normal"/>
    <w:next w:val="Normal"/>
    <w:link w:val="Heading3Char"/>
    <w:uiPriority w:val="9"/>
    <w:unhideWhenUsed/>
    <w:qFormat/>
    <w:rsid w:val="00FC693F"/>
    <w:pPr>
      <w:keepNext/>
      <w:keepLines/>
      <w:spacing w:before="200" w:after="0"/>
      <w:outlineLvl w:val="2"/>
    </w:pPr>
    <w:rPr>
      <w:rFonts w:asciiTheme="majorHAnsi" w:eastAsiaTheme="majorEastAsia" w:hAnsiTheme="majorHAnsi" w:cstheme="majorBidi"/>
      <w:b/>
      <w:bCs/>
      <w:color w:val="4F81BD" w:themeColor="accent1"/>
    </w:rPr>
  </w:style>
  <w:style w:type="paragraph" w:styleId="Heading4">
    <w:name w:val="heading 4"/>
    <w:basedOn w:val="Normal"/>
    <w:next w:val="Normal"/>
    <w:link w:val="Heading4Char"/>
    <w:uiPriority w:val="9"/>
    <w:semiHidden/>
    <w:unhideWhenUsed/>
    <w:qFormat/>
    <w:rsid w:val="00FC693F"/>
    <w:pPr>
      <w:keepNext/>
      <w:keepLines/>
      <w:spacing w:before="200" w:after="0"/>
      <w:outlineLvl w:val="3"/>
    </w:pPr>
    <w:rPr>
      <w:rFonts w:asciiTheme="majorHAnsi" w:eastAsiaTheme="majorEastAsia" w:hAnsiTheme="majorHAnsi" w:cstheme="majorBidi"/>
      <w:b/>
      <w:bCs/>
      <w:i/>
      <w:iCs/>
      <w:color w:val="4F81BD" w:themeColor="accent1"/>
    </w:rPr>
  </w:style>
  <w:style w:type="paragraph" w:styleId="Heading5">
    <w:name w:val="heading 5"/>
    <w:basedOn w:val="Normal"/>
    <w:next w:val="Normal"/>
    <w:link w:val="Heading5Char"/>
    <w:uiPriority w:val="9"/>
    <w:semiHidden/>
    <w:unhideWhenUsed/>
    <w:qFormat/>
    <w:rsid w:val="00FC693F"/>
    <w:pPr>
      <w:keepNext/>
      <w:keepLines/>
      <w:spacing w:before="200" w:after="0"/>
      <w:outlineLvl w:val="4"/>
    </w:pPr>
    <w:rPr>
      <w:rFonts w:asciiTheme="majorHAnsi" w:eastAsiaTheme="majorEastAsia" w:hAnsiTheme="majorHAnsi" w:cstheme="majorBidi"/>
      <w:color w:val="243F60" w:themeColor="accent1" w:themeShade="7F"/>
    </w:rPr>
  </w:style>
  <w:style w:type="paragraph" w:styleId="Heading6">
    <w:name w:val="heading 6"/>
    <w:basedOn w:val="Normal"/>
    <w:next w:val="Normal"/>
    <w:link w:val="Heading6Char"/>
    <w:uiPriority w:val="9"/>
    <w:semiHidden/>
    <w:unhideWhenUsed/>
    <w:qFormat/>
    <w:rsid w:val="00FC693F"/>
    <w:pPr>
      <w:keepNext/>
      <w:keepLines/>
      <w:spacing w:before="200" w:after="0"/>
      <w:outlineLvl w:val="5"/>
    </w:pPr>
    <w:rPr>
      <w:rFonts w:asciiTheme="majorHAnsi" w:eastAsiaTheme="majorEastAsia" w:hAnsiTheme="majorHAnsi" w:cstheme="majorBidi"/>
      <w:i/>
      <w:iCs/>
      <w:color w:val="243F60" w:themeColor="accent1" w:themeShade="7F"/>
    </w:rPr>
  </w:style>
  <w:style w:type="paragraph" w:styleId="Heading7">
    <w:name w:val="heading 7"/>
    <w:basedOn w:val="Normal"/>
    <w:next w:val="Normal"/>
    <w:link w:val="Heading7Char"/>
    <w:uiPriority w:val="9"/>
    <w:semiHidden/>
    <w:unhideWhenUsed/>
    <w:qFormat/>
    <w:rsid w:val="00FC693F"/>
    <w:pPr>
      <w:keepNext/>
      <w:keepLines/>
      <w:spacing w:before="200" w:after="0"/>
      <w:outlineLvl w:val="6"/>
    </w:pPr>
    <w:rPr>
      <w:rFonts w:asciiTheme="majorHAnsi" w:eastAsiaTheme="majorEastAsia" w:hAnsiTheme="majorHAnsi" w:cstheme="majorBidi"/>
      <w:i/>
      <w:iCs/>
      <w:color w:val="404040" w:themeColor="text1" w:themeTint="BF"/>
    </w:rPr>
  </w:style>
  <w:style w:type="paragraph" w:styleId="Heading8">
    <w:name w:val="heading 8"/>
    <w:basedOn w:val="Normal"/>
    <w:next w:val="Normal"/>
    <w:link w:val="Heading8Char"/>
    <w:uiPriority w:val="9"/>
    <w:semiHidden/>
    <w:unhideWhenUsed/>
    <w:qFormat/>
    <w:rsid w:val="00FC693F"/>
    <w:pPr>
      <w:keepNext/>
      <w:keepLines/>
      <w:spacing w:before="200" w:after="0"/>
      <w:outlineLvl w:val="7"/>
    </w:pPr>
    <w:rPr>
      <w:rFonts w:asciiTheme="majorHAnsi" w:eastAsiaTheme="majorEastAsia" w:hAnsiTheme="majorHAnsi" w:cstheme="majorBidi"/>
      <w:color w:val="4F81BD" w:themeColor="accent1"/>
      <w:sz w:val="20"/>
      <w:szCs w:val="20"/>
    </w:rPr>
  </w:style>
  <w:style w:type="paragraph" w:styleId="Heading9">
    <w:name w:val="heading 9"/>
    <w:basedOn w:val="Normal"/>
    <w:next w:val="Normal"/>
    <w:link w:val="Heading9Char"/>
    <w:uiPriority w:val="9"/>
    <w:semiHidden/>
    <w:unhideWhenUsed/>
    <w:qFormat/>
    <w:rsid w:val="00FC693F"/>
    <w:pPr>
      <w:keepNext/>
      <w:keepLines/>
      <w:spacing w:before="200" w:after="0"/>
      <w:outlineLvl w:val="8"/>
    </w:pPr>
    <w:rPr>
      <w:rFonts w:asciiTheme="majorHAnsi" w:eastAsiaTheme="majorEastAsia" w:hAnsiTheme="majorHAnsi" w:cstheme="majorBidi"/>
      <w:i/>
      <w:iCs/>
      <w:color w:val="404040" w:themeColor="text1" w:themeTint="BF"/>
      <w:sz w:val="20"/>
      <w:szCs w:val="20"/>
    </w:rPr>
  </w:style>
  <w:style w:type="character" w:default="1" w:styleId="DefaultParagraphFont">
    <w:name w:val="Default Paragraph Font"/>
    <w:uiPriority w:val="1"/>
    <w:semiHidden/>
    <w:unhideWhenUsed/>
  </w:style>
  <w:style w:type="table" w:default="1" w:styleId="TableNormal">
    <w:name w:val="Normal Table"/>
    <w:uiPriority w:val="99"/>
    <w:semiHidden/>
    <w:unhideWhenUsed/>
    <w:tblPr>
      <w:tblInd w:w="0" w:type="dxa"/>
      <w:tblCellMar>
        <w:top w:w="0" w:type="dxa"/>
        <w:left w:w="108" w:type="dxa"/>
        <w:bottom w:w="0" w:type="dxa"/>
        <w:right w:w="108" w:type="dxa"/>
      </w:tblCellMar>
    </w:tblPr>
  </w:style>
  <w:style w:type="numbering" w:default="1" w:styleId="NoList">
    <w:name w:val="No List"/>
    <w:uiPriority w:val="99"/>
    <w:semiHidden/>
    <w:unhideWhenUsed/>
  </w:style>
  <w:style w:type="paragraph" w:styleId="NoSpacing">
    <w:name w:val="No Spacing"/>
    <w:uiPriority w:val="1"/>
    <w:qFormat/>
    <w:rsid w:val="00FC693F"/>
    <w:pPr>
      <w:spacing w:after="0" w:line="240" w:lineRule="auto"/>
    </w:pPr>
  </w:style>
  <w:style w:type="character" w:customStyle="1" w:styleId="Heading1Char">
    <w:name w:val="Heading 1 Char"/>
    <w:basedOn w:val="DefaultParagraphFont"/>
    <w:link w:val="Heading1"/>
    <w:uiPriority w:val="9"/>
    <w:rsid w:val="00FC693F"/>
    <w:rPr>
      <w:rFonts w:asciiTheme="majorHAnsi" w:eastAsiaTheme="majorEastAsia" w:hAnsiTheme="majorHAnsi" w:cstheme="majorBidi"/>
      <w:b/>
      <w:bCs/>
      <w:color w:val="365F91" w:themeColor="accent1" w:themeShade="BF"/>
      <w:sz w:val="28"/>
      <w:szCs w:val="28"/>
    </w:rPr>
  </w:style>
  <w:style w:type="character" w:customStyle="1" w:styleId="Heading2Char">
    <w:name w:val="Heading 2 Char"/>
    <w:basedOn w:val="DefaultParagraphFont"/>
    <w:link w:val="Heading2"/>
    <w:uiPriority w:val="9"/>
    <w:rsid w:val="00FC693F"/>
    <w:rPr>
      <w:rFonts w:asciiTheme="majorHAnsi" w:eastAsiaTheme="majorEastAsia" w:hAnsiTheme="majorHAnsi" w:cstheme="majorBidi"/>
      <w:b/>
      <w:bCs/>
      <w:color w:val="4F81BD" w:themeColor="accent1"/>
      <w:sz w:val="26"/>
      <w:szCs w:val="26"/>
    </w:rPr>
  </w:style>
  <w:style w:type="character" w:customStyle="1" w:styleId="Heading3Char">
    <w:name w:val="Heading 3 Char"/>
    <w:basedOn w:val="DefaultParagraphFont"/>
    <w:link w:val="Heading3"/>
    <w:uiPriority w:val="9"/>
    <w:rsid w:val="00FC693F"/>
    <w:rPr>
      <w:rFonts w:asciiTheme="majorHAnsi" w:eastAsiaTheme="majorEastAsia" w:hAnsiTheme="majorHAnsi" w:cstheme="majorBidi"/>
      <w:b/>
      <w:bCs/>
      <w:color w:val="4F81BD" w:themeColor="accent1"/>
    </w:rPr>
  </w:style>
  <w:style w:type="paragraph" w:styleId="Title">
    <w:name w:val="Title"/>
    <w:basedOn w:val="Normal"/>
    <w:next w:val="Normal"/>
    <w:link w:val="TitleChar"/>
    <w:uiPriority w:val="10"/>
    <w:qFormat/>
    <w:rsid w:val="00FC693F"/>
    <w:pPr>
      <w:pBdr>
        <w:bottom w:val="single" w:sz="8" w:space="4" w:color="4F81BD" w:themeColor="accent1"/>
      </w:pBdr>
      <w:spacing w:after="300" w:line="240" w:lineRule="auto"/>
      <w:contextualSpacing/>
    </w:pPr>
    <w:rPr>
      <w:rFonts w:asciiTheme="majorHAnsi" w:eastAsiaTheme="majorEastAsia" w:hAnsiTheme="majorHAnsi" w:cstheme="majorBidi"/>
      <w:color w:val="17365D" w:themeColor="text2" w:themeShade="BF"/>
      <w:spacing w:val="5"/>
      <w:kern w:val="28"/>
      <w:sz w:val="52"/>
      <w:szCs w:val="52"/>
    </w:rPr>
  </w:style>
  <w:style w:type="character" w:customStyle="1" w:styleId="TitleChar">
    <w:name w:val="Title Char"/>
    <w:basedOn w:val="DefaultParagraphFont"/>
    <w:link w:val="Title"/>
    <w:uiPriority w:val="10"/>
    <w:rsid w:val="00FC693F"/>
    <w:rPr>
      <w:rFonts w:asciiTheme="majorHAnsi" w:eastAsiaTheme="majorEastAsia" w:hAnsiTheme="majorHAnsi" w:cstheme="majorBidi"/>
      <w:color w:val="17365D" w:themeColor="text2" w:themeShade="BF"/>
      <w:spacing w:val="5"/>
      <w:kern w:val="28"/>
      <w:sz w:val="52"/>
      <w:szCs w:val="52"/>
    </w:rPr>
  </w:style>
  <w:style w:type="paragraph" w:styleId="Subtitle">
    <w:name w:val="Subtitle"/>
    <w:basedOn w:val="Normal"/>
    <w:next w:val="Normal"/>
    <w:link w:val="SubtitleChar"/>
    <w:uiPriority w:val="11"/>
    <w:qFormat/>
    <w:rsid w:val="00FC693F"/>
    <w:pPr>
      <w:numPr>
        <w:ilvl w:val="1"/>
      </w:numPr>
    </w:pPr>
    <w:rPr>
      <w:rFonts w:asciiTheme="majorHAnsi" w:eastAsiaTheme="majorEastAsia" w:hAnsiTheme="majorHAnsi" w:cstheme="majorBidi"/>
      <w:i/>
      <w:iCs/>
      <w:color w:val="4F81BD" w:themeColor="accent1"/>
      <w:spacing w:val="15"/>
      <w:sz w:val="24"/>
      <w:szCs w:val="24"/>
    </w:rPr>
  </w:style>
  <w:style w:type="character" w:customStyle="1" w:styleId="SubtitleChar">
    <w:name w:val="Subtitle Char"/>
    <w:basedOn w:val="DefaultParagraphFont"/>
    <w:link w:val="Subtitle"/>
    <w:uiPriority w:val="11"/>
    <w:rsid w:val="00FC693F"/>
    <w:rPr>
      <w:rFonts w:asciiTheme="majorHAnsi" w:eastAsiaTheme="majorEastAsia" w:hAnsiTheme="majorHAnsi" w:cstheme="majorBidi"/>
      <w:i/>
      <w:iCs/>
      <w:color w:val="4F81BD" w:themeColor="accent1"/>
      <w:spacing w:val="15"/>
      <w:sz w:val="24"/>
      <w:szCs w:val="24"/>
    </w:rPr>
  </w:style>
  <w:style w:type="paragraph" w:styleId="ListParagraph">
    <w:name w:val="List Paragraph"/>
    <w:basedOn w:val="Normal"/>
    <w:uiPriority w:val="34"/>
    <w:qFormat/>
    <w:rsid w:val="00FC693F"/>
    <w:pPr>
      <w:ind w:left="720"/>
      <w:contextualSpacing/>
    </w:pPr>
  </w:style>
  <w:style w:type="paragraph" w:styleId="BodyText">
    <w:name w:val="Body Text"/>
    <w:basedOn w:val="Normal"/>
    <w:link w:val="BodyTextChar"/>
    <w:uiPriority w:val="99"/>
    <w:unhideWhenUsed/>
    <w:rsid w:val="00AA1D8D"/>
    <w:pPr>
      <w:spacing w:after="120"/>
    </w:pPr>
  </w:style>
  <w:style w:type="character" w:customStyle="1" w:styleId="BodyTextChar">
    <w:name w:val="Body Text Char"/>
    <w:basedOn w:val="DefaultParagraphFont"/>
    <w:link w:val="BodyText"/>
    <w:uiPriority w:val="99"/>
    <w:rsid w:val="00AA1D8D"/>
  </w:style>
  <w:style w:type="paragraph" w:styleId="BodyText2">
    <w:name w:val="Body Text 2"/>
    <w:basedOn w:val="Normal"/>
    <w:link w:val="BodyText2Char"/>
    <w:uiPriority w:val="99"/>
    <w:unhideWhenUsed/>
    <w:rsid w:val="00AA1D8D"/>
    <w:pPr>
      <w:spacing w:after="120" w:line="480" w:lineRule="auto"/>
    </w:pPr>
  </w:style>
  <w:style w:type="character" w:customStyle="1" w:styleId="BodyText2Char">
    <w:name w:val="Body Text 2 Char"/>
    <w:basedOn w:val="DefaultParagraphFont"/>
    <w:link w:val="BodyText2"/>
    <w:uiPriority w:val="99"/>
    <w:rsid w:val="00AA1D8D"/>
  </w:style>
  <w:style w:type="paragraph" w:styleId="BodyText3">
    <w:name w:val="Body Text 3"/>
    <w:basedOn w:val="Normal"/>
    <w:link w:val="BodyText3Char"/>
    <w:uiPriority w:val="99"/>
    <w:unhideWhenUsed/>
    <w:rsid w:val="00AA1D8D"/>
    <w:pPr>
      <w:spacing w:after="120"/>
    </w:pPr>
    <w:rPr>
      <w:sz w:val="16"/>
      <w:szCs w:val="16"/>
    </w:rPr>
  </w:style>
  <w:style w:type="character" w:customStyle="1" w:styleId="BodyText3Char">
    <w:name w:val="Body Text 3 Char"/>
    <w:basedOn w:val="DefaultParagraphFont"/>
    <w:link w:val="BodyText3"/>
    <w:uiPriority w:val="99"/>
    <w:rsid w:val="00AA1D8D"/>
    <w:rPr>
      <w:sz w:val="16"/>
      <w:szCs w:val="16"/>
    </w:rPr>
  </w:style>
  <w:style w:type="paragraph" w:styleId="List">
    <w:name w:val="List"/>
    <w:basedOn w:val="Normal"/>
    <w:uiPriority w:val="99"/>
    <w:unhideWhenUsed/>
    <w:rsid w:val="00AA1D8D"/>
    <w:pPr>
      <w:ind w:left="360" w:hanging="360"/>
      <w:contextualSpacing/>
    </w:pPr>
  </w:style>
  <w:style w:type="paragraph" w:styleId="List2">
    <w:name w:val="List 2"/>
    <w:basedOn w:val="Normal"/>
    <w:uiPriority w:val="99"/>
    <w:unhideWhenUsed/>
    <w:rsid w:val="00326F90"/>
    <w:pPr>
      <w:ind w:left="720" w:hanging="360"/>
      <w:contextualSpacing/>
    </w:pPr>
  </w:style>
  <w:style w:type="paragraph" w:styleId="List3">
    <w:name w:val="List 3"/>
    <w:basedOn w:val="Normal"/>
    <w:uiPriority w:val="99"/>
    <w:unhideWhenUsed/>
    <w:rsid w:val="00326F90"/>
    <w:pPr>
      <w:ind w:left="1080" w:hanging="360"/>
      <w:contextualSpacing/>
    </w:pPr>
  </w:style>
  <w:style w:type="paragraph" w:styleId="ListBullet">
    <w:name w:val="List Bullet"/>
    <w:basedOn w:val="Normal"/>
    <w:uiPriority w:val="99"/>
    <w:unhideWhenUsed/>
    <w:rsid w:val="00326F90"/>
    <w:pPr>
      <w:numPr>
        <w:numId w:val="1"/>
      </w:numPr>
      <w:contextualSpacing/>
    </w:pPr>
  </w:style>
  <w:style w:type="paragraph" w:styleId="ListBullet2">
    <w:name w:val="List Bullet 2"/>
    <w:basedOn w:val="Normal"/>
    <w:uiPriority w:val="99"/>
    <w:unhideWhenUsed/>
    <w:rsid w:val="00326F90"/>
    <w:pPr>
      <w:numPr>
        <w:numId w:val="2"/>
      </w:numPr>
      <w:contextualSpacing/>
    </w:pPr>
  </w:style>
  <w:style w:type="paragraph" w:styleId="ListBullet3">
    <w:name w:val="List Bullet 3"/>
    <w:basedOn w:val="Normal"/>
    <w:uiPriority w:val="99"/>
    <w:unhideWhenUsed/>
    <w:rsid w:val="00326F90"/>
    <w:pPr>
      <w:numPr>
        <w:numId w:val="3"/>
      </w:numPr>
      <w:contextualSpacing/>
    </w:pPr>
  </w:style>
  <w:style w:type="paragraph" w:styleId="ListNumber">
    <w:name w:val="List Number"/>
    <w:basedOn w:val="Normal"/>
    <w:uiPriority w:val="99"/>
    <w:unhideWhenUsed/>
    <w:rsid w:val="00326F90"/>
    <w:pPr>
      <w:numPr>
        <w:numId w:val="5"/>
      </w:numPr>
      <w:contextualSpacing/>
    </w:pPr>
  </w:style>
  <w:style w:type="paragraph" w:styleId="ListNumber2">
    <w:name w:val="List Number 2"/>
    <w:basedOn w:val="Normal"/>
    <w:uiPriority w:val="99"/>
    <w:unhideWhenUsed/>
    <w:rsid w:val="0029639D"/>
    <w:pPr>
      <w:numPr>
        <w:numId w:val="6"/>
      </w:numPr>
      <w:contextualSpacing/>
    </w:pPr>
  </w:style>
  <w:style w:type="paragraph" w:styleId="ListNumber3">
    <w:name w:val="List Number 3"/>
    <w:basedOn w:val="Normal"/>
    <w:uiPriority w:val="99"/>
    <w:unhideWhenUsed/>
    <w:rsid w:val="0029639D"/>
    <w:pPr>
      <w:numPr>
        <w:numId w:val="7"/>
      </w:numPr>
      <w:contextualSpacing/>
    </w:pPr>
  </w:style>
  <w:style w:type="paragraph" w:styleId="ListContinue">
    <w:name w:val="List Continue"/>
    <w:basedOn w:val="Normal"/>
    <w:uiPriority w:val="99"/>
    <w:unhideWhenUsed/>
    <w:rsid w:val="0029639D"/>
    <w:pPr>
      <w:spacing w:after="120"/>
      <w:ind w:left="360"/>
      <w:contextualSpacing/>
    </w:pPr>
  </w:style>
  <w:style w:type="paragraph" w:styleId="ListContinue2">
    <w:name w:val="List Continue 2"/>
    <w:basedOn w:val="Normal"/>
    <w:uiPriority w:val="99"/>
    <w:unhideWhenUsed/>
    <w:rsid w:val="0029639D"/>
    <w:pPr>
      <w:spacing w:after="120"/>
      <w:ind w:left="720"/>
      <w:contextualSpacing/>
    </w:pPr>
  </w:style>
  <w:style w:type="paragraph" w:styleId="ListContinue3">
    <w:name w:val="List Continue 3"/>
    <w:basedOn w:val="Normal"/>
    <w:uiPriority w:val="99"/>
    <w:unhideWhenUsed/>
    <w:rsid w:val="0029639D"/>
    <w:pPr>
      <w:spacing w:after="120"/>
      <w:ind w:left="1080"/>
      <w:contextualSpacing/>
    </w:pPr>
  </w:style>
  <w:style w:type="paragraph" w:styleId="MacroText">
    <w:name w:val="macro"/>
    <w:link w:val="MacroTextChar"/>
    <w:uiPriority w:val="99"/>
    <w:unhideWhenUsed/>
    <w:rsid w:val="0029639D"/>
    <w:pPr>
      <w:tabs>
        <w:tab w:val="left" w:pos="576"/>
        <w:tab w:val="left" w:pos="1152"/>
        <w:tab w:val="left" w:pos="1728"/>
        <w:tab w:val="left" w:pos="2304"/>
        <w:tab w:val="left" w:pos="2880"/>
        <w:tab w:val="left" w:pos="3456"/>
        <w:tab w:val="left" w:pos="4032"/>
      </w:tabs>
    </w:pPr>
    <w:rPr>
      <w:rFonts w:ascii="Courier" w:hAnsi="Courier"/>
      <w:sz w:val="20"/>
      <w:szCs w:val="20"/>
    </w:rPr>
  </w:style>
  <w:style w:type="character" w:customStyle="1" w:styleId="MacroTextChar">
    <w:name w:val="Macro Text Char"/>
    <w:basedOn w:val="DefaultParagraphFont"/>
    <w:link w:val="MacroText"/>
    <w:uiPriority w:val="99"/>
    <w:rsid w:val="0029639D"/>
    <w:rPr>
      <w:rFonts w:ascii="Courier" w:hAnsi="Courier"/>
      <w:sz w:val="20"/>
      <w:szCs w:val="20"/>
    </w:rPr>
  </w:style>
  <w:style w:type="paragraph" w:styleId="Quote">
    <w:name w:val="Quote"/>
    <w:basedOn w:val="Normal"/>
    <w:next w:val="Normal"/>
    <w:link w:val="QuoteChar"/>
    <w:uiPriority w:val="29"/>
    <w:qFormat/>
    <w:rsid w:val="00FC693F"/>
    <w:rPr>
      <w:i/>
      <w:iCs/>
      <w:color w:val="000000" w:themeColor="text1"/>
    </w:rPr>
  </w:style>
  <w:style w:type="character" w:customStyle="1" w:styleId="QuoteChar">
    <w:name w:val="Quote Char"/>
    <w:basedOn w:val="DefaultParagraphFont"/>
    <w:link w:val="Quote"/>
    <w:uiPriority w:val="29"/>
    <w:rsid w:val="00FC693F"/>
    <w:rPr>
      <w:i/>
      <w:iCs/>
      <w:color w:val="000000" w:themeColor="text1"/>
    </w:rPr>
  </w:style>
  <w:style w:type="character" w:customStyle="1" w:styleId="Heading4Char">
    <w:name w:val="Heading 4 Char"/>
    <w:basedOn w:val="DefaultParagraphFont"/>
    <w:link w:val="Heading4"/>
    <w:uiPriority w:val="9"/>
    <w:semiHidden/>
    <w:rsid w:val="00FC693F"/>
    <w:rPr>
      <w:rFonts w:asciiTheme="majorHAnsi" w:eastAsiaTheme="majorEastAsia" w:hAnsiTheme="majorHAnsi" w:cstheme="majorBidi"/>
      <w:b/>
      <w:bCs/>
      <w:i/>
      <w:iCs/>
      <w:color w:val="4F81BD" w:themeColor="accent1"/>
    </w:rPr>
  </w:style>
  <w:style w:type="character" w:customStyle="1" w:styleId="Heading5Char">
    <w:name w:val="Heading 5 Char"/>
    <w:basedOn w:val="DefaultParagraphFont"/>
    <w:link w:val="Heading5"/>
    <w:uiPriority w:val="9"/>
    <w:semiHidden/>
    <w:rsid w:val="00FC693F"/>
    <w:rPr>
      <w:rFonts w:asciiTheme="majorHAnsi" w:eastAsiaTheme="majorEastAsia" w:hAnsiTheme="majorHAnsi" w:cstheme="majorBidi"/>
      <w:color w:val="243F60" w:themeColor="accent1" w:themeShade="7F"/>
    </w:rPr>
  </w:style>
  <w:style w:type="character" w:customStyle="1" w:styleId="Heading6Char">
    <w:name w:val="Heading 6 Char"/>
    <w:basedOn w:val="DefaultParagraphFont"/>
    <w:link w:val="Heading6"/>
    <w:uiPriority w:val="9"/>
    <w:semiHidden/>
    <w:rsid w:val="00FC693F"/>
    <w:rPr>
      <w:rFonts w:asciiTheme="majorHAnsi" w:eastAsiaTheme="majorEastAsia" w:hAnsiTheme="majorHAnsi" w:cstheme="majorBidi"/>
      <w:i/>
      <w:iCs/>
      <w:color w:val="243F60" w:themeColor="accent1" w:themeShade="7F"/>
    </w:rPr>
  </w:style>
  <w:style w:type="character" w:customStyle="1" w:styleId="Heading7Char">
    <w:name w:val="Heading 7 Char"/>
    <w:basedOn w:val="DefaultParagraphFont"/>
    <w:link w:val="Heading7"/>
    <w:uiPriority w:val="9"/>
    <w:semiHidden/>
    <w:rsid w:val="00FC693F"/>
    <w:rPr>
      <w:rFonts w:asciiTheme="majorHAnsi" w:eastAsiaTheme="majorEastAsia" w:hAnsiTheme="majorHAnsi" w:cstheme="majorBidi"/>
      <w:i/>
      <w:iCs/>
      <w:color w:val="404040" w:themeColor="text1" w:themeTint="BF"/>
    </w:rPr>
  </w:style>
  <w:style w:type="character" w:customStyle="1" w:styleId="Heading8Char">
    <w:name w:val="Heading 8 Char"/>
    <w:basedOn w:val="DefaultParagraphFont"/>
    <w:link w:val="Heading8"/>
    <w:uiPriority w:val="9"/>
    <w:semiHidden/>
    <w:rsid w:val="00FC693F"/>
    <w:rPr>
      <w:rFonts w:asciiTheme="majorHAnsi" w:eastAsiaTheme="majorEastAsia" w:hAnsiTheme="majorHAnsi" w:cstheme="majorBidi"/>
      <w:color w:val="4F81BD" w:themeColor="accent1"/>
      <w:sz w:val="20"/>
      <w:szCs w:val="20"/>
    </w:rPr>
  </w:style>
  <w:style w:type="character" w:customStyle="1" w:styleId="Heading9Char">
    <w:name w:val="Heading 9 Char"/>
    <w:basedOn w:val="DefaultParagraphFont"/>
    <w:link w:val="Heading9"/>
    <w:uiPriority w:val="9"/>
    <w:semiHidden/>
    <w:rsid w:val="00FC693F"/>
    <w:rPr>
      <w:rFonts w:asciiTheme="majorHAnsi" w:eastAsiaTheme="majorEastAsia" w:hAnsiTheme="majorHAnsi" w:cstheme="majorBidi"/>
      <w:i/>
      <w:iCs/>
      <w:color w:val="404040" w:themeColor="text1" w:themeTint="BF"/>
      <w:sz w:val="20"/>
      <w:szCs w:val="20"/>
    </w:rPr>
  </w:style>
  <w:style w:type="paragraph" w:styleId="Caption">
    <w:name w:val="caption"/>
    <w:basedOn w:val="Normal"/>
    <w:next w:val="Normal"/>
    <w:uiPriority w:val="35"/>
    <w:semiHidden/>
    <w:unhideWhenUsed/>
    <w:qFormat/>
    <w:rsid w:val="00FC693F"/>
    <w:pPr>
      <w:spacing w:line="240" w:lineRule="auto"/>
    </w:pPr>
    <w:rPr>
      <w:b/>
      <w:bCs/>
      <w:color w:val="4F81BD" w:themeColor="accent1"/>
      <w:sz w:val="18"/>
      <w:szCs w:val="18"/>
    </w:rPr>
  </w:style>
  <w:style w:type="character" w:styleId="Strong">
    <w:name w:val="Strong"/>
    <w:basedOn w:val="DefaultParagraphFont"/>
    <w:uiPriority w:val="22"/>
    <w:qFormat/>
    <w:rsid w:val="00FC693F"/>
    <w:rPr>
      <w:b/>
      <w:bCs/>
    </w:rPr>
  </w:style>
  <w:style w:type="character" w:styleId="Emphasis">
    <w:name w:val="Emphasis"/>
    <w:basedOn w:val="DefaultParagraphFont"/>
    <w:uiPriority w:val="20"/>
    <w:qFormat/>
    <w:rsid w:val="00FC693F"/>
    <w:rPr>
      <w:i/>
      <w:iCs/>
    </w:rPr>
  </w:style>
  <w:style w:type="paragraph" w:styleId="IntenseQuote">
    <w:name w:val="Intense Quote"/>
    <w:basedOn w:val="Normal"/>
    <w:next w:val="Normal"/>
    <w:link w:val="IntenseQuoteChar"/>
    <w:uiPriority w:val="30"/>
    <w:qFormat/>
    <w:rsid w:val="00FC693F"/>
    <w:pPr>
      <w:pBdr>
        <w:bottom w:val="single" w:sz="4" w:space="4" w:color="4F81BD" w:themeColor="accent1"/>
      </w:pBdr>
      <w:spacing w:before="200" w:after="280"/>
      <w:ind w:left="936" w:right="936"/>
    </w:pPr>
    <w:rPr>
      <w:b/>
      <w:bCs/>
      <w:i/>
      <w:iCs/>
      <w:color w:val="4F81BD" w:themeColor="accent1"/>
    </w:rPr>
  </w:style>
  <w:style w:type="character" w:customStyle="1" w:styleId="IntenseQuoteChar">
    <w:name w:val="Intense Quote Char"/>
    <w:basedOn w:val="DefaultParagraphFont"/>
    <w:link w:val="IntenseQuote"/>
    <w:uiPriority w:val="30"/>
    <w:rsid w:val="00FC693F"/>
    <w:rPr>
      <w:b/>
      <w:bCs/>
      <w:i/>
      <w:iCs/>
      <w:color w:val="4F81BD" w:themeColor="accent1"/>
    </w:rPr>
  </w:style>
  <w:style w:type="character" w:styleId="SubtleEmphasis">
    <w:name w:val="Subtle Emphasis"/>
    <w:basedOn w:val="DefaultParagraphFont"/>
    <w:uiPriority w:val="19"/>
    <w:qFormat/>
    <w:rsid w:val="00FC693F"/>
    <w:rPr>
      <w:i/>
      <w:iCs/>
      <w:color w:val="808080" w:themeColor="text1" w:themeTint="7F"/>
    </w:rPr>
  </w:style>
  <w:style w:type="character" w:styleId="IntenseEmphasis">
    <w:name w:val="Intense Emphasis"/>
    <w:basedOn w:val="DefaultParagraphFont"/>
    <w:uiPriority w:val="21"/>
    <w:qFormat/>
    <w:rsid w:val="00FC693F"/>
    <w:rPr>
      <w:b/>
      <w:bCs/>
      <w:i/>
      <w:iCs/>
      <w:color w:val="4F81BD" w:themeColor="accent1"/>
    </w:rPr>
  </w:style>
  <w:style w:type="character" w:styleId="SubtleReference">
    <w:name w:val="Subtle Reference"/>
    <w:basedOn w:val="DefaultParagraphFont"/>
    <w:uiPriority w:val="31"/>
    <w:qFormat/>
    <w:rsid w:val="00FC693F"/>
    <w:rPr>
      <w:smallCaps/>
      <w:color w:val="C0504D" w:themeColor="accent2"/>
      <w:u w:val="single"/>
    </w:rPr>
  </w:style>
  <w:style w:type="character" w:styleId="IntenseReference">
    <w:name w:val="Intense Reference"/>
    <w:basedOn w:val="DefaultParagraphFont"/>
    <w:uiPriority w:val="32"/>
    <w:qFormat/>
    <w:rsid w:val="00FC693F"/>
    <w:rPr>
      <w:b/>
      <w:bCs/>
      <w:smallCaps/>
      <w:color w:val="C0504D" w:themeColor="accent2"/>
      <w:spacing w:val="5"/>
      <w:u w:val="single"/>
    </w:rPr>
  </w:style>
  <w:style w:type="character" w:styleId="BookTitle">
    <w:name w:val="Book Title"/>
    <w:basedOn w:val="DefaultParagraphFont"/>
    <w:uiPriority w:val="33"/>
    <w:qFormat/>
    <w:rsid w:val="00FC693F"/>
    <w:rPr>
      <w:b/>
      <w:bCs/>
      <w:smallCaps/>
      <w:spacing w:val="5"/>
    </w:rPr>
  </w:style>
  <w:style w:type="paragraph" w:styleId="TOCHeading">
    <w:name w:val="TOC Heading"/>
    <w:basedOn w:val="Heading1"/>
    <w:next w:val="Normal"/>
    <w:uiPriority w:val="39"/>
    <w:semiHidden/>
    <w:unhideWhenUsed/>
    <w:qFormat/>
    <w:rsid w:val="00FC693F"/>
    <w:pPr>
      <w:outlineLvl w:val="9"/>
    </w:pPr>
  </w:style>
  <w:style w:type="table" w:styleId="TableGrid">
    <w:name w:val="Table Grid"/>
    <w:basedOn w:val="TableNormal"/>
    <w:uiPriority w:val="59"/>
    <w:rsid w:val="00FC693F"/>
    <w:pPr>
      <w:spacing w:after="0" w:line="240" w:lineRule="auto"/>
    </w:pPr>
    <w:tblPr>
      <w:tblInd w:w="0" w:type="dxa"/>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CellMar>
        <w:top w:w="0" w:type="dxa"/>
        <w:left w:w="108" w:type="dxa"/>
        <w:bottom w:w="0" w:type="dxa"/>
        <w:right w:w="108" w:type="dxa"/>
      </w:tblCellMar>
    </w:tblPr>
  </w:style>
  <w:style w:type="table" w:styleId="LightShading">
    <w:name w:val="Light Shading"/>
    <w:basedOn w:val="TableNormal"/>
    <w:uiPriority w:val="60"/>
    <w:rsid w:val="00FC693F"/>
    <w:pPr>
      <w:spacing w:after="0" w:line="240" w:lineRule="auto"/>
    </w:pPr>
    <w:rPr>
      <w:color w:val="000000" w:themeColor="text1" w:themeShade="BF"/>
    </w:rPr>
    <w:tblPr>
      <w:tblStyleRowBandSize w:val="1"/>
      <w:tblStyleColBandSize w:val="1"/>
      <w:tblInd w:w="0" w:type="dxa"/>
      <w:tblBorders>
        <w:top w:val="single" w:sz="8" w:space="0" w:color="000000" w:themeColor="text1"/>
        <w:bottom w:val="single" w:sz="8" w:space="0" w:color="000000" w:themeColor="text1"/>
      </w:tblBorders>
      <w:tblCellMar>
        <w:top w:w="0" w:type="dxa"/>
        <w:left w:w="108" w:type="dxa"/>
        <w:bottom w:w="0" w:type="dxa"/>
        <w:right w:w="108" w:type="dxa"/>
      </w:tblCellMar>
    </w:tblPr>
    <w:tblStylePr w:type="firstRow">
      <w:pPr>
        <w:spacing w:before="0" w:after="0" w:line="240" w:lineRule="auto"/>
      </w:pPr>
      <w:rPr>
        <w:b/>
        <w:bCs/>
      </w:rPr>
      <w:tblPr/>
      <w:tcPr>
        <w:tcBorders>
          <w:top w:val="single" w:sz="8" w:space="0" w:color="000000" w:themeColor="text1"/>
          <w:left w:val="nil"/>
          <w:bottom w:val="single" w:sz="8" w:space="0" w:color="000000" w:themeColor="text1"/>
          <w:right w:val="nil"/>
          <w:insideH w:val="nil"/>
          <w:insideV w:val="nil"/>
        </w:tcBorders>
      </w:tcPr>
    </w:tblStylePr>
    <w:tblStylePr w:type="lastRow">
      <w:pPr>
        <w:spacing w:before="0" w:after="0" w:line="240" w:lineRule="auto"/>
      </w:pPr>
      <w:rPr>
        <w:b/>
        <w:bCs/>
      </w:rPr>
      <w:tblPr/>
      <w:tcPr>
        <w:tcBorders>
          <w:top w:val="single" w:sz="8" w:space="0" w:color="000000" w:themeColor="text1"/>
          <w:left w:val="nil"/>
          <w:bottom w:val="single" w:sz="8" w:space="0" w:color="000000" w:themeColor="text1"/>
          <w:right w:val="nil"/>
          <w:insideH w:val="nil"/>
          <w:insideV w:val="nil"/>
        </w:tcBorders>
      </w:tcPr>
    </w:tblStylePr>
    <w:tblStylePr w:type="firstCol">
      <w:rPr>
        <w:b/>
        <w:bCs/>
      </w:rPr>
    </w:tblStylePr>
    <w:tblStylePr w:type="lastCol">
      <w:rPr>
        <w:b/>
        <w:bCs/>
      </w:rPr>
    </w:tblStylePr>
    <w:tblStylePr w:type="band1Vert">
      <w:tblPr/>
      <w:tcPr>
        <w:tcBorders>
          <w:left w:val="nil"/>
          <w:right w:val="nil"/>
          <w:insideH w:val="nil"/>
          <w:insideV w:val="nil"/>
        </w:tcBorders>
        <w:shd w:val="clear" w:color="auto" w:fill="C0C0C0" w:themeFill="text1" w:themeFillTint="3F"/>
      </w:tcPr>
    </w:tblStylePr>
    <w:tblStylePr w:type="band1Horz">
      <w:tblPr/>
      <w:tcPr>
        <w:tcBorders>
          <w:left w:val="nil"/>
          <w:right w:val="nil"/>
          <w:insideH w:val="nil"/>
          <w:insideV w:val="nil"/>
        </w:tcBorders>
        <w:shd w:val="clear" w:color="auto" w:fill="C0C0C0" w:themeFill="text1" w:themeFillTint="3F"/>
      </w:tcPr>
    </w:tblStylePr>
  </w:style>
  <w:style w:type="table" w:styleId="LightShading-Accent1">
    <w:name w:val="Light Shading Accent 1"/>
    <w:basedOn w:val="TableNormal"/>
    <w:uiPriority w:val="60"/>
    <w:rsid w:val="00FC693F"/>
    <w:pPr>
      <w:spacing w:after="0" w:line="240" w:lineRule="auto"/>
    </w:pPr>
    <w:rPr>
      <w:color w:val="365F91" w:themeColor="accent1" w:themeShade="BF"/>
    </w:rPr>
    <w:tblPr>
      <w:tblStyleRowBandSize w:val="1"/>
      <w:tblStyleColBandSize w:val="1"/>
      <w:tblInd w:w="0" w:type="dxa"/>
      <w:tblBorders>
        <w:top w:val="single" w:sz="8" w:space="0" w:color="4F81BD" w:themeColor="accent1"/>
        <w:bottom w:val="single" w:sz="8" w:space="0" w:color="4F81BD" w:themeColor="accent1"/>
      </w:tblBorders>
      <w:tblCellMar>
        <w:top w:w="0" w:type="dxa"/>
        <w:left w:w="108" w:type="dxa"/>
        <w:bottom w:w="0" w:type="dxa"/>
        <w:right w:w="108" w:type="dxa"/>
      </w:tblCellMar>
    </w:tblPr>
    <w:tblStylePr w:type="firstRow">
      <w:pPr>
        <w:spacing w:before="0" w:after="0" w:line="240" w:lineRule="auto"/>
      </w:pPr>
      <w:rPr>
        <w:b/>
        <w:bCs/>
      </w:rPr>
      <w:tblPr/>
      <w:tcPr>
        <w:tcBorders>
          <w:top w:val="single" w:sz="8" w:space="0" w:color="4F81BD" w:themeColor="accent1"/>
          <w:left w:val="nil"/>
          <w:bottom w:val="single" w:sz="8" w:space="0" w:color="4F81BD" w:themeColor="accent1"/>
          <w:right w:val="nil"/>
          <w:insideH w:val="nil"/>
          <w:insideV w:val="nil"/>
        </w:tcBorders>
      </w:tcPr>
    </w:tblStylePr>
    <w:tblStylePr w:type="lastRow">
      <w:pPr>
        <w:spacing w:before="0" w:after="0" w:line="240" w:lineRule="auto"/>
      </w:pPr>
      <w:rPr>
        <w:b/>
        <w:bCs/>
      </w:rPr>
      <w:tblPr/>
      <w:tcPr>
        <w:tcBorders>
          <w:top w:val="single" w:sz="8" w:space="0" w:color="4F81BD" w:themeColor="accent1"/>
          <w:left w:val="nil"/>
          <w:bottom w:val="single" w:sz="8" w:space="0" w:color="4F81BD" w:themeColor="accent1"/>
          <w:right w:val="nil"/>
          <w:insideH w:val="nil"/>
          <w:insideV w:val="nil"/>
        </w:tcBorders>
      </w:tcPr>
    </w:tblStylePr>
    <w:tblStylePr w:type="firstCol">
      <w:rPr>
        <w:b/>
        <w:bCs/>
      </w:rPr>
    </w:tblStylePr>
    <w:tblStylePr w:type="lastCol">
      <w:rPr>
        <w:b/>
        <w:bCs/>
      </w:rPr>
    </w:tblStylePr>
    <w:tblStylePr w:type="band1Vert">
      <w:tblPr/>
      <w:tcPr>
        <w:tcBorders>
          <w:left w:val="nil"/>
          <w:right w:val="nil"/>
          <w:insideH w:val="nil"/>
          <w:insideV w:val="nil"/>
        </w:tcBorders>
        <w:shd w:val="clear" w:color="auto" w:fill="D3DFEE" w:themeFill="accent1" w:themeFillTint="3F"/>
      </w:tcPr>
    </w:tblStylePr>
    <w:tblStylePr w:type="band1Horz">
      <w:tblPr/>
      <w:tcPr>
        <w:tcBorders>
          <w:left w:val="nil"/>
          <w:right w:val="nil"/>
          <w:insideH w:val="nil"/>
          <w:insideV w:val="nil"/>
        </w:tcBorders>
        <w:shd w:val="clear" w:color="auto" w:fill="D3DFEE" w:themeFill="accent1" w:themeFillTint="3F"/>
      </w:tcPr>
    </w:tblStylePr>
  </w:style>
  <w:style w:type="table" w:styleId="LightShading-Accent2">
    <w:name w:val="Light Shading Accent 2"/>
    <w:basedOn w:val="TableNormal"/>
    <w:uiPriority w:val="60"/>
    <w:rsid w:val="00FC693F"/>
    <w:pPr>
      <w:spacing w:after="0" w:line="240" w:lineRule="auto"/>
    </w:pPr>
    <w:rPr>
      <w:color w:val="943634" w:themeColor="accent2" w:themeShade="BF"/>
    </w:rPr>
    <w:tblPr>
      <w:tblStyleRowBandSize w:val="1"/>
      <w:tblStyleColBandSize w:val="1"/>
      <w:tblInd w:w="0" w:type="dxa"/>
      <w:tblBorders>
        <w:top w:val="single" w:sz="8" w:space="0" w:color="C0504D" w:themeColor="accent2"/>
        <w:bottom w:val="single" w:sz="8" w:space="0" w:color="C0504D" w:themeColor="accent2"/>
      </w:tblBorders>
      <w:tblCellMar>
        <w:top w:w="0" w:type="dxa"/>
        <w:left w:w="108" w:type="dxa"/>
        <w:bottom w:w="0" w:type="dxa"/>
        <w:right w:w="108" w:type="dxa"/>
      </w:tblCellMar>
    </w:tblPr>
    <w:tblStylePr w:type="firstRow">
      <w:pPr>
        <w:spacing w:before="0" w:after="0" w:line="240" w:lineRule="auto"/>
      </w:pPr>
      <w:rPr>
        <w:b/>
        <w:bCs/>
      </w:rPr>
      <w:tblPr/>
      <w:tcPr>
        <w:tcBorders>
          <w:top w:val="single" w:sz="8" w:space="0" w:color="C0504D" w:themeColor="accent2"/>
          <w:left w:val="nil"/>
          <w:bottom w:val="single" w:sz="8" w:space="0" w:color="C0504D" w:themeColor="accent2"/>
          <w:right w:val="nil"/>
          <w:insideH w:val="nil"/>
          <w:insideV w:val="nil"/>
        </w:tcBorders>
      </w:tcPr>
    </w:tblStylePr>
    <w:tblStylePr w:type="lastRow">
      <w:pPr>
        <w:spacing w:before="0" w:after="0" w:line="240" w:lineRule="auto"/>
      </w:pPr>
      <w:rPr>
        <w:b/>
        <w:bCs/>
      </w:rPr>
      <w:tblPr/>
      <w:tcPr>
        <w:tcBorders>
          <w:top w:val="single" w:sz="8" w:space="0" w:color="C0504D" w:themeColor="accent2"/>
          <w:left w:val="nil"/>
          <w:bottom w:val="single" w:sz="8" w:space="0" w:color="C0504D" w:themeColor="accent2"/>
          <w:right w:val="nil"/>
          <w:insideH w:val="nil"/>
          <w:insideV w:val="nil"/>
        </w:tcBorders>
      </w:tcPr>
    </w:tblStylePr>
    <w:tblStylePr w:type="firstCol">
      <w:rPr>
        <w:b/>
        <w:bCs/>
      </w:rPr>
    </w:tblStylePr>
    <w:tblStylePr w:type="lastCol">
      <w:rPr>
        <w:b/>
        <w:bCs/>
      </w:rPr>
    </w:tblStylePr>
    <w:tblStylePr w:type="band1Vert">
      <w:tblPr/>
      <w:tcPr>
        <w:tcBorders>
          <w:left w:val="nil"/>
          <w:right w:val="nil"/>
          <w:insideH w:val="nil"/>
          <w:insideV w:val="nil"/>
        </w:tcBorders>
        <w:shd w:val="clear" w:color="auto" w:fill="EFD3D2" w:themeFill="accent2" w:themeFillTint="3F"/>
      </w:tcPr>
    </w:tblStylePr>
    <w:tblStylePr w:type="band1Horz">
      <w:tblPr/>
      <w:tcPr>
        <w:tcBorders>
          <w:left w:val="nil"/>
          <w:right w:val="nil"/>
          <w:insideH w:val="nil"/>
          <w:insideV w:val="nil"/>
        </w:tcBorders>
        <w:shd w:val="clear" w:color="auto" w:fill="EFD3D2" w:themeFill="accent2" w:themeFillTint="3F"/>
      </w:tcPr>
    </w:tblStylePr>
  </w:style>
  <w:style w:type="table" w:styleId="LightShading-Accent3">
    <w:name w:val="Light Shading Accent 3"/>
    <w:basedOn w:val="TableNormal"/>
    <w:uiPriority w:val="60"/>
    <w:rsid w:val="00FC693F"/>
    <w:pPr>
      <w:spacing w:after="0" w:line="240" w:lineRule="auto"/>
    </w:pPr>
    <w:rPr>
      <w:color w:val="76923C" w:themeColor="accent3" w:themeShade="BF"/>
    </w:rPr>
    <w:tblPr>
      <w:tblStyleRowBandSize w:val="1"/>
      <w:tblStyleColBandSize w:val="1"/>
      <w:tblInd w:w="0" w:type="dxa"/>
      <w:tblBorders>
        <w:top w:val="single" w:sz="8" w:space="0" w:color="9BBB59" w:themeColor="accent3"/>
        <w:bottom w:val="single" w:sz="8" w:space="0" w:color="9BBB59" w:themeColor="accent3"/>
      </w:tblBorders>
      <w:tblCellMar>
        <w:top w:w="0" w:type="dxa"/>
        <w:left w:w="108" w:type="dxa"/>
        <w:bottom w:w="0" w:type="dxa"/>
        <w:right w:w="108" w:type="dxa"/>
      </w:tblCellMar>
    </w:tblPr>
    <w:tblStylePr w:type="firstRow">
      <w:pPr>
        <w:spacing w:before="0" w:after="0" w:line="240" w:lineRule="auto"/>
      </w:pPr>
      <w:rPr>
        <w:b/>
        <w:bCs/>
      </w:rPr>
      <w:tblPr/>
      <w:tcPr>
        <w:tcBorders>
          <w:top w:val="single" w:sz="8" w:space="0" w:color="9BBB59" w:themeColor="accent3"/>
          <w:left w:val="nil"/>
          <w:bottom w:val="single" w:sz="8" w:space="0" w:color="9BBB59" w:themeColor="accent3"/>
          <w:right w:val="nil"/>
          <w:insideH w:val="nil"/>
          <w:insideV w:val="nil"/>
        </w:tcBorders>
      </w:tcPr>
    </w:tblStylePr>
    <w:tblStylePr w:type="lastRow">
      <w:pPr>
        <w:spacing w:before="0" w:after="0" w:line="240" w:lineRule="auto"/>
      </w:pPr>
      <w:rPr>
        <w:b/>
        <w:bCs/>
      </w:rPr>
      <w:tblPr/>
      <w:tcPr>
        <w:tcBorders>
          <w:top w:val="single" w:sz="8" w:space="0" w:color="9BBB59" w:themeColor="accent3"/>
          <w:left w:val="nil"/>
          <w:bottom w:val="single" w:sz="8" w:space="0" w:color="9BBB59" w:themeColor="accent3"/>
          <w:right w:val="nil"/>
          <w:insideH w:val="nil"/>
          <w:insideV w:val="nil"/>
        </w:tcBorders>
      </w:tcPr>
    </w:tblStylePr>
    <w:tblStylePr w:type="firstCol">
      <w:rPr>
        <w:b/>
        <w:bCs/>
      </w:rPr>
    </w:tblStylePr>
    <w:tblStylePr w:type="lastCol">
      <w:rPr>
        <w:b/>
        <w:bCs/>
      </w:rPr>
    </w:tblStylePr>
    <w:tblStylePr w:type="band1Vert">
      <w:tblPr/>
      <w:tcPr>
        <w:tcBorders>
          <w:left w:val="nil"/>
          <w:right w:val="nil"/>
          <w:insideH w:val="nil"/>
          <w:insideV w:val="nil"/>
        </w:tcBorders>
        <w:shd w:val="clear" w:color="auto" w:fill="E6EED5" w:themeFill="accent3" w:themeFillTint="3F"/>
      </w:tcPr>
    </w:tblStylePr>
    <w:tblStylePr w:type="band1Horz">
      <w:tblPr/>
      <w:tcPr>
        <w:tcBorders>
          <w:left w:val="nil"/>
          <w:right w:val="nil"/>
          <w:insideH w:val="nil"/>
          <w:insideV w:val="nil"/>
        </w:tcBorders>
        <w:shd w:val="clear" w:color="auto" w:fill="E6EED5" w:themeFill="accent3" w:themeFillTint="3F"/>
      </w:tcPr>
    </w:tblStylePr>
  </w:style>
  <w:style w:type="table" w:styleId="LightShading-Accent4">
    <w:name w:val="Light Shading Accent 4"/>
    <w:basedOn w:val="TableNormal"/>
    <w:uiPriority w:val="60"/>
    <w:rsid w:val="00FC693F"/>
    <w:pPr>
      <w:spacing w:after="0" w:line="240" w:lineRule="auto"/>
    </w:pPr>
    <w:rPr>
      <w:color w:val="5F497A" w:themeColor="accent4" w:themeShade="BF"/>
    </w:rPr>
    <w:tblPr>
      <w:tblStyleRowBandSize w:val="1"/>
      <w:tblStyleColBandSize w:val="1"/>
      <w:tblInd w:w="0" w:type="dxa"/>
      <w:tblBorders>
        <w:top w:val="single" w:sz="8" w:space="0" w:color="8064A2" w:themeColor="accent4"/>
        <w:bottom w:val="single" w:sz="8" w:space="0" w:color="8064A2" w:themeColor="accent4"/>
      </w:tblBorders>
      <w:tblCellMar>
        <w:top w:w="0" w:type="dxa"/>
        <w:left w:w="108" w:type="dxa"/>
        <w:bottom w:w="0" w:type="dxa"/>
        <w:right w:w="108" w:type="dxa"/>
      </w:tblCellMar>
    </w:tblPr>
    <w:tblStylePr w:type="firstRow">
      <w:pPr>
        <w:spacing w:before="0" w:after="0" w:line="240" w:lineRule="auto"/>
      </w:pPr>
      <w:rPr>
        <w:b/>
        <w:bCs/>
      </w:rPr>
      <w:tblPr/>
      <w:tcPr>
        <w:tcBorders>
          <w:top w:val="single" w:sz="8" w:space="0" w:color="8064A2" w:themeColor="accent4"/>
          <w:left w:val="nil"/>
          <w:bottom w:val="single" w:sz="8" w:space="0" w:color="8064A2" w:themeColor="accent4"/>
          <w:right w:val="nil"/>
          <w:insideH w:val="nil"/>
          <w:insideV w:val="nil"/>
        </w:tcBorders>
      </w:tcPr>
    </w:tblStylePr>
    <w:tblStylePr w:type="lastRow">
      <w:pPr>
        <w:spacing w:before="0" w:after="0" w:line="240" w:lineRule="auto"/>
      </w:pPr>
      <w:rPr>
        <w:b/>
        <w:bCs/>
      </w:rPr>
      <w:tblPr/>
      <w:tcPr>
        <w:tcBorders>
          <w:top w:val="single" w:sz="8" w:space="0" w:color="8064A2" w:themeColor="accent4"/>
          <w:left w:val="nil"/>
          <w:bottom w:val="single" w:sz="8" w:space="0" w:color="8064A2" w:themeColor="accent4"/>
          <w:right w:val="nil"/>
          <w:insideH w:val="nil"/>
          <w:insideV w:val="nil"/>
        </w:tcBorders>
      </w:tcPr>
    </w:tblStylePr>
    <w:tblStylePr w:type="firstCol">
      <w:rPr>
        <w:b/>
        <w:bCs/>
      </w:rPr>
    </w:tblStylePr>
    <w:tblStylePr w:type="lastCol">
      <w:rPr>
        <w:b/>
        <w:bCs/>
      </w:rPr>
    </w:tblStylePr>
    <w:tblStylePr w:type="band1Vert">
      <w:tblPr/>
      <w:tcPr>
        <w:tcBorders>
          <w:left w:val="nil"/>
          <w:right w:val="nil"/>
          <w:insideH w:val="nil"/>
          <w:insideV w:val="nil"/>
        </w:tcBorders>
        <w:shd w:val="clear" w:color="auto" w:fill="DFD8E8" w:themeFill="accent4" w:themeFillTint="3F"/>
      </w:tcPr>
    </w:tblStylePr>
    <w:tblStylePr w:type="band1Horz">
      <w:tblPr/>
      <w:tcPr>
        <w:tcBorders>
          <w:left w:val="nil"/>
          <w:right w:val="nil"/>
          <w:insideH w:val="nil"/>
          <w:insideV w:val="nil"/>
        </w:tcBorders>
        <w:shd w:val="clear" w:color="auto" w:fill="DFD8E8" w:themeFill="accent4" w:themeFillTint="3F"/>
      </w:tcPr>
    </w:tblStylePr>
  </w:style>
  <w:style w:type="table" w:styleId="LightShading-Accent5">
    <w:name w:val="Light Shading Accent 5"/>
    <w:basedOn w:val="TableNormal"/>
    <w:uiPriority w:val="60"/>
    <w:rsid w:val="00FC693F"/>
    <w:pPr>
      <w:spacing w:after="0" w:line="240" w:lineRule="auto"/>
    </w:pPr>
    <w:rPr>
      <w:color w:val="31849B" w:themeColor="accent5" w:themeShade="BF"/>
    </w:rPr>
    <w:tblPr>
      <w:tblStyleRowBandSize w:val="1"/>
      <w:tblStyleColBandSize w:val="1"/>
      <w:tblInd w:w="0" w:type="dxa"/>
      <w:tblBorders>
        <w:top w:val="single" w:sz="8" w:space="0" w:color="4BACC6" w:themeColor="accent5"/>
        <w:bottom w:val="single" w:sz="8" w:space="0" w:color="4BACC6" w:themeColor="accent5"/>
      </w:tblBorders>
      <w:tblCellMar>
        <w:top w:w="0" w:type="dxa"/>
        <w:left w:w="108" w:type="dxa"/>
        <w:bottom w:w="0" w:type="dxa"/>
        <w:right w:w="108" w:type="dxa"/>
      </w:tblCellMar>
    </w:tblPr>
    <w:tblStylePr w:type="firstRow">
      <w:pPr>
        <w:spacing w:before="0" w:after="0" w:line="240" w:lineRule="auto"/>
      </w:pPr>
      <w:rPr>
        <w:b/>
        <w:bCs/>
      </w:rPr>
      <w:tblPr/>
      <w:tcPr>
        <w:tcBorders>
          <w:top w:val="single" w:sz="8" w:space="0" w:color="4BACC6" w:themeColor="accent5"/>
          <w:left w:val="nil"/>
          <w:bottom w:val="single" w:sz="8" w:space="0" w:color="4BACC6" w:themeColor="accent5"/>
          <w:right w:val="nil"/>
          <w:insideH w:val="nil"/>
          <w:insideV w:val="nil"/>
        </w:tcBorders>
      </w:tcPr>
    </w:tblStylePr>
    <w:tblStylePr w:type="lastRow">
      <w:pPr>
        <w:spacing w:before="0" w:after="0" w:line="240" w:lineRule="auto"/>
      </w:pPr>
      <w:rPr>
        <w:b/>
        <w:bCs/>
      </w:rPr>
      <w:tblPr/>
      <w:tcPr>
        <w:tcBorders>
          <w:top w:val="single" w:sz="8" w:space="0" w:color="4BACC6" w:themeColor="accent5"/>
          <w:left w:val="nil"/>
          <w:bottom w:val="single" w:sz="8" w:space="0" w:color="4BACC6" w:themeColor="accent5"/>
          <w:right w:val="nil"/>
          <w:insideH w:val="nil"/>
          <w:insideV w:val="nil"/>
        </w:tcBorders>
      </w:tcPr>
    </w:tblStylePr>
    <w:tblStylePr w:type="firstCol">
      <w:rPr>
        <w:b/>
        <w:bCs/>
      </w:rPr>
    </w:tblStylePr>
    <w:tblStylePr w:type="lastCol">
      <w:rPr>
        <w:b/>
        <w:bCs/>
      </w:rPr>
    </w:tblStylePr>
    <w:tblStylePr w:type="band1Vert">
      <w:tblPr/>
      <w:tcPr>
        <w:tcBorders>
          <w:left w:val="nil"/>
          <w:right w:val="nil"/>
          <w:insideH w:val="nil"/>
          <w:insideV w:val="nil"/>
        </w:tcBorders>
        <w:shd w:val="clear" w:color="auto" w:fill="D2EAF1" w:themeFill="accent5" w:themeFillTint="3F"/>
      </w:tcPr>
    </w:tblStylePr>
    <w:tblStylePr w:type="band1Horz">
      <w:tblPr/>
      <w:tcPr>
        <w:tcBorders>
          <w:left w:val="nil"/>
          <w:right w:val="nil"/>
          <w:insideH w:val="nil"/>
          <w:insideV w:val="nil"/>
        </w:tcBorders>
        <w:shd w:val="clear" w:color="auto" w:fill="D2EAF1" w:themeFill="accent5" w:themeFillTint="3F"/>
      </w:tcPr>
    </w:tblStylePr>
  </w:style>
  <w:style w:type="table" w:styleId="LightShading-Accent6">
    <w:name w:val="Light Shading Accent 6"/>
    <w:basedOn w:val="TableNormal"/>
    <w:uiPriority w:val="60"/>
    <w:rsid w:val="00FC693F"/>
    <w:pPr>
      <w:spacing w:after="0" w:line="240" w:lineRule="auto"/>
    </w:pPr>
    <w:rPr>
      <w:color w:val="E36C0A" w:themeColor="accent6" w:themeShade="BF"/>
    </w:rPr>
    <w:tblPr>
      <w:tblStyleRowBandSize w:val="1"/>
      <w:tblStyleColBandSize w:val="1"/>
      <w:tblInd w:w="0" w:type="dxa"/>
      <w:tblBorders>
        <w:top w:val="single" w:sz="8" w:space="0" w:color="F79646" w:themeColor="accent6"/>
        <w:bottom w:val="single" w:sz="8" w:space="0" w:color="F79646" w:themeColor="accent6"/>
      </w:tblBorders>
      <w:tblCellMar>
        <w:top w:w="0" w:type="dxa"/>
        <w:left w:w="108" w:type="dxa"/>
        <w:bottom w:w="0" w:type="dxa"/>
        <w:right w:w="108" w:type="dxa"/>
      </w:tblCellMar>
    </w:tblPr>
    <w:tblStylePr w:type="firstRow">
      <w:pPr>
        <w:spacing w:before="0" w:after="0" w:line="240" w:lineRule="auto"/>
      </w:pPr>
      <w:rPr>
        <w:b/>
        <w:bCs/>
      </w:rPr>
      <w:tblPr/>
      <w:tcPr>
        <w:tcBorders>
          <w:top w:val="single" w:sz="8" w:space="0" w:color="F79646" w:themeColor="accent6"/>
          <w:left w:val="nil"/>
          <w:bottom w:val="single" w:sz="8" w:space="0" w:color="F79646" w:themeColor="accent6"/>
          <w:right w:val="nil"/>
          <w:insideH w:val="nil"/>
          <w:insideV w:val="nil"/>
        </w:tcBorders>
      </w:tcPr>
    </w:tblStylePr>
    <w:tblStylePr w:type="lastRow">
      <w:pPr>
        <w:spacing w:before="0" w:after="0" w:line="240" w:lineRule="auto"/>
      </w:pPr>
      <w:rPr>
        <w:b/>
        <w:bCs/>
      </w:rPr>
      <w:tblPr/>
      <w:tcPr>
        <w:tcBorders>
          <w:top w:val="single" w:sz="8" w:space="0" w:color="F79646" w:themeColor="accent6"/>
          <w:left w:val="nil"/>
          <w:bottom w:val="single" w:sz="8" w:space="0" w:color="F79646" w:themeColor="accent6"/>
          <w:right w:val="nil"/>
          <w:insideH w:val="nil"/>
          <w:insideV w:val="nil"/>
        </w:tcBorders>
      </w:tcPr>
    </w:tblStylePr>
    <w:tblStylePr w:type="firstCol">
      <w:rPr>
        <w:b/>
        <w:bCs/>
      </w:rPr>
    </w:tblStylePr>
    <w:tblStylePr w:type="lastCol">
      <w:rPr>
        <w:b/>
        <w:bCs/>
      </w:rPr>
    </w:tblStylePr>
    <w:tblStylePr w:type="band1Vert">
      <w:tblPr/>
      <w:tcPr>
        <w:tcBorders>
          <w:left w:val="nil"/>
          <w:right w:val="nil"/>
          <w:insideH w:val="nil"/>
          <w:insideV w:val="nil"/>
        </w:tcBorders>
        <w:shd w:val="clear" w:color="auto" w:fill="FDE4D0" w:themeFill="accent6" w:themeFillTint="3F"/>
      </w:tcPr>
    </w:tblStylePr>
    <w:tblStylePr w:type="band1Horz">
      <w:tblPr/>
      <w:tcPr>
        <w:tcBorders>
          <w:left w:val="nil"/>
          <w:right w:val="nil"/>
          <w:insideH w:val="nil"/>
          <w:insideV w:val="nil"/>
        </w:tcBorders>
        <w:shd w:val="clear" w:color="auto" w:fill="FDE4D0" w:themeFill="accent6" w:themeFillTint="3F"/>
      </w:tcPr>
    </w:tblStylePr>
  </w:style>
  <w:style w:type="table" w:styleId="LightList">
    <w:name w:val="Light List"/>
    <w:basedOn w:val="TableNormal"/>
    <w:uiPriority w:val="61"/>
    <w:rsid w:val="00FC693F"/>
    <w:pPr>
      <w:spacing w:after="0" w:line="240" w:lineRule="auto"/>
    </w:pPr>
    <w:tblPr>
      <w:tblStyleRowBandSize w:val="1"/>
      <w:tblStyleColBandSize w:val="1"/>
      <w:tblInd w:w="0" w:type="dxa"/>
      <w:tblBorders>
        <w:top w:val="single" w:sz="8" w:space="0" w:color="000000" w:themeColor="text1"/>
        <w:left w:val="single" w:sz="8" w:space="0" w:color="000000" w:themeColor="text1"/>
        <w:bottom w:val="single" w:sz="8" w:space="0" w:color="000000" w:themeColor="text1"/>
        <w:right w:val="single" w:sz="8" w:space="0" w:color="000000" w:themeColor="text1"/>
      </w:tblBorders>
      <w:tblCellMar>
        <w:top w:w="0" w:type="dxa"/>
        <w:left w:w="108" w:type="dxa"/>
        <w:bottom w:w="0" w:type="dxa"/>
        <w:right w:w="108" w:type="dxa"/>
      </w:tblCellMar>
    </w:tblPr>
    <w:tblStylePr w:type="firstRow">
      <w:pPr>
        <w:spacing w:before="0" w:after="0" w:line="240" w:lineRule="auto"/>
      </w:pPr>
      <w:rPr>
        <w:b/>
        <w:bCs/>
        <w:color w:val="FFFFFF" w:themeColor="background1"/>
      </w:rPr>
      <w:tblPr/>
      <w:tcPr>
        <w:shd w:val="clear" w:color="auto" w:fill="000000" w:themeFill="text1"/>
      </w:tcPr>
    </w:tblStylePr>
    <w:tblStylePr w:type="lastRow">
      <w:pPr>
        <w:spacing w:before="0" w:after="0" w:line="240" w:lineRule="auto"/>
      </w:pPr>
      <w:rPr>
        <w:b/>
        <w:bCs/>
      </w:rPr>
      <w:tblPr/>
      <w:tcPr>
        <w:tcBorders>
          <w:top w:val="double" w:sz="6" w:space="0" w:color="000000" w:themeColor="text1"/>
          <w:left w:val="single" w:sz="8" w:space="0" w:color="000000" w:themeColor="text1"/>
          <w:bottom w:val="single" w:sz="8" w:space="0" w:color="000000" w:themeColor="text1"/>
          <w:right w:val="single" w:sz="8" w:space="0" w:color="000000" w:themeColor="text1"/>
        </w:tcBorders>
      </w:tcPr>
    </w:tblStylePr>
    <w:tblStylePr w:type="firstCol">
      <w:rPr>
        <w:b/>
        <w:bCs/>
      </w:rPr>
    </w:tblStylePr>
    <w:tblStylePr w:type="lastCol">
      <w:rPr>
        <w:b/>
        <w:bCs/>
      </w:rPr>
    </w:tblStylePr>
    <w:tblStylePr w:type="band1Vert">
      <w:tblPr/>
      <w:tcPr>
        <w:tcBorders>
          <w:top w:val="single" w:sz="8" w:space="0" w:color="000000" w:themeColor="text1"/>
          <w:left w:val="single" w:sz="8" w:space="0" w:color="000000" w:themeColor="text1"/>
          <w:bottom w:val="single" w:sz="8" w:space="0" w:color="000000" w:themeColor="text1"/>
          <w:right w:val="single" w:sz="8" w:space="0" w:color="000000" w:themeColor="text1"/>
        </w:tcBorders>
      </w:tcPr>
    </w:tblStylePr>
    <w:tblStylePr w:type="band1Horz">
      <w:tblPr/>
      <w:tcPr>
        <w:tcBorders>
          <w:top w:val="single" w:sz="8" w:space="0" w:color="000000" w:themeColor="text1"/>
          <w:left w:val="single" w:sz="8" w:space="0" w:color="000000" w:themeColor="text1"/>
          <w:bottom w:val="single" w:sz="8" w:space="0" w:color="000000" w:themeColor="text1"/>
          <w:right w:val="single" w:sz="8" w:space="0" w:color="000000" w:themeColor="text1"/>
        </w:tcBorders>
      </w:tcPr>
    </w:tblStylePr>
  </w:style>
  <w:style w:type="table" w:styleId="LightList-Accent1">
    <w:name w:val="Light List Accent 1"/>
    <w:basedOn w:val="TableNormal"/>
    <w:uiPriority w:val="61"/>
    <w:rsid w:val="00FC693F"/>
    <w:pPr>
      <w:spacing w:after="0" w:line="240" w:lineRule="auto"/>
    </w:pPr>
    <w:tblPr>
      <w:tblStyleRowBandSize w:val="1"/>
      <w:tblStyleColBandSize w:val="1"/>
      <w:tblInd w:w="0" w:type="dxa"/>
      <w:tblBorders>
        <w:top w:val="single" w:sz="8" w:space="0" w:color="4F81BD" w:themeColor="accent1"/>
        <w:left w:val="single" w:sz="8" w:space="0" w:color="4F81BD" w:themeColor="accent1"/>
        <w:bottom w:val="single" w:sz="8" w:space="0" w:color="4F81BD" w:themeColor="accent1"/>
        <w:right w:val="single" w:sz="8" w:space="0" w:color="4F81BD" w:themeColor="accent1"/>
      </w:tblBorders>
      <w:tblCellMar>
        <w:top w:w="0" w:type="dxa"/>
        <w:left w:w="108" w:type="dxa"/>
        <w:bottom w:w="0" w:type="dxa"/>
        <w:right w:w="108" w:type="dxa"/>
      </w:tblCellMar>
    </w:tblPr>
    <w:tblStylePr w:type="firstRow">
      <w:pPr>
        <w:spacing w:before="0" w:after="0" w:line="240" w:lineRule="auto"/>
      </w:pPr>
      <w:rPr>
        <w:b/>
        <w:bCs/>
        <w:color w:val="FFFFFF" w:themeColor="background1"/>
      </w:rPr>
      <w:tblPr/>
      <w:tcPr>
        <w:shd w:val="clear" w:color="auto" w:fill="4F81BD" w:themeFill="accent1"/>
      </w:tcPr>
    </w:tblStylePr>
    <w:tblStylePr w:type="lastRow">
      <w:pPr>
        <w:spacing w:before="0" w:after="0" w:line="240" w:lineRule="auto"/>
      </w:pPr>
      <w:rPr>
        <w:b/>
        <w:bCs/>
      </w:rPr>
      <w:tblPr/>
      <w:tcPr>
        <w:tcBorders>
          <w:top w:val="double" w:sz="6" w:space="0" w:color="4F81BD" w:themeColor="accent1"/>
          <w:left w:val="single" w:sz="8" w:space="0" w:color="4F81BD" w:themeColor="accent1"/>
          <w:bottom w:val="single" w:sz="8" w:space="0" w:color="4F81BD" w:themeColor="accent1"/>
          <w:right w:val="single" w:sz="8" w:space="0" w:color="4F81BD" w:themeColor="accent1"/>
        </w:tcBorders>
      </w:tcPr>
    </w:tblStylePr>
    <w:tblStylePr w:type="firstCol">
      <w:rPr>
        <w:b/>
        <w:bCs/>
      </w:rPr>
    </w:tblStylePr>
    <w:tblStylePr w:type="lastCol">
      <w:rPr>
        <w:b/>
        <w:bCs/>
      </w:rPr>
    </w:tblStylePr>
    <w:tblStylePr w:type="band1Vert">
      <w:tblPr/>
      <w:tcPr>
        <w:tcBorders>
          <w:top w:val="single" w:sz="8" w:space="0" w:color="4F81BD" w:themeColor="accent1"/>
          <w:left w:val="single" w:sz="8" w:space="0" w:color="4F81BD" w:themeColor="accent1"/>
          <w:bottom w:val="single" w:sz="8" w:space="0" w:color="4F81BD" w:themeColor="accent1"/>
          <w:right w:val="single" w:sz="8" w:space="0" w:color="4F81BD" w:themeColor="accent1"/>
        </w:tcBorders>
      </w:tcPr>
    </w:tblStylePr>
    <w:tblStylePr w:type="band1Horz">
      <w:tblPr/>
      <w:tcPr>
        <w:tcBorders>
          <w:top w:val="single" w:sz="8" w:space="0" w:color="4F81BD" w:themeColor="accent1"/>
          <w:left w:val="single" w:sz="8" w:space="0" w:color="4F81BD" w:themeColor="accent1"/>
          <w:bottom w:val="single" w:sz="8" w:space="0" w:color="4F81BD" w:themeColor="accent1"/>
          <w:right w:val="single" w:sz="8" w:space="0" w:color="4F81BD" w:themeColor="accent1"/>
        </w:tcBorders>
      </w:tcPr>
    </w:tblStylePr>
  </w:style>
  <w:style w:type="table" w:styleId="LightList-Accent2">
    <w:name w:val="Light List Accent 2"/>
    <w:basedOn w:val="TableNormal"/>
    <w:uiPriority w:val="61"/>
    <w:rsid w:val="00CB0664"/>
    <w:pPr>
      <w:spacing w:after="0" w:line="240" w:lineRule="auto"/>
    </w:pPr>
    <w:tblPr>
      <w:tblStyleRowBandSize w:val="1"/>
      <w:tblStyleColBandSize w:val="1"/>
      <w:tblInd w:w="0" w:type="dxa"/>
      <w:tblBorders>
        <w:top w:val="single" w:sz="8" w:space="0" w:color="C0504D" w:themeColor="accent2"/>
        <w:left w:val="single" w:sz="8" w:space="0" w:color="C0504D" w:themeColor="accent2"/>
        <w:bottom w:val="single" w:sz="8" w:space="0" w:color="C0504D" w:themeColor="accent2"/>
        <w:right w:val="single" w:sz="8" w:space="0" w:color="C0504D" w:themeColor="accent2"/>
      </w:tblBorders>
      <w:tblCellMar>
        <w:top w:w="0" w:type="dxa"/>
        <w:left w:w="108" w:type="dxa"/>
        <w:bottom w:w="0" w:type="dxa"/>
        <w:right w:w="108" w:type="dxa"/>
      </w:tblCellMar>
    </w:tblPr>
    <w:tblStylePr w:type="firstRow">
      <w:pPr>
        <w:spacing w:before="0" w:after="0" w:line="240" w:lineRule="auto"/>
      </w:pPr>
      <w:rPr>
        <w:b/>
        <w:bCs/>
        <w:color w:val="FFFFFF" w:themeColor="background1"/>
      </w:rPr>
      <w:tblPr/>
      <w:tcPr>
        <w:shd w:val="clear" w:color="auto" w:fill="C0504D" w:themeFill="accent2"/>
      </w:tcPr>
    </w:tblStylePr>
    <w:tblStylePr w:type="lastRow">
      <w:pPr>
        <w:spacing w:before="0" w:after="0" w:line="240" w:lineRule="auto"/>
      </w:pPr>
      <w:rPr>
        <w:b/>
        <w:bCs/>
      </w:rPr>
      <w:tblPr/>
      <w:tcPr>
        <w:tcBorders>
          <w:top w:val="double" w:sz="6" w:space="0" w:color="C0504D" w:themeColor="accent2"/>
          <w:left w:val="single" w:sz="8" w:space="0" w:color="C0504D" w:themeColor="accent2"/>
          <w:bottom w:val="single" w:sz="8" w:space="0" w:color="C0504D" w:themeColor="accent2"/>
          <w:right w:val="single" w:sz="8" w:space="0" w:color="C0504D" w:themeColor="accent2"/>
        </w:tcBorders>
      </w:tcPr>
    </w:tblStylePr>
    <w:tblStylePr w:type="firstCol">
      <w:rPr>
        <w:b/>
        <w:bCs/>
      </w:rPr>
    </w:tblStylePr>
    <w:tblStylePr w:type="lastCol">
      <w:rPr>
        <w:b/>
        <w:bCs/>
      </w:rPr>
    </w:tblStylePr>
    <w:tblStylePr w:type="band1Vert">
      <w:tblPr/>
      <w:tcPr>
        <w:tcBorders>
          <w:top w:val="single" w:sz="8" w:space="0" w:color="C0504D" w:themeColor="accent2"/>
          <w:left w:val="single" w:sz="8" w:space="0" w:color="C0504D" w:themeColor="accent2"/>
          <w:bottom w:val="single" w:sz="8" w:space="0" w:color="C0504D" w:themeColor="accent2"/>
          <w:right w:val="single" w:sz="8" w:space="0" w:color="C0504D" w:themeColor="accent2"/>
        </w:tcBorders>
      </w:tcPr>
    </w:tblStylePr>
    <w:tblStylePr w:type="band1Horz">
      <w:tblPr/>
      <w:tcPr>
        <w:tcBorders>
          <w:top w:val="single" w:sz="8" w:space="0" w:color="C0504D" w:themeColor="accent2"/>
          <w:left w:val="single" w:sz="8" w:space="0" w:color="C0504D" w:themeColor="accent2"/>
          <w:bottom w:val="single" w:sz="8" w:space="0" w:color="C0504D" w:themeColor="accent2"/>
          <w:right w:val="single" w:sz="8" w:space="0" w:color="C0504D" w:themeColor="accent2"/>
        </w:tcBorders>
      </w:tcPr>
    </w:tblStylePr>
  </w:style>
  <w:style w:type="table" w:styleId="LightList-Accent3">
    <w:name w:val="Light List Accent 3"/>
    <w:basedOn w:val="TableNormal"/>
    <w:uiPriority w:val="61"/>
    <w:rsid w:val="00CB0664"/>
    <w:pPr>
      <w:spacing w:after="0" w:line="240" w:lineRule="auto"/>
    </w:pPr>
    <w:tblPr>
      <w:tblStyleRowBandSize w:val="1"/>
      <w:tblStyleColBandSize w:val="1"/>
      <w:tblInd w:w="0" w:type="dxa"/>
      <w:tblBorders>
        <w:top w:val="single" w:sz="8" w:space="0" w:color="9BBB59" w:themeColor="accent3"/>
        <w:left w:val="single" w:sz="8" w:space="0" w:color="9BBB59" w:themeColor="accent3"/>
        <w:bottom w:val="single" w:sz="8" w:space="0" w:color="9BBB59" w:themeColor="accent3"/>
        <w:right w:val="single" w:sz="8" w:space="0" w:color="9BBB59" w:themeColor="accent3"/>
      </w:tblBorders>
      <w:tblCellMar>
        <w:top w:w="0" w:type="dxa"/>
        <w:left w:w="108" w:type="dxa"/>
        <w:bottom w:w="0" w:type="dxa"/>
        <w:right w:w="108" w:type="dxa"/>
      </w:tblCellMar>
    </w:tblPr>
    <w:tblStylePr w:type="firstRow">
      <w:pPr>
        <w:spacing w:before="0" w:after="0" w:line="240" w:lineRule="auto"/>
      </w:pPr>
      <w:rPr>
        <w:b/>
        <w:bCs/>
        <w:color w:val="FFFFFF" w:themeColor="background1"/>
      </w:rPr>
      <w:tblPr/>
      <w:tcPr>
        <w:shd w:val="clear" w:color="auto" w:fill="9BBB59" w:themeFill="accent3"/>
      </w:tcPr>
    </w:tblStylePr>
    <w:tblStylePr w:type="lastRow">
      <w:pPr>
        <w:spacing w:before="0" w:after="0" w:line="240" w:lineRule="auto"/>
      </w:pPr>
      <w:rPr>
        <w:b/>
        <w:bCs/>
      </w:rPr>
      <w:tblPr/>
      <w:tcPr>
        <w:tcBorders>
          <w:top w:val="double" w:sz="6" w:space="0" w:color="9BBB59" w:themeColor="accent3"/>
          <w:left w:val="single" w:sz="8" w:space="0" w:color="9BBB59" w:themeColor="accent3"/>
          <w:bottom w:val="single" w:sz="8" w:space="0" w:color="9BBB59" w:themeColor="accent3"/>
          <w:right w:val="single" w:sz="8" w:space="0" w:color="9BBB59" w:themeColor="accent3"/>
        </w:tcBorders>
      </w:tcPr>
    </w:tblStylePr>
    <w:tblStylePr w:type="firstCol">
      <w:rPr>
        <w:b/>
        <w:bCs/>
      </w:rPr>
    </w:tblStylePr>
    <w:tblStylePr w:type="lastCol">
      <w:rPr>
        <w:b/>
        <w:bCs/>
      </w:rPr>
    </w:tblStylePr>
    <w:tblStylePr w:type="band1Vert">
      <w:tblPr/>
      <w:tcPr>
        <w:tcBorders>
          <w:top w:val="single" w:sz="8" w:space="0" w:color="9BBB59" w:themeColor="accent3"/>
          <w:left w:val="single" w:sz="8" w:space="0" w:color="9BBB59" w:themeColor="accent3"/>
          <w:bottom w:val="single" w:sz="8" w:space="0" w:color="9BBB59" w:themeColor="accent3"/>
          <w:right w:val="single" w:sz="8" w:space="0" w:color="9BBB59" w:themeColor="accent3"/>
        </w:tcBorders>
      </w:tcPr>
    </w:tblStylePr>
    <w:tblStylePr w:type="band1Horz">
      <w:tblPr/>
      <w:tcPr>
        <w:tcBorders>
          <w:top w:val="single" w:sz="8" w:space="0" w:color="9BBB59" w:themeColor="accent3"/>
          <w:left w:val="single" w:sz="8" w:space="0" w:color="9BBB59" w:themeColor="accent3"/>
          <w:bottom w:val="single" w:sz="8" w:space="0" w:color="9BBB59" w:themeColor="accent3"/>
          <w:right w:val="single" w:sz="8" w:space="0" w:color="9BBB59" w:themeColor="accent3"/>
        </w:tcBorders>
      </w:tcPr>
    </w:tblStylePr>
  </w:style>
  <w:style w:type="table" w:styleId="LightList-Accent4">
    <w:name w:val="Light List Accent 4"/>
    <w:basedOn w:val="TableNormal"/>
    <w:uiPriority w:val="61"/>
    <w:rsid w:val="00CB0664"/>
    <w:pPr>
      <w:spacing w:after="0" w:line="240" w:lineRule="auto"/>
    </w:pPr>
    <w:tblPr>
      <w:tblStyleRowBandSize w:val="1"/>
      <w:tblStyleColBandSize w:val="1"/>
      <w:tblInd w:w="0" w:type="dxa"/>
      <w:tblBorders>
        <w:top w:val="single" w:sz="8" w:space="0" w:color="8064A2" w:themeColor="accent4"/>
        <w:left w:val="single" w:sz="8" w:space="0" w:color="8064A2" w:themeColor="accent4"/>
        <w:bottom w:val="single" w:sz="8" w:space="0" w:color="8064A2" w:themeColor="accent4"/>
        <w:right w:val="single" w:sz="8" w:space="0" w:color="8064A2" w:themeColor="accent4"/>
      </w:tblBorders>
      <w:tblCellMar>
        <w:top w:w="0" w:type="dxa"/>
        <w:left w:w="108" w:type="dxa"/>
        <w:bottom w:w="0" w:type="dxa"/>
        <w:right w:w="108" w:type="dxa"/>
      </w:tblCellMar>
    </w:tblPr>
    <w:tblStylePr w:type="firstRow">
      <w:pPr>
        <w:spacing w:before="0" w:after="0" w:line="240" w:lineRule="auto"/>
      </w:pPr>
      <w:rPr>
        <w:b/>
        <w:bCs/>
        <w:color w:val="FFFFFF" w:themeColor="background1"/>
      </w:rPr>
      <w:tblPr/>
      <w:tcPr>
        <w:shd w:val="clear" w:color="auto" w:fill="8064A2" w:themeFill="accent4"/>
      </w:tcPr>
    </w:tblStylePr>
    <w:tblStylePr w:type="lastRow">
      <w:pPr>
        <w:spacing w:before="0" w:after="0" w:line="240" w:lineRule="auto"/>
      </w:pPr>
      <w:rPr>
        <w:b/>
        <w:bCs/>
      </w:rPr>
      <w:tblPr/>
      <w:tcPr>
        <w:tcBorders>
          <w:top w:val="double" w:sz="6" w:space="0" w:color="8064A2" w:themeColor="accent4"/>
          <w:left w:val="single" w:sz="8" w:space="0" w:color="8064A2" w:themeColor="accent4"/>
          <w:bottom w:val="single" w:sz="8" w:space="0" w:color="8064A2" w:themeColor="accent4"/>
          <w:right w:val="single" w:sz="8" w:space="0" w:color="8064A2" w:themeColor="accent4"/>
        </w:tcBorders>
      </w:tcPr>
    </w:tblStylePr>
    <w:tblStylePr w:type="firstCol">
      <w:rPr>
        <w:b/>
        <w:bCs/>
      </w:rPr>
    </w:tblStylePr>
    <w:tblStylePr w:type="lastCol">
      <w:rPr>
        <w:b/>
        <w:bCs/>
      </w:rPr>
    </w:tblStylePr>
    <w:tblStylePr w:type="band1Vert">
      <w:tblPr/>
      <w:tcPr>
        <w:tcBorders>
          <w:top w:val="single" w:sz="8" w:space="0" w:color="8064A2" w:themeColor="accent4"/>
          <w:left w:val="single" w:sz="8" w:space="0" w:color="8064A2" w:themeColor="accent4"/>
          <w:bottom w:val="single" w:sz="8" w:space="0" w:color="8064A2" w:themeColor="accent4"/>
          <w:right w:val="single" w:sz="8" w:space="0" w:color="8064A2" w:themeColor="accent4"/>
        </w:tcBorders>
      </w:tcPr>
    </w:tblStylePr>
    <w:tblStylePr w:type="band1Horz">
      <w:tblPr/>
      <w:tcPr>
        <w:tcBorders>
          <w:top w:val="single" w:sz="8" w:space="0" w:color="8064A2" w:themeColor="accent4"/>
          <w:left w:val="single" w:sz="8" w:space="0" w:color="8064A2" w:themeColor="accent4"/>
          <w:bottom w:val="single" w:sz="8" w:space="0" w:color="8064A2" w:themeColor="accent4"/>
          <w:right w:val="single" w:sz="8" w:space="0" w:color="8064A2" w:themeColor="accent4"/>
        </w:tcBorders>
      </w:tcPr>
    </w:tblStylePr>
  </w:style>
  <w:style w:type="table" w:styleId="LightList-Accent5">
    <w:name w:val="Light List Accent 5"/>
    <w:basedOn w:val="TableNormal"/>
    <w:uiPriority w:val="61"/>
    <w:rsid w:val="00CB0664"/>
    <w:pPr>
      <w:spacing w:after="0" w:line="240" w:lineRule="auto"/>
    </w:pPr>
    <w:tblPr>
      <w:tblStyleRowBandSize w:val="1"/>
      <w:tblStyleColBandSize w:val="1"/>
      <w:tblInd w:w="0" w:type="dxa"/>
      <w:tblBorders>
        <w:top w:val="single" w:sz="8" w:space="0" w:color="4BACC6" w:themeColor="accent5"/>
        <w:left w:val="single" w:sz="8" w:space="0" w:color="4BACC6" w:themeColor="accent5"/>
        <w:bottom w:val="single" w:sz="8" w:space="0" w:color="4BACC6" w:themeColor="accent5"/>
        <w:right w:val="single" w:sz="8" w:space="0" w:color="4BACC6" w:themeColor="accent5"/>
      </w:tblBorders>
      <w:tblCellMar>
        <w:top w:w="0" w:type="dxa"/>
        <w:left w:w="108" w:type="dxa"/>
        <w:bottom w:w="0" w:type="dxa"/>
        <w:right w:w="108" w:type="dxa"/>
      </w:tblCellMar>
    </w:tblPr>
    <w:tblStylePr w:type="firstRow">
      <w:pPr>
        <w:spacing w:before="0" w:after="0" w:line="240" w:lineRule="auto"/>
      </w:pPr>
      <w:rPr>
        <w:b/>
        <w:bCs/>
        <w:color w:val="FFFFFF" w:themeColor="background1"/>
      </w:rPr>
      <w:tblPr/>
      <w:tcPr>
        <w:shd w:val="clear" w:color="auto" w:fill="4BACC6" w:themeFill="accent5"/>
      </w:tcPr>
    </w:tblStylePr>
    <w:tblStylePr w:type="lastRow">
      <w:pPr>
        <w:spacing w:before="0" w:after="0" w:line="240" w:lineRule="auto"/>
      </w:pPr>
      <w:rPr>
        <w:b/>
        <w:bCs/>
      </w:rPr>
      <w:tblPr/>
      <w:tcPr>
        <w:tcBorders>
          <w:top w:val="double" w:sz="6" w:space="0" w:color="4BACC6" w:themeColor="accent5"/>
          <w:left w:val="single" w:sz="8" w:space="0" w:color="4BACC6" w:themeColor="accent5"/>
          <w:bottom w:val="single" w:sz="8" w:space="0" w:color="4BACC6" w:themeColor="accent5"/>
          <w:right w:val="single" w:sz="8" w:space="0" w:color="4BACC6" w:themeColor="accent5"/>
        </w:tcBorders>
      </w:tcPr>
    </w:tblStylePr>
    <w:tblStylePr w:type="firstCol">
      <w:rPr>
        <w:b/>
        <w:bCs/>
      </w:rPr>
    </w:tblStylePr>
    <w:tblStylePr w:type="lastCol">
      <w:rPr>
        <w:b/>
        <w:bCs/>
      </w:rPr>
    </w:tblStylePr>
    <w:tblStylePr w:type="band1Vert">
      <w:tblPr/>
      <w:tcPr>
        <w:tcBorders>
          <w:top w:val="single" w:sz="8" w:space="0" w:color="4BACC6" w:themeColor="accent5"/>
          <w:left w:val="single" w:sz="8" w:space="0" w:color="4BACC6" w:themeColor="accent5"/>
          <w:bottom w:val="single" w:sz="8" w:space="0" w:color="4BACC6" w:themeColor="accent5"/>
          <w:right w:val="single" w:sz="8" w:space="0" w:color="4BACC6" w:themeColor="accent5"/>
        </w:tcBorders>
      </w:tcPr>
    </w:tblStylePr>
    <w:tblStylePr w:type="band1Horz">
      <w:tblPr/>
      <w:tcPr>
        <w:tcBorders>
          <w:top w:val="single" w:sz="8" w:space="0" w:color="4BACC6" w:themeColor="accent5"/>
          <w:left w:val="single" w:sz="8" w:space="0" w:color="4BACC6" w:themeColor="accent5"/>
          <w:bottom w:val="single" w:sz="8" w:space="0" w:color="4BACC6" w:themeColor="accent5"/>
          <w:right w:val="single" w:sz="8" w:space="0" w:color="4BACC6" w:themeColor="accent5"/>
        </w:tcBorders>
      </w:tcPr>
    </w:tblStylePr>
  </w:style>
  <w:style w:type="table" w:styleId="LightList-Accent6">
    <w:name w:val="Light List Accent 6"/>
    <w:basedOn w:val="TableNormal"/>
    <w:uiPriority w:val="61"/>
    <w:rsid w:val="00CB0664"/>
    <w:pPr>
      <w:spacing w:after="0" w:line="240" w:lineRule="auto"/>
    </w:pPr>
    <w:tblPr>
      <w:tblStyleRowBandSize w:val="1"/>
      <w:tblStyleColBandSize w:val="1"/>
      <w:tblInd w:w="0" w:type="dxa"/>
      <w:tblBorders>
        <w:top w:val="single" w:sz="8" w:space="0" w:color="F79646" w:themeColor="accent6"/>
        <w:left w:val="single" w:sz="8" w:space="0" w:color="F79646" w:themeColor="accent6"/>
        <w:bottom w:val="single" w:sz="8" w:space="0" w:color="F79646" w:themeColor="accent6"/>
        <w:right w:val="single" w:sz="8" w:space="0" w:color="F79646" w:themeColor="accent6"/>
      </w:tblBorders>
      <w:tblCellMar>
        <w:top w:w="0" w:type="dxa"/>
        <w:left w:w="108" w:type="dxa"/>
        <w:bottom w:w="0" w:type="dxa"/>
        <w:right w:w="108" w:type="dxa"/>
      </w:tblCellMar>
    </w:tblPr>
    <w:tblStylePr w:type="firstRow">
      <w:pPr>
        <w:spacing w:before="0" w:after="0" w:line="240" w:lineRule="auto"/>
      </w:pPr>
      <w:rPr>
        <w:b/>
        <w:bCs/>
        <w:color w:val="FFFFFF" w:themeColor="background1"/>
      </w:rPr>
      <w:tblPr/>
      <w:tcPr>
        <w:shd w:val="clear" w:color="auto" w:fill="F79646" w:themeFill="accent6"/>
      </w:tcPr>
    </w:tblStylePr>
    <w:tblStylePr w:type="lastRow">
      <w:pPr>
        <w:spacing w:before="0" w:after="0" w:line="240" w:lineRule="auto"/>
      </w:pPr>
      <w:rPr>
        <w:b/>
        <w:bCs/>
      </w:rPr>
      <w:tblPr/>
      <w:tcPr>
        <w:tcBorders>
          <w:top w:val="double" w:sz="6" w:space="0" w:color="F79646" w:themeColor="accent6"/>
          <w:left w:val="single" w:sz="8" w:space="0" w:color="F79646" w:themeColor="accent6"/>
          <w:bottom w:val="single" w:sz="8" w:space="0" w:color="F79646" w:themeColor="accent6"/>
          <w:right w:val="single" w:sz="8" w:space="0" w:color="F79646" w:themeColor="accent6"/>
        </w:tcBorders>
      </w:tcPr>
    </w:tblStylePr>
    <w:tblStylePr w:type="firstCol">
      <w:rPr>
        <w:b/>
        <w:bCs/>
      </w:rPr>
    </w:tblStylePr>
    <w:tblStylePr w:type="lastCol">
      <w:rPr>
        <w:b/>
        <w:bCs/>
      </w:rPr>
    </w:tblStylePr>
    <w:tblStylePr w:type="band1Vert">
      <w:tblPr/>
      <w:tcPr>
        <w:tcBorders>
          <w:top w:val="single" w:sz="8" w:space="0" w:color="F79646" w:themeColor="accent6"/>
          <w:left w:val="single" w:sz="8" w:space="0" w:color="F79646" w:themeColor="accent6"/>
          <w:bottom w:val="single" w:sz="8" w:space="0" w:color="F79646" w:themeColor="accent6"/>
          <w:right w:val="single" w:sz="8" w:space="0" w:color="F79646" w:themeColor="accent6"/>
        </w:tcBorders>
      </w:tcPr>
    </w:tblStylePr>
    <w:tblStylePr w:type="band1Horz">
      <w:tblPr/>
      <w:tcPr>
        <w:tcBorders>
          <w:top w:val="single" w:sz="8" w:space="0" w:color="F79646" w:themeColor="accent6"/>
          <w:left w:val="single" w:sz="8" w:space="0" w:color="F79646" w:themeColor="accent6"/>
          <w:bottom w:val="single" w:sz="8" w:space="0" w:color="F79646" w:themeColor="accent6"/>
          <w:right w:val="single" w:sz="8" w:space="0" w:color="F79646" w:themeColor="accent6"/>
        </w:tcBorders>
      </w:tcPr>
    </w:tblStylePr>
  </w:style>
  <w:style w:type="table" w:styleId="LightGrid">
    <w:name w:val="Light Grid"/>
    <w:basedOn w:val="TableNormal"/>
    <w:uiPriority w:val="62"/>
    <w:rsid w:val="00CB0664"/>
    <w:pPr>
      <w:spacing w:after="0" w:line="240" w:lineRule="auto"/>
    </w:pPr>
    <w:tblPr>
      <w:tblStyleRowBandSize w:val="1"/>
      <w:tblStyleColBandSize w:val="1"/>
      <w:tblInd w:w="0" w:type="dxa"/>
      <w:tblBorders>
        <w:top w:val="single" w:sz="8" w:space="0" w:color="000000" w:themeColor="text1"/>
        <w:left w:val="single" w:sz="8" w:space="0" w:color="000000" w:themeColor="text1"/>
        <w:bottom w:val="single" w:sz="8" w:space="0" w:color="000000" w:themeColor="text1"/>
        <w:right w:val="single" w:sz="8" w:space="0" w:color="000000" w:themeColor="text1"/>
        <w:insideH w:val="single" w:sz="8" w:space="0" w:color="000000" w:themeColor="text1"/>
        <w:insideV w:val="single" w:sz="8" w:space="0" w:color="000000" w:themeColor="text1"/>
      </w:tblBorders>
      <w:tblCellMar>
        <w:top w:w="0" w:type="dxa"/>
        <w:left w:w="108" w:type="dxa"/>
        <w:bottom w:w="0" w:type="dxa"/>
        <w:right w:w="108" w:type="dxa"/>
      </w:tblCellMar>
    </w:tblPr>
    <w:tblStylePr w:type="firstRow">
      <w:pPr>
        <w:spacing w:before="0" w:after="0" w:line="240" w:lineRule="auto"/>
      </w:pPr>
      <w:rPr>
        <w:rFonts w:asciiTheme="majorHAnsi" w:eastAsiaTheme="majorEastAsia" w:hAnsiTheme="majorHAnsi" w:cstheme="majorBidi"/>
        <w:b/>
        <w:bCs/>
      </w:rPr>
      <w:tblPr/>
      <w:tcPr>
        <w:tcBorders>
          <w:top w:val="single" w:sz="8" w:space="0" w:color="000000" w:themeColor="text1"/>
          <w:left w:val="single" w:sz="8" w:space="0" w:color="000000" w:themeColor="text1"/>
          <w:bottom w:val="single" w:sz="18" w:space="0" w:color="000000" w:themeColor="text1"/>
          <w:right w:val="single" w:sz="8" w:space="0" w:color="000000" w:themeColor="text1"/>
          <w:insideH w:val="nil"/>
          <w:insideV w:val="single" w:sz="8" w:space="0" w:color="000000" w:themeColor="text1"/>
        </w:tcBorders>
      </w:tcPr>
    </w:tblStylePr>
    <w:tblStylePr w:type="lastRow">
      <w:pPr>
        <w:spacing w:before="0" w:after="0" w:line="240" w:lineRule="auto"/>
      </w:pPr>
      <w:rPr>
        <w:rFonts w:asciiTheme="majorHAnsi" w:eastAsiaTheme="majorEastAsia" w:hAnsiTheme="majorHAnsi" w:cstheme="majorBidi"/>
        <w:b/>
        <w:bCs/>
      </w:rPr>
      <w:tblPr/>
      <w:tcPr>
        <w:tcBorders>
          <w:top w:val="double" w:sz="6" w:space="0" w:color="000000" w:themeColor="text1"/>
          <w:left w:val="single" w:sz="8" w:space="0" w:color="000000" w:themeColor="text1"/>
          <w:bottom w:val="single" w:sz="8" w:space="0" w:color="000000" w:themeColor="text1"/>
          <w:right w:val="single" w:sz="8" w:space="0" w:color="000000" w:themeColor="text1"/>
          <w:insideH w:val="nil"/>
          <w:insideV w:val="single" w:sz="8" w:space="0" w:color="000000" w:themeColor="text1"/>
        </w:tcBorders>
      </w:tcPr>
    </w:tblStylePr>
    <w:tblStylePr w:type="firstCol">
      <w:rPr>
        <w:rFonts w:asciiTheme="majorHAnsi" w:eastAsiaTheme="majorEastAsia" w:hAnsiTheme="majorHAnsi" w:cstheme="majorBidi"/>
        <w:b/>
        <w:bCs/>
      </w:rPr>
    </w:tblStylePr>
    <w:tblStylePr w:type="lastCol">
      <w:rPr>
        <w:rFonts w:asciiTheme="majorHAnsi" w:eastAsiaTheme="majorEastAsia" w:hAnsiTheme="majorHAnsi" w:cstheme="majorBidi"/>
        <w:b/>
        <w:bCs/>
      </w:rPr>
      <w:tblPr/>
      <w:tcPr>
        <w:tcBorders>
          <w:top w:val="single" w:sz="8" w:space="0" w:color="000000" w:themeColor="text1"/>
          <w:left w:val="single" w:sz="8" w:space="0" w:color="000000" w:themeColor="text1"/>
          <w:bottom w:val="single" w:sz="8" w:space="0" w:color="000000" w:themeColor="text1"/>
          <w:right w:val="single" w:sz="8" w:space="0" w:color="000000" w:themeColor="text1"/>
        </w:tcBorders>
      </w:tcPr>
    </w:tblStylePr>
    <w:tblStylePr w:type="band1Vert">
      <w:tblPr/>
      <w:tcPr>
        <w:tcBorders>
          <w:top w:val="single" w:sz="8" w:space="0" w:color="000000" w:themeColor="text1"/>
          <w:left w:val="single" w:sz="8" w:space="0" w:color="000000" w:themeColor="text1"/>
          <w:bottom w:val="single" w:sz="8" w:space="0" w:color="000000" w:themeColor="text1"/>
          <w:right w:val="single" w:sz="8" w:space="0" w:color="000000" w:themeColor="text1"/>
        </w:tcBorders>
        <w:shd w:val="clear" w:color="auto" w:fill="C0C0C0" w:themeFill="text1" w:themeFillTint="3F"/>
      </w:tcPr>
    </w:tblStylePr>
    <w:tblStylePr w:type="band1Horz">
      <w:tblPr/>
      <w:tcPr>
        <w:tcBorders>
          <w:top w:val="single" w:sz="8" w:space="0" w:color="000000" w:themeColor="text1"/>
          <w:left w:val="single" w:sz="8" w:space="0" w:color="000000" w:themeColor="text1"/>
          <w:bottom w:val="single" w:sz="8" w:space="0" w:color="000000" w:themeColor="text1"/>
          <w:right w:val="single" w:sz="8" w:space="0" w:color="000000" w:themeColor="text1"/>
          <w:insideV w:val="single" w:sz="8" w:space="0" w:color="000000" w:themeColor="text1"/>
        </w:tcBorders>
        <w:shd w:val="clear" w:color="auto" w:fill="C0C0C0" w:themeFill="text1" w:themeFillTint="3F"/>
      </w:tcPr>
    </w:tblStylePr>
    <w:tblStylePr w:type="band2Horz">
      <w:tblPr/>
      <w:tcPr>
        <w:tcBorders>
          <w:top w:val="single" w:sz="8" w:space="0" w:color="000000" w:themeColor="text1"/>
          <w:left w:val="single" w:sz="8" w:space="0" w:color="000000" w:themeColor="text1"/>
          <w:bottom w:val="single" w:sz="8" w:space="0" w:color="000000" w:themeColor="text1"/>
          <w:right w:val="single" w:sz="8" w:space="0" w:color="000000" w:themeColor="text1"/>
          <w:insideV w:val="single" w:sz="8" w:space="0" w:color="000000" w:themeColor="text1"/>
        </w:tcBorders>
      </w:tcPr>
    </w:tblStylePr>
  </w:style>
  <w:style w:type="table" w:styleId="LightGrid-Accent1">
    <w:name w:val="Light Grid Accent 1"/>
    <w:basedOn w:val="TableNormal"/>
    <w:uiPriority w:val="62"/>
    <w:rsid w:val="00CB0664"/>
    <w:pPr>
      <w:spacing w:after="0" w:line="240" w:lineRule="auto"/>
    </w:pPr>
    <w:tblPr>
      <w:tblStyleRowBandSize w:val="1"/>
      <w:tblStyleColBandSize w:val="1"/>
      <w:tblInd w:w="0" w:type="dxa"/>
      <w:tblBorders>
        <w:top w:val="single" w:sz="8" w:space="0" w:color="4F81BD" w:themeColor="accent1"/>
        <w:left w:val="single" w:sz="8" w:space="0" w:color="4F81BD" w:themeColor="accent1"/>
        <w:bottom w:val="single" w:sz="8" w:space="0" w:color="4F81BD" w:themeColor="accent1"/>
        <w:right w:val="single" w:sz="8" w:space="0" w:color="4F81BD" w:themeColor="accent1"/>
        <w:insideH w:val="single" w:sz="8" w:space="0" w:color="4F81BD" w:themeColor="accent1"/>
        <w:insideV w:val="single" w:sz="8" w:space="0" w:color="4F81BD" w:themeColor="accent1"/>
      </w:tblBorders>
      <w:tblCellMar>
        <w:top w:w="0" w:type="dxa"/>
        <w:left w:w="108" w:type="dxa"/>
        <w:bottom w:w="0" w:type="dxa"/>
        <w:right w:w="108" w:type="dxa"/>
      </w:tblCellMar>
    </w:tblPr>
    <w:tblStylePr w:type="firstRow">
      <w:pPr>
        <w:spacing w:before="0" w:after="0" w:line="240" w:lineRule="auto"/>
      </w:pPr>
      <w:rPr>
        <w:rFonts w:asciiTheme="majorHAnsi" w:eastAsiaTheme="majorEastAsia" w:hAnsiTheme="majorHAnsi" w:cstheme="majorBidi"/>
        <w:b/>
        <w:bCs/>
      </w:rPr>
      <w:tblPr/>
      <w:tcPr>
        <w:tcBorders>
          <w:top w:val="single" w:sz="8" w:space="0" w:color="4F81BD" w:themeColor="accent1"/>
          <w:left w:val="single" w:sz="8" w:space="0" w:color="4F81BD" w:themeColor="accent1"/>
          <w:bottom w:val="single" w:sz="18" w:space="0" w:color="4F81BD" w:themeColor="accent1"/>
          <w:right w:val="single" w:sz="8" w:space="0" w:color="4F81BD" w:themeColor="accent1"/>
          <w:insideH w:val="nil"/>
          <w:insideV w:val="single" w:sz="8" w:space="0" w:color="4F81BD" w:themeColor="accent1"/>
        </w:tcBorders>
      </w:tcPr>
    </w:tblStylePr>
    <w:tblStylePr w:type="lastRow">
      <w:pPr>
        <w:spacing w:before="0" w:after="0" w:line="240" w:lineRule="auto"/>
      </w:pPr>
      <w:rPr>
        <w:rFonts w:asciiTheme="majorHAnsi" w:eastAsiaTheme="majorEastAsia" w:hAnsiTheme="majorHAnsi" w:cstheme="majorBidi"/>
        <w:b/>
        <w:bCs/>
      </w:rPr>
      <w:tblPr/>
      <w:tcPr>
        <w:tcBorders>
          <w:top w:val="double" w:sz="6" w:space="0" w:color="4F81BD" w:themeColor="accent1"/>
          <w:left w:val="single" w:sz="8" w:space="0" w:color="4F81BD" w:themeColor="accent1"/>
          <w:bottom w:val="single" w:sz="8" w:space="0" w:color="4F81BD" w:themeColor="accent1"/>
          <w:right w:val="single" w:sz="8" w:space="0" w:color="4F81BD" w:themeColor="accent1"/>
          <w:insideH w:val="nil"/>
          <w:insideV w:val="single" w:sz="8" w:space="0" w:color="4F81BD" w:themeColor="accent1"/>
        </w:tcBorders>
      </w:tcPr>
    </w:tblStylePr>
    <w:tblStylePr w:type="firstCol">
      <w:rPr>
        <w:rFonts w:asciiTheme="majorHAnsi" w:eastAsiaTheme="majorEastAsia" w:hAnsiTheme="majorHAnsi" w:cstheme="majorBidi"/>
        <w:b/>
        <w:bCs/>
      </w:rPr>
    </w:tblStylePr>
    <w:tblStylePr w:type="lastCol">
      <w:rPr>
        <w:rFonts w:asciiTheme="majorHAnsi" w:eastAsiaTheme="majorEastAsia" w:hAnsiTheme="majorHAnsi" w:cstheme="majorBidi"/>
        <w:b/>
        <w:bCs/>
      </w:rPr>
      <w:tblPr/>
      <w:tcPr>
        <w:tcBorders>
          <w:top w:val="single" w:sz="8" w:space="0" w:color="4F81BD" w:themeColor="accent1"/>
          <w:left w:val="single" w:sz="8" w:space="0" w:color="4F81BD" w:themeColor="accent1"/>
          <w:bottom w:val="single" w:sz="8" w:space="0" w:color="4F81BD" w:themeColor="accent1"/>
          <w:right w:val="single" w:sz="8" w:space="0" w:color="4F81BD" w:themeColor="accent1"/>
        </w:tcBorders>
      </w:tcPr>
    </w:tblStylePr>
    <w:tblStylePr w:type="band1Vert">
      <w:tblPr/>
      <w:tcPr>
        <w:tcBorders>
          <w:top w:val="single" w:sz="8" w:space="0" w:color="4F81BD" w:themeColor="accent1"/>
          <w:left w:val="single" w:sz="8" w:space="0" w:color="4F81BD" w:themeColor="accent1"/>
          <w:bottom w:val="single" w:sz="8" w:space="0" w:color="4F81BD" w:themeColor="accent1"/>
          <w:right w:val="single" w:sz="8" w:space="0" w:color="4F81BD" w:themeColor="accent1"/>
        </w:tcBorders>
        <w:shd w:val="clear" w:color="auto" w:fill="D3DFEE" w:themeFill="accent1" w:themeFillTint="3F"/>
      </w:tcPr>
    </w:tblStylePr>
    <w:tblStylePr w:type="band1Horz">
      <w:tblPr/>
      <w:tcPr>
        <w:tcBorders>
          <w:top w:val="single" w:sz="8" w:space="0" w:color="4F81BD" w:themeColor="accent1"/>
          <w:left w:val="single" w:sz="8" w:space="0" w:color="4F81BD" w:themeColor="accent1"/>
          <w:bottom w:val="single" w:sz="8" w:space="0" w:color="4F81BD" w:themeColor="accent1"/>
          <w:right w:val="single" w:sz="8" w:space="0" w:color="4F81BD" w:themeColor="accent1"/>
          <w:insideV w:val="single" w:sz="8" w:space="0" w:color="4F81BD" w:themeColor="accent1"/>
        </w:tcBorders>
        <w:shd w:val="clear" w:color="auto" w:fill="D3DFEE" w:themeFill="accent1" w:themeFillTint="3F"/>
      </w:tcPr>
    </w:tblStylePr>
    <w:tblStylePr w:type="band2Horz">
      <w:tblPr/>
      <w:tcPr>
        <w:tcBorders>
          <w:top w:val="single" w:sz="8" w:space="0" w:color="4F81BD" w:themeColor="accent1"/>
          <w:left w:val="single" w:sz="8" w:space="0" w:color="4F81BD" w:themeColor="accent1"/>
          <w:bottom w:val="single" w:sz="8" w:space="0" w:color="4F81BD" w:themeColor="accent1"/>
          <w:right w:val="single" w:sz="8" w:space="0" w:color="4F81BD" w:themeColor="accent1"/>
          <w:insideV w:val="single" w:sz="8" w:space="0" w:color="4F81BD" w:themeColor="accent1"/>
        </w:tcBorders>
      </w:tcPr>
    </w:tblStylePr>
  </w:style>
  <w:style w:type="table" w:styleId="LightGrid-Accent2">
    <w:name w:val="Light Grid Accent 2"/>
    <w:basedOn w:val="TableNormal"/>
    <w:uiPriority w:val="62"/>
    <w:rsid w:val="00CB0664"/>
    <w:pPr>
      <w:spacing w:after="0" w:line="240" w:lineRule="auto"/>
    </w:pPr>
    <w:tblPr>
      <w:tblStyleRowBandSize w:val="1"/>
      <w:tblStyleColBandSize w:val="1"/>
      <w:tblInd w:w="0" w:type="dxa"/>
      <w:tblBorders>
        <w:top w:val="single" w:sz="8" w:space="0" w:color="C0504D" w:themeColor="accent2"/>
        <w:left w:val="single" w:sz="8" w:space="0" w:color="C0504D" w:themeColor="accent2"/>
        <w:bottom w:val="single" w:sz="8" w:space="0" w:color="C0504D" w:themeColor="accent2"/>
        <w:right w:val="single" w:sz="8" w:space="0" w:color="C0504D" w:themeColor="accent2"/>
        <w:insideH w:val="single" w:sz="8" w:space="0" w:color="C0504D" w:themeColor="accent2"/>
        <w:insideV w:val="single" w:sz="8" w:space="0" w:color="C0504D" w:themeColor="accent2"/>
      </w:tblBorders>
      <w:tblCellMar>
        <w:top w:w="0" w:type="dxa"/>
        <w:left w:w="108" w:type="dxa"/>
        <w:bottom w:w="0" w:type="dxa"/>
        <w:right w:w="108" w:type="dxa"/>
      </w:tblCellMar>
    </w:tblPr>
    <w:tblStylePr w:type="firstRow">
      <w:pPr>
        <w:spacing w:before="0" w:after="0" w:line="240" w:lineRule="auto"/>
      </w:pPr>
      <w:rPr>
        <w:rFonts w:asciiTheme="majorHAnsi" w:eastAsiaTheme="majorEastAsia" w:hAnsiTheme="majorHAnsi" w:cstheme="majorBidi"/>
        <w:b/>
        <w:bCs/>
      </w:rPr>
      <w:tblPr/>
      <w:tcPr>
        <w:tcBorders>
          <w:top w:val="single" w:sz="8" w:space="0" w:color="C0504D" w:themeColor="accent2"/>
          <w:left w:val="single" w:sz="8" w:space="0" w:color="C0504D" w:themeColor="accent2"/>
          <w:bottom w:val="single" w:sz="18" w:space="0" w:color="C0504D" w:themeColor="accent2"/>
          <w:right w:val="single" w:sz="8" w:space="0" w:color="C0504D" w:themeColor="accent2"/>
          <w:insideH w:val="nil"/>
          <w:insideV w:val="single" w:sz="8" w:space="0" w:color="C0504D" w:themeColor="accent2"/>
        </w:tcBorders>
      </w:tcPr>
    </w:tblStylePr>
    <w:tblStylePr w:type="lastRow">
      <w:pPr>
        <w:spacing w:before="0" w:after="0" w:line="240" w:lineRule="auto"/>
      </w:pPr>
      <w:rPr>
        <w:rFonts w:asciiTheme="majorHAnsi" w:eastAsiaTheme="majorEastAsia" w:hAnsiTheme="majorHAnsi" w:cstheme="majorBidi"/>
        <w:b/>
        <w:bCs/>
      </w:rPr>
      <w:tblPr/>
      <w:tcPr>
        <w:tcBorders>
          <w:top w:val="double" w:sz="6" w:space="0" w:color="C0504D" w:themeColor="accent2"/>
          <w:left w:val="single" w:sz="8" w:space="0" w:color="C0504D" w:themeColor="accent2"/>
          <w:bottom w:val="single" w:sz="8" w:space="0" w:color="C0504D" w:themeColor="accent2"/>
          <w:right w:val="single" w:sz="8" w:space="0" w:color="C0504D" w:themeColor="accent2"/>
          <w:insideH w:val="nil"/>
          <w:insideV w:val="single" w:sz="8" w:space="0" w:color="C0504D" w:themeColor="accent2"/>
        </w:tcBorders>
      </w:tcPr>
    </w:tblStylePr>
    <w:tblStylePr w:type="firstCol">
      <w:rPr>
        <w:rFonts w:asciiTheme="majorHAnsi" w:eastAsiaTheme="majorEastAsia" w:hAnsiTheme="majorHAnsi" w:cstheme="majorBidi"/>
        <w:b/>
        <w:bCs/>
      </w:rPr>
    </w:tblStylePr>
    <w:tblStylePr w:type="lastCol">
      <w:rPr>
        <w:rFonts w:asciiTheme="majorHAnsi" w:eastAsiaTheme="majorEastAsia" w:hAnsiTheme="majorHAnsi" w:cstheme="majorBidi"/>
        <w:b/>
        <w:bCs/>
      </w:rPr>
      <w:tblPr/>
      <w:tcPr>
        <w:tcBorders>
          <w:top w:val="single" w:sz="8" w:space="0" w:color="C0504D" w:themeColor="accent2"/>
          <w:left w:val="single" w:sz="8" w:space="0" w:color="C0504D" w:themeColor="accent2"/>
          <w:bottom w:val="single" w:sz="8" w:space="0" w:color="C0504D" w:themeColor="accent2"/>
          <w:right w:val="single" w:sz="8" w:space="0" w:color="C0504D" w:themeColor="accent2"/>
        </w:tcBorders>
      </w:tcPr>
    </w:tblStylePr>
    <w:tblStylePr w:type="band1Vert">
      <w:tblPr/>
      <w:tcPr>
        <w:tcBorders>
          <w:top w:val="single" w:sz="8" w:space="0" w:color="C0504D" w:themeColor="accent2"/>
          <w:left w:val="single" w:sz="8" w:space="0" w:color="C0504D" w:themeColor="accent2"/>
          <w:bottom w:val="single" w:sz="8" w:space="0" w:color="C0504D" w:themeColor="accent2"/>
          <w:right w:val="single" w:sz="8" w:space="0" w:color="C0504D" w:themeColor="accent2"/>
        </w:tcBorders>
        <w:shd w:val="clear" w:color="auto" w:fill="EFD3D2" w:themeFill="accent2" w:themeFillTint="3F"/>
      </w:tcPr>
    </w:tblStylePr>
    <w:tblStylePr w:type="band1Horz">
      <w:tblPr/>
      <w:tcPr>
        <w:tcBorders>
          <w:top w:val="single" w:sz="8" w:space="0" w:color="C0504D" w:themeColor="accent2"/>
          <w:left w:val="single" w:sz="8" w:space="0" w:color="C0504D" w:themeColor="accent2"/>
          <w:bottom w:val="single" w:sz="8" w:space="0" w:color="C0504D" w:themeColor="accent2"/>
          <w:right w:val="single" w:sz="8" w:space="0" w:color="C0504D" w:themeColor="accent2"/>
          <w:insideV w:val="single" w:sz="8" w:space="0" w:color="C0504D" w:themeColor="accent2"/>
        </w:tcBorders>
        <w:shd w:val="clear" w:color="auto" w:fill="EFD3D2" w:themeFill="accent2" w:themeFillTint="3F"/>
      </w:tcPr>
    </w:tblStylePr>
    <w:tblStylePr w:type="band2Horz">
      <w:tblPr/>
      <w:tcPr>
        <w:tcBorders>
          <w:top w:val="single" w:sz="8" w:space="0" w:color="C0504D" w:themeColor="accent2"/>
          <w:left w:val="single" w:sz="8" w:space="0" w:color="C0504D" w:themeColor="accent2"/>
          <w:bottom w:val="single" w:sz="8" w:space="0" w:color="C0504D" w:themeColor="accent2"/>
          <w:right w:val="single" w:sz="8" w:space="0" w:color="C0504D" w:themeColor="accent2"/>
          <w:insideV w:val="single" w:sz="8" w:space="0" w:color="C0504D" w:themeColor="accent2"/>
        </w:tcBorders>
      </w:tcPr>
    </w:tblStylePr>
  </w:style>
  <w:style w:type="table" w:styleId="LightGrid-Accent3">
    <w:name w:val="Light Grid Accent 3"/>
    <w:basedOn w:val="TableNormal"/>
    <w:uiPriority w:val="62"/>
    <w:rsid w:val="00CB0664"/>
    <w:pPr>
      <w:spacing w:after="0" w:line="240" w:lineRule="auto"/>
    </w:pPr>
    <w:tblPr>
      <w:tblStyleRowBandSize w:val="1"/>
      <w:tblStyleColBandSize w:val="1"/>
      <w:tblInd w:w="0" w:type="dxa"/>
      <w:tblBorders>
        <w:top w:val="single" w:sz="8" w:space="0" w:color="9BBB59" w:themeColor="accent3"/>
        <w:left w:val="single" w:sz="8" w:space="0" w:color="9BBB59" w:themeColor="accent3"/>
        <w:bottom w:val="single" w:sz="8" w:space="0" w:color="9BBB59" w:themeColor="accent3"/>
        <w:right w:val="single" w:sz="8" w:space="0" w:color="9BBB59" w:themeColor="accent3"/>
        <w:insideH w:val="single" w:sz="8" w:space="0" w:color="9BBB59" w:themeColor="accent3"/>
        <w:insideV w:val="single" w:sz="8" w:space="0" w:color="9BBB59" w:themeColor="accent3"/>
      </w:tblBorders>
      <w:tblCellMar>
        <w:top w:w="0" w:type="dxa"/>
        <w:left w:w="108" w:type="dxa"/>
        <w:bottom w:w="0" w:type="dxa"/>
        <w:right w:w="108" w:type="dxa"/>
      </w:tblCellMar>
    </w:tblPr>
    <w:tblStylePr w:type="firstRow">
      <w:pPr>
        <w:spacing w:before="0" w:after="0" w:line="240" w:lineRule="auto"/>
      </w:pPr>
      <w:rPr>
        <w:rFonts w:asciiTheme="majorHAnsi" w:eastAsiaTheme="majorEastAsia" w:hAnsiTheme="majorHAnsi" w:cstheme="majorBidi"/>
        <w:b/>
        <w:bCs/>
      </w:rPr>
      <w:tblPr/>
      <w:tcPr>
        <w:tcBorders>
          <w:top w:val="single" w:sz="8" w:space="0" w:color="9BBB59" w:themeColor="accent3"/>
          <w:left w:val="single" w:sz="8" w:space="0" w:color="9BBB59" w:themeColor="accent3"/>
          <w:bottom w:val="single" w:sz="18" w:space="0" w:color="9BBB59" w:themeColor="accent3"/>
          <w:right w:val="single" w:sz="8" w:space="0" w:color="9BBB59" w:themeColor="accent3"/>
          <w:insideH w:val="nil"/>
          <w:insideV w:val="single" w:sz="8" w:space="0" w:color="9BBB59" w:themeColor="accent3"/>
        </w:tcBorders>
      </w:tcPr>
    </w:tblStylePr>
    <w:tblStylePr w:type="lastRow">
      <w:pPr>
        <w:spacing w:before="0" w:after="0" w:line="240" w:lineRule="auto"/>
      </w:pPr>
      <w:rPr>
        <w:rFonts w:asciiTheme="majorHAnsi" w:eastAsiaTheme="majorEastAsia" w:hAnsiTheme="majorHAnsi" w:cstheme="majorBidi"/>
        <w:b/>
        <w:bCs/>
      </w:rPr>
      <w:tblPr/>
      <w:tcPr>
        <w:tcBorders>
          <w:top w:val="double" w:sz="6" w:space="0" w:color="9BBB59" w:themeColor="accent3"/>
          <w:left w:val="single" w:sz="8" w:space="0" w:color="9BBB59" w:themeColor="accent3"/>
          <w:bottom w:val="single" w:sz="8" w:space="0" w:color="9BBB59" w:themeColor="accent3"/>
          <w:right w:val="single" w:sz="8" w:space="0" w:color="9BBB59" w:themeColor="accent3"/>
          <w:insideH w:val="nil"/>
          <w:insideV w:val="single" w:sz="8" w:space="0" w:color="9BBB59" w:themeColor="accent3"/>
        </w:tcBorders>
      </w:tcPr>
    </w:tblStylePr>
    <w:tblStylePr w:type="firstCol">
      <w:rPr>
        <w:rFonts w:asciiTheme="majorHAnsi" w:eastAsiaTheme="majorEastAsia" w:hAnsiTheme="majorHAnsi" w:cstheme="majorBidi"/>
        <w:b/>
        <w:bCs/>
      </w:rPr>
    </w:tblStylePr>
    <w:tblStylePr w:type="lastCol">
      <w:rPr>
        <w:rFonts w:asciiTheme="majorHAnsi" w:eastAsiaTheme="majorEastAsia" w:hAnsiTheme="majorHAnsi" w:cstheme="majorBidi"/>
        <w:b/>
        <w:bCs/>
      </w:rPr>
      <w:tblPr/>
      <w:tcPr>
        <w:tcBorders>
          <w:top w:val="single" w:sz="8" w:space="0" w:color="9BBB59" w:themeColor="accent3"/>
          <w:left w:val="single" w:sz="8" w:space="0" w:color="9BBB59" w:themeColor="accent3"/>
          <w:bottom w:val="single" w:sz="8" w:space="0" w:color="9BBB59" w:themeColor="accent3"/>
          <w:right w:val="single" w:sz="8" w:space="0" w:color="9BBB59" w:themeColor="accent3"/>
        </w:tcBorders>
      </w:tcPr>
    </w:tblStylePr>
    <w:tblStylePr w:type="band1Vert">
      <w:tblPr/>
      <w:tcPr>
        <w:tcBorders>
          <w:top w:val="single" w:sz="8" w:space="0" w:color="9BBB59" w:themeColor="accent3"/>
          <w:left w:val="single" w:sz="8" w:space="0" w:color="9BBB59" w:themeColor="accent3"/>
          <w:bottom w:val="single" w:sz="8" w:space="0" w:color="9BBB59" w:themeColor="accent3"/>
          <w:right w:val="single" w:sz="8" w:space="0" w:color="9BBB59" w:themeColor="accent3"/>
        </w:tcBorders>
        <w:shd w:val="clear" w:color="auto" w:fill="E6EED5" w:themeFill="accent3" w:themeFillTint="3F"/>
      </w:tcPr>
    </w:tblStylePr>
    <w:tblStylePr w:type="band1Horz">
      <w:tblPr/>
      <w:tcPr>
        <w:tcBorders>
          <w:top w:val="single" w:sz="8" w:space="0" w:color="9BBB59" w:themeColor="accent3"/>
          <w:left w:val="single" w:sz="8" w:space="0" w:color="9BBB59" w:themeColor="accent3"/>
          <w:bottom w:val="single" w:sz="8" w:space="0" w:color="9BBB59" w:themeColor="accent3"/>
          <w:right w:val="single" w:sz="8" w:space="0" w:color="9BBB59" w:themeColor="accent3"/>
          <w:insideV w:val="single" w:sz="8" w:space="0" w:color="9BBB59" w:themeColor="accent3"/>
        </w:tcBorders>
        <w:shd w:val="clear" w:color="auto" w:fill="E6EED5" w:themeFill="accent3" w:themeFillTint="3F"/>
      </w:tcPr>
    </w:tblStylePr>
    <w:tblStylePr w:type="band2Horz">
      <w:tblPr/>
      <w:tcPr>
        <w:tcBorders>
          <w:top w:val="single" w:sz="8" w:space="0" w:color="9BBB59" w:themeColor="accent3"/>
          <w:left w:val="single" w:sz="8" w:space="0" w:color="9BBB59" w:themeColor="accent3"/>
          <w:bottom w:val="single" w:sz="8" w:space="0" w:color="9BBB59" w:themeColor="accent3"/>
          <w:right w:val="single" w:sz="8" w:space="0" w:color="9BBB59" w:themeColor="accent3"/>
          <w:insideV w:val="single" w:sz="8" w:space="0" w:color="9BBB59" w:themeColor="accent3"/>
        </w:tcBorders>
      </w:tcPr>
    </w:tblStylePr>
  </w:style>
  <w:style w:type="table" w:styleId="LightGrid-Accent4">
    <w:name w:val="Light Grid Accent 4"/>
    <w:basedOn w:val="TableNormal"/>
    <w:uiPriority w:val="62"/>
    <w:rsid w:val="00CB0664"/>
    <w:pPr>
      <w:spacing w:after="0" w:line="240" w:lineRule="auto"/>
    </w:pPr>
    <w:tblPr>
      <w:tblStyleRowBandSize w:val="1"/>
      <w:tblStyleColBandSize w:val="1"/>
      <w:tblInd w:w="0" w:type="dxa"/>
      <w:tblBorders>
        <w:top w:val="single" w:sz="8" w:space="0" w:color="8064A2" w:themeColor="accent4"/>
        <w:left w:val="single" w:sz="8" w:space="0" w:color="8064A2" w:themeColor="accent4"/>
        <w:bottom w:val="single" w:sz="8" w:space="0" w:color="8064A2" w:themeColor="accent4"/>
        <w:right w:val="single" w:sz="8" w:space="0" w:color="8064A2" w:themeColor="accent4"/>
        <w:insideH w:val="single" w:sz="8" w:space="0" w:color="8064A2" w:themeColor="accent4"/>
        <w:insideV w:val="single" w:sz="8" w:space="0" w:color="8064A2" w:themeColor="accent4"/>
      </w:tblBorders>
      <w:tblCellMar>
        <w:top w:w="0" w:type="dxa"/>
        <w:left w:w="108" w:type="dxa"/>
        <w:bottom w:w="0" w:type="dxa"/>
        <w:right w:w="108" w:type="dxa"/>
      </w:tblCellMar>
    </w:tblPr>
    <w:tblStylePr w:type="firstRow">
      <w:pPr>
        <w:spacing w:before="0" w:after="0" w:line="240" w:lineRule="auto"/>
      </w:pPr>
      <w:rPr>
        <w:rFonts w:asciiTheme="majorHAnsi" w:eastAsiaTheme="majorEastAsia" w:hAnsiTheme="majorHAnsi" w:cstheme="majorBidi"/>
        <w:b/>
        <w:bCs/>
      </w:rPr>
      <w:tblPr/>
      <w:tcPr>
        <w:tcBorders>
          <w:top w:val="single" w:sz="8" w:space="0" w:color="8064A2" w:themeColor="accent4"/>
          <w:left w:val="single" w:sz="8" w:space="0" w:color="8064A2" w:themeColor="accent4"/>
          <w:bottom w:val="single" w:sz="18" w:space="0" w:color="8064A2" w:themeColor="accent4"/>
          <w:right w:val="single" w:sz="8" w:space="0" w:color="8064A2" w:themeColor="accent4"/>
          <w:insideH w:val="nil"/>
          <w:insideV w:val="single" w:sz="8" w:space="0" w:color="8064A2" w:themeColor="accent4"/>
        </w:tcBorders>
      </w:tcPr>
    </w:tblStylePr>
    <w:tblStylePr w:type="lastRow">
      <w:pPr>
        <w:spacing w:before="0" w:after="0" w:line="240" w:lineRule="auto"/>
      </w:pPr>
      <w:rPr>
        <w:rFonts w:asciiTheme="majorHAnsi" w:eastAsiaTheme="majorEastAsia" w:hAnsiTheme="majorHAnsi" w:cstheme="majorBidi"/>
        <w:b/>
        <w:bCs/>
      </w:rPr>
      <w:tblPr/>
      <w:tcPr>
        <w:tcBorders>
          <w:top w:val="double" w:sz="6" w:space="0" w:color="8064A2" w:themeColor="accent4"/>
          <w:left w:val="single" w:sz="8" w:space="0" w:color="8064A2" w:themeColor="accent4"/>
          <w:bottom w:val="single" w:sz="8" w:space="0" w:color="8064A2" w:themeColor="accent4"/>
          <w:right w:val="single" w:sz="8" w:space="0" w:color="8064A2" w:themeColor="accent4"/>
          <w:insideH w:val="nil"/>
          <w:insideV w:val="single" w:sz="8" w:space="0" w:color="8064A2" w:themeColor="accent4"/>
        </w:tcBorders>
      </w:tcPr>
    </w:tblStylePr>
    <w:tblStylePr w:type="firstCol">
      <w:rPr>
        <w:rFonts w:asciiTheme="majorHAnsi" w:eastAsiaTheme="majorEastAsia" w:hAnsiTheme="majorHAnsi" w:cstheme="majorBidi"/>
        <w:b/>
        <w:bCs/>
      </w:rPr>
    </w:tblStylePr>
    <w:tblStylePr w:type="lastCol">
      <w:rPr>
        <w:rFonts w:asciiTheme="majorHAnsi" w:eastAsiaTheme="majorEastAsia" w:hAnsiTheme="majorHAnsi" w:cstheme="majorBidi"/>
        <w:b/>
        <w:bCs/>
      </w:rPr>
      <w:tblPr/>
      <w:tcPr>
        <w:tcBorders>
          <w:top w:val="single" w:sz="8" w:space="0" w:color="8064A2" w:themeColor="accent4"/>
          <w:left w:val="single" w:sz="8" w:space="0" w:color="8064A2" w:themeColor="accent4"/>
          <w:bottom w:val="single" w:sz="8" w:space="0" w:color="8064A2" w:themeColor="accent4"/>
          <w:right w:val="single" w:sz="8" w:space="0" w:color="8064A2" w:themeColor="accent4"/>
        </w:tcBorders>
      </w:tcPr>
    </w:tblStylePr>
    <w:tblStylePr w:type="band1Vert">
      <w:tblPr/>
      <w:tcPr>
        <w:tcBorders>
          <w:top w:val="single" w:sz="8" w:space="0" w:color="8064A2" w:themeColor="accent4"/>
          <w:left w:val="single" w:sz="8" w:space="0" w:color="8064A2" w:themeColor="accent4"/>
          <w:bottom w:val="single" w:sz="8" w:space="0" w:color="8064A2" w:themeColor="accent4"/>
          <w:right w:val="single" w:sz="8" w:space="0" w:color="8064A2" w:themeColor="accent4"/>
        </w:tcBorders>
        <w:shd w:val="clear" w:color="auto" w:fill="DFD8E8" w:themeFill="accent4" w:themeFillTint="3F"/>
      </w:tcPr>
    </w:tblStylePr>
    <w:tblStylePr w:type="band1Horz">
      <w:tblPr/>
      <w:tcPr>
        <w:tcBorders>
          <w:top w:val="single" w:sz="8" w:space="0" w:color="8064A2" w:themeColor="accent4"/>
          <w:left w:val="single" w:sz="8" w:space="0" w:color="8064A2" w:themeColor="accent4"/>
          <w:bottom w:val="single" w:sz="8" w:space="0" w:color="8064A2" w:themeColor="accent4"/>
          <w:right w:val="single" w:sz="8" w:space="0" w:color="8064A2" w:themeColor="accent4"/>
          <w:insideV w:val="single" w:sz="8" w:space="0" w:color="8064A2" w:themeColor="accent4"/>
        </w:tcBorders>
        <w:shd w:val="clear" w:color="auto" w:fill="DFD8E8" w:themeFill="accent4" w:themeFillTint="3F"/>
      </w:tcPr>
    </w:tblStylePr>
    <w:tblStylePr w:type="band2Horz">
      <w:tblPr/>
      <w:tcPr>
        <w:tcBorders>
          <w:top w:val="single" w:sz="8" w:space="0" w:color="8064A2" w:themeColor="accent4"/>
          <w:left w:val="single" w:sz="8" w:space="0" w:color="8064A2" w:themeColor="accent4"/>
          <w:bottom w:val="single" w:sz="8" w:space="0" w:color="8064A2" w:themeColor="accent4"/>
          <w:right w:val="single" w:sz="8" w:space="0" w:color="8064A2" w:themeColor="accent4"/>
          <w:insideV w:val="single" w:sz="8" w:space="0" w:color="8064A2" w:themeColor="accent4"/>
        </w:tcBorders>
      </w:tcPr>
    </w:tblStylePr>
  </w:style>
  <w:style w:type="table" w:styleId="LightGrid-Accent5">
    <w:name w:val="Light Grid Accent 5"/>
    <w:basedOn w:val="TableNormal"/>
    <w:uiPriority w:val="62"/>
    <w:rsid w:val="00CB0664"/>
    <w:pPr>
      <w:spacing w:after="0" w:line="240" w:lineRule="auto"/>
    </w:pPr>
    <w:tblPr>
      <w:tblStyleRowBandSize w:val="1"/>
      <w:tblStyleColBandSize w:val="1"/>
      <w:tblInd w:w="0" w:type="dxa"/>
      <w:tblBorders>
        <w:top w:val="single" w:sz="8" w:space="0" w:color="4BACC6" w:themeColor="accent5"/>
        <w:left w:val="single" w:sz="8" w:space="0" w:color="4BACC6" w:themeColor="accent5"/>
        <w:bottom w:val="single" w:sz="8" w:space="0" w:color="4BACC6" w:themeColor="accent5"/>
        <w:right w:val="single" w:sz="8" w:space="0" w:color="4BACC6" w:themeColor="accent5"/>
        <w:insideH w:val="single" w:sz="8" w:space="0" w:color="4BACC6" w:themeColor="accent5"/>
        <w:insideV w:val="single" w:sz="8" w:space="0" w:color="4BACC6" w:themeColor="accent5"/>
      </w:tblBorders>
      <w:tblCellMar>
        <w:top w:w="0" w:type="dxa"/>
        <w:left w:w="108" w:type="dxa"/>
        <w:bottom w:w="0" w:type="dxa"/>
        <w:right w:w="108" w:type="dxa"/>
      </w:tblCellMar>
    </w:tblPr>
    <w:tblStylePr w:type="firstRow">
      <w:pPr>
        <w:spacing w:before="0" w:after="0" w:line="240" w:lineRule="auto"/>
      </w:pPr>
      <w:rPr>
        <w:rFonts w:asciiTheme="majorHAnsi" w:eastAsiaTheme="majorEastAsia" w:hAnsiTheme="majorHAnsi" w:cstheme="majorBidi"/>
        <w:b/>
        <w:bCs/>
      </w:rPr>
      <w:tblPr/>
      <w:tcPr>
        <w:tcBorders>
          <w:top w:val="single" w:sz="8" w:space="0" w:color="4BACC6" w:themeColor="accent5"/>
          <w:left w:val="single" w:sz="8" w:space="0" w:color="4BACC6" w:themeColor="accent5"/>
          <w:bottom w:val="single" w:sz="18" w:space="0" w:color="4BACC6" w:themeColor="accent5"/>
          <w:right w:val="single" w:sz="8" w:space="0" w:color="4BACC6" w:themeColor="accent5"/>
          <w:insideH w:val="nil"/>
          <w:insideV w:val="single" w:sz="8" w:space="0" w:color="4BACC6" w:themeColor="accent5"/>
        </w:tcBorders>
      </w:tcPr>
    </w:tblStylePr>
    <w:tblStylePr w:type="lastRow">
      <w:pPr>
        <w:spacing w:before="0" w:after="0" w:line="240" w:lineRule="auto"/>
      </w:pPr>
      <w:rPr>
        <w:rFonts w:asciiTheme="majorHAnsi" w:eastAsiaTheme="majorEastAsia" w:hAnsiTheme="majorHAnsi" w:cstheme="majorBidi"/>
        <w:b/>
        <w:bCs/>
      </w:rPr>
      <w:tblPr/>
      <w:tcPr>
        <w:tcBorders>
          <w:top w:val="double" w:sz="6" w:space="0" w:color="4BACC6" w:themeColor="accent5"/>
          <w:left w:val="single" w:sz="8" w:space="0" w:color="4BACC6" w:themeColor="accent5"/>
          <w:bottom w:val="single" w:sz="8" w:space="0" w:color="4BACC6" w:themeColor="accent5"/>
          <w:right w:val="single" w:sz="8" w:space="0" w:color="4BACC6" w:themeColor="accent5"/>
          <w:insideH w:val="nil"/>
          <w:insideV w:val="single" w:sz="8" w:space="0" w:color="4BACC6" w:themeColor="accent5"/>
        </w:tcBorders>
      </w:tcPr>
    </w:tblStylePr>
    <w:tblStylePr w:type="firstCol">
      <w:rPr>
        <w:rFonts w:asciiTheme="majorHAnsi" w:eastAsiaTheme="majorEastAsia" w:hAnsiTheme="majorHAnsi" w:cstheme="majorBidi"/>
        <w:b/>
        <w:bCs/>
      </w:rPr>
    </w:tblStylePr>
    <w:tblStylePr w:type="lastCol">
      <w:rPr>
        <w:rFonts w:asciiTheme="majorHAnsi" w:eastAsiaTheme="majorEastAsia" w:hAnsiTheme="majorHAnsi" w:cstheme="majorBidi"/>
        <w:b/>
        <w:bCs/>
      </w:rPr>
      <w:tblPr/>
      <w:tcPr>
        <w:tcBorders>
          <w:top w:val="single" w:sz="8" w:space="0" w:color="4BACC6" w:themeColor="accent5"/>
          <w:left w:val="single" w:sz="8" w:space="0" w:color="4BACC6" w:themeColor="accent5"/>
          <w:bottom w:val="single" w:sz="8" w:space="0" w:color="4BACC6" w:themeColor="accent5"/>
          <w:right w:val="single" w:sz="8" w:space="0" w:color="4BACC6" w:themeColor="accent5"/>
        </w:tcBorders>
      </w:tcPr>
    </w:tblStylePr>
    <w:tblStylePr w:type="band1Vert">
      <w:tblPr/>
      <w:tcPr>
        <w:tcBorders>
          <w:top w:val="single" w:sz="8" w:space="0" w:color="4BACC6" w:themeColor="accent5"/>
          <w:left w:val="single" w:sz="8" w:space="0" w:color="4BACC6" w:themeColor="accent5"/>
          <w:bottom w:val="single" w:sz="8" w:space="0" w:color="4BACC6" w:themeColor="accent5"/>
          <w:right w:val="single" w:sz="8" w:space="0" w:color="4BACC6" w:themeColor="accent5"/>
        </w:tcBorders>
        <w:shd w:val="clear" w:color="auto" w:fill="D2EAF1" w:themeFill="accent5" w:themeFillTint="3F"/>
      </w:tcPr>
    </w:tblStylePr>
    <w:tblStylePr w:type="band1Horz">
      <w:tblPr/>
      <w:tcPr>
        <w:tcBorders>
          <w:top w:val="single" w:sz="8" w:space="0" w:color="4BACC6" w:themeColor="accent5"/>
          <w:left w:val="single" w:sz="8" w:space="0" w:color="4BACC6" w:themeColor="accent5"/>
          <w:bottom w:val="single" w:sz="8" w:space="0" w:color="4BACC6" w:themeColor="accent5"/>
          <w:right w:val="single" w:sz="8" w:space="0" w:color="4BACC6" w:themeColor="accent5"/>
          <w:insideV w:val="single" w:sz="8" w:space="0" w:color="4BACC6" w:themeColor="accent5"/>
        </w:tcBorders>
        <w:shd w:val="clear" w:color="auto" w:fill="D2EAF1" w:themeFill="accent5" w:themeFillTint="3F"/>
      </w:tcPr>
    </w:tblStylePr>
    <w:tblStylePr w:type="band2Horz">
      <w:tblPr/>
      <w:tcPr>
        <w:tcBorders>
          <w:top w:val="single" w:sz="8" w:space="0" w:color="4BACC6" w:themeColor="accent5"/>
          <w:left w:val="single" w:sz="8" w:space="0" w:color="4BACC6" w:themeColor="accent5"/>
          <w:bottom w:val="single" w:sz="8" w:space="0" w:color="4BACC6" w:themeColor="accent5"/>
          <w:right w:val="single" w:sz="8" w:space="0" w:color="4BACC6" w:themeColor="accent5"/>
          <w:insideV w:val="single" w:sz="8" w:space="0" w:color="4BACC6" w:themeColor="accent5"/>
        </w:tcBorders>
      </w:tcPr>
    </w:tblStylePr>
  </w:style>
  <w:style w:type="table" w:styleId="LightGrid-Accent6">
    <w:name w:val="Light Grid Accent 6"/>
    <w:basedOn w:val="TableNormal"/>
    <w:uiPriority w:val="62"/>
    <w:rsid w:val="00CB0664"/>
    <w:pPr>
      <w:spacing w:after="0" w:line="240" w:lineRule="auto"/>
    </w:pPr>
    <w:tblPr>
      <w:tblStyleRowBandSize w:val="1"/>
      <w:tblStyleColBandSize w:val="1"/>
      <w:tblInd w:w="0" w:type="dxa"/>
      <w:tblBorders>
        <w:top w:val="single" w:sz="8" w:space="0" w:color="F79646" w:themeColor="accent6"/>
        <w:left w:val="single" w:sz="8" w:space="0" w:color="F79646" w:themeColor="accent6"/>
        <w:bottom w:val="single" w:sz="8" w:space="0" w:color="F79646" w:themeColor="accent6"/>
        <w:right w:val="single" w:sz="8" w:space="0" w:color="F79646" w:themeColor="accent6"/>
        <w:insideH w:val="single" w:sz="8" w:space="0" w:color="F79646" w:themeColor="accent6"/>
        <w:insideV w:val="single" w:sz="8" w:space="0" w:color="F79646" w:themeColor="accent6"/>
      </w:tblBorders>
      <w:tblCellMar>
        <w:top w:w="0" w:type="dxa"/>
        <w:left w:w="108" w:type="dxa"/>
        <w:bottom w:w="0" w:type="dxa"/>
        <w:right w:w="108" w:type="dxa"/>
      </w:tblCellMar>
    </w:tblPr>
    <w:tblStylePr w:type="firstRow">
      <w:pPr>
        <w:spacing w:before="0" w:after="0" w:line="240" w:lineRule="auto"/>
      </w:pPr>
      <w:rPr>
        <w:rFonts w:asciiTheme="majorHAnsi" w:eastAsiaTheme="majorEastAsia" w:hAnsiTheme="majorHAnsi" w:cstheme="majorBidi"/>
        <w:b/>
        <w:bCs/>
      </w:rPr>
      <w:tblPr/>
      <w:tcPr>
        <w:tcBorders>
          <w:top w:val="single" w:sz="8" w:space="0" w:color="F79646" w:themeColor="accent6"/>
          <w:left w:val="single" w:sz="8" w:space="0" w:color="F79646" w:themeColor="accent6"/>
          <w:bottom w:val="single" w:sz="18" w:space="0" w:color="F79646" w:themeColor="accent6"/>
          <w:right w:val="single" w:sz="8" w:space="0" w:color="F79646" w:themeColor="accent6"/>
          <w:insideH w:val="nil"/>
          <w:insideV w:val="single" w:sz="8" w:space="0" w:color="F79646" w:themeColor="accent6"/>
        </w:tcBorders>
      </w:tcPr>
    </w:tblStylePr>
    <w:tblStylePr w:type="lastRow">
      <w:pPr>
        <w:spacing w:before="0" w:after="0" w:line="240" w:lineRule="auto"/>
      </w:pPr>
      <w:rPr>
        <w:rFonts w:asciiTheme="majorHAnsi" w:eastAsiaTheme="majorEastAsia" w:hAnsiTheme="majorHAnsi" w:cstheme="majorBidi"/>
        <w:b/>
        <w:bCs/>
      </w:rPr>
      <w:tblPr/>
      <w:tcPr>
        <w:tcBorders>
          <w:top w:val="double" w:sz="6" w:space="0" w:color="F79646" w:themeColor="accent6"/>
          <w:left w:val="single" w:sz="8" w:space="0" w:color="F79646" w:themeColor="accent6"/>
          <w:bottom w:val="single" w:sz="8" w:space="0" w:color="F79646" w:themeColor="accent6"/>
          <w:right w:val="single" w:sz="8" w:space="0" w:color="F79646" w:themeColor="accent6"/>
          <w:insideH w:val="nil"/>
          <w:insideV w:val="single" w:sz="8" w:space="0" w:color="F79646" w:themeColor="accent6"/>
        </w:tcBorders>
      </w:tcPr>
    </w:tblStylePr>
    <w:tblStylePr w:type="firstCol">
      <w:rPr>
        <w:rFonts w:asciiTheme="majorHAnsi" w:eastAsiaTheme="majorEastAsia" w:hAnsiTheme="majorHAnsi" w:cstheme="majorBidi"/>
        <w:b/>
        <w:bCs/>
      </w:rPr>
    </w:tblStylePr>
    <w:tblStylePr w:type="lastCol">
      <w:rPr>
        <w:rFonts w:asciiTheme="majorHAnsi" w:eastAsiaTheme="majorEastAsia" w:hAnsiTheme="majorHAnsi" w:cstheme="majorBidi"/>
        <w:b/>
        <w:bCs/>
      </w:rPr>
      <w:tblPr/>
      <w:tcPr>
        <w:tcBorders>
          <w:top w:val="single" w:sz="8" w:space="0" w:color="F79646" w:themeColor="accent6"/>
          <w:left w:val="single" w:sz="8" w:space="0" w:color="F79646" w:themeColor="accent6"/>
          <w:bottom w:val="single" w:sz="8" w:space="0" w:color="F79646" w:themeColor="accent6"/>
          <w:right w:val="single" w:sz="8" w:space="0" w:color="F79646" w:themeColor="accent6"/>
        </w:tcBorders>
      </w:tcPr>
    </w:tblStylePr>
    <w:tblStylePr w:type="band1Vert">
      <w:tblPr/>
      <w:tcPr>
        <w:tcBorders>
          <w:top w:val="single" w:sz="8" w:space="0" w:color="F79646" w:themeColor="accent6"/>
          <w:left w:val="single" w:sz="8" w:space="0" w:color="F79646" w:themeColor="accent6"/>
          <w:bottom w:val="single" w:sz="8" w:space="0" w:color="F79646" w:themeColor="accent6"/>
          <w:right w:val="single" w:sz="8" w:space="0" w:color="F79646" w:themeColor="accent6"/>
        </w:tcBorders>
        <w:shd w:val="clear" w:color="auto" w:fill="FDE4D0" w:themeFill="accent6" w:themeFillTint="3F"/>
      </w:tcPr>
    </w:tblStylePr>
    <w:tblStylePr w:type="band1Horz">
      <w:tblPr/>
      <w:tcPr>
        <w:tcBorders>
          <w:top w:val="single" w:sz="8" w:space="0" w:color="F79646" w:themeColor="accent6"/>
          <w:left w:val="single" w:sz="8" w:space="0" w:color="F79646" w:themeColor="accent6"/>
          <w:bottom w:val="single" w:sz="8" w:space="0" w:color="F79646" w:themeColor="accent6"/>
          <w:right w:val="single" w:sz="8" w:space="0" w:color="F79646" w:themeColor="accent6"/>
          <w:insideV w:val="single" w:sz="8" w:space="0" w:color="F79646" w:themeColor="accent6"/>
        </w:tcBorders>
        <w:shd w:val="clear" w:color="auto" w:fill="FDE4D0" w:themeFill="accent6" w:themeFillTint="3F"/>
      </w:tcPr>
    </w:tblStylePr>
    <w:tblStylePr w:type="band2Horz">
      <w:tblPr/>
      <w:tcPr>
        <w:tcBorders>
          <w:top w:val="single" w:sz="8" w:space="0" w:color="F79646" w:themeColor="accent6"/>
          <w:left w:val="single" w:sz="8" w:space="0" w:color="F79646" w:themeColor="accent6"/>
          <w:bottom w:val="single" w:sz="8" w:space="0" w:color="F79646" w:themeColor="accent6"/>
          <w:right w:val="single" w:sz="8" w:space="0" w:color="F79646" w:themeColor="accent6"/>
          <w:insideV w:val="single" w:sz="8" w:space="0" w:color="F79646" w:themeColor="accent6"/>
        </w:tcBorders>
      </w:tcPr>
    </w:tblStylePr>
  </w:style>
  <w:style w:type="table" w:styleId="MediumShading1">
    <w:name w:val="Medium Shading 1"/>
    <w:basedOn w:val="TableNormal"/>
    <w:uiPriority w:val="63"/>
    <w:rsid w:val="00CB0664"/>
    <w:pPr>
      <w:spacing w:after="0" w:line="240" w:lineRule="auto"/>
    </w:pPr>
    <w:tblPr>
      <w:tblStyleRowBandSize w:val="1"/>
      <w:tblStyleColBandSize w:val="1"/>
      <w:tblInd w:w="0" w:type="dxa"/>
      <w:tblBorders>
        <w:top w:val="single" w:sz="8" w:space="0" w:color="404040" w:themeColor="text1" w:themeTint="BF"/>
        <w:left w:val="single" w:sz="8" w:space="0" w:color="404040" w:themeColor="text1" w:themeTint="BF"/>
        <w:bottom w:val="single" w:sz="8" w:space="0" w:color="404040" w:themeColor="text1" w:themeTint="BF"/>
        <w:right w:val="single" w:sz="8" w:space="0" w:color="404040" w:themeColor="text1" w:themeTint="BF"/>
        <w:insideH w:val="single" w:sz="8" w:space="0" w:color="404040" w:themeColor="text1" w:themeTint="BF"/>
      </w:tblBorders>
      <w:tblCellMar>
        <w:top w:w="0" w:type="dxa"/>
        <w:left w:w="108" w:type="dxa"/>
        <w:bottom w:w="0" w:type="dxa"/>
        <w:right w:w="108" w:type="dxa"/>
      </w:tblCellMar>
    </w:tblPr>
    <w:tblStylePr w:type="firstRow">
      <w:pPr>
        <w:spacing w:before="0" w:after="0" w:line="240" w:lineRule="auto"/>
      </w:pPr>
      <w:rPr>
        <w:b/>
        <w:bCs/>
        <w:color w:val="FFFFFF" w:themeColor="background1"/>
      </w:rPr>
      <w:tblPr/>
      <w:tcPr>
        <w:tcBorders>
          <w:top w:val="single" w:sz="8" w:space="0" w:color="404040" w:themeColor="text1" w:themeTint="BF"/>
          <w:left w:val="single" w:sz="8" w:space="0" w:color="404040" w:themeColor="text1" w:themeTint="BF"/>
          <w:bottom w:val="single" w:sz="8" w:space="0" w:color="404040" w:themeColor="text1" w:themeTint="BF"/>
          <w:right w:val="single" w:sz="8" w:space="0" w:color="404040" w:themeColor="text1" w:themeTint="BF"/>
          <w:insideH w:val="nil"/>
          <w:insideV w:val="nil"/>
        </w:tcBorders>
        <w:shd w:val="clear" w:color="auto" w:fill="000000" w:themeFill="text1"/>
      </w:tcPr>
    </w:tblStylePr>
    <w:tblStylePr w:type="lastRow">
      <w:pPr>
        <w:spacing w:before="0" w:after="0" w:line="240" w:lineRule="auto"/>
      </w:pPr>
      <w:rPr>
        <w:b/>
        <w:bCs/>
      </w:rPr>
      <w:tblPr/>
      <w:tcPr>
        <w:tcBorders>
          <w:top w:val="double" w:sz="6" w:space="0" w:color="404040" w:themeColor="text1" w:themeTint="BF"/>
          <w:left w:val="single" w:sz="8" w:space="0" w:color="404040" w:themeColor="text1" w:themeTint="BF"/>
          <w:bottom w:val="single" w:sz="8" w:space="0" w:color="404040" w:themeColor="text1" w:themeTint="BF"/>
          <w:right w:val="single" w:sz="8" w:space="0" w:color="404040" w:themeColor="text1" w:themeTint="BF"/>
          <w:insideH w:val="nil"/>
          <w:insideV w:val="nil"/>
        </w:tcBorders>
      </w:tcPr>
    </w:tblStylePr>
    <w:tblStylePr w:type="firstCol">
      <w:rPr>
        <w:b/>
        <w:bCs/>
      </w:rPr>
    </w:tblStylePr>
    <w:tblStylePr w:type="lastCol">
      <w:rPr>
        <w:b/>
        <w:bCs/>
      </w:rPr>
    </w:tblStylePr>
    <w:tblStylePr w:type="band1Vert">
      <w:tblPr/>
      <w:tcPr>
        <w:shd w:val="clear" w:color="auto" w:fill="C0C0C0" w:themeFill="text1" w:themeFillTint="3F"/>
      </w:tcPr>
    </w:tblStylePr>
    <w:tblStylePr w:type="band1Horz">
      <w:tblPr/>
      <w:tcPr>
        <w:tcBorders>
          <w:insideH w:val="nil"/>
          <w:insideV w:val="nil"/>
        </w:tcBorders>
        <w:shd w:val="clear" w:color="auto" w:fill="C0C0C0" w:themeFill="text1" w:themeFillTint="3F"/>
      </w:tcPr>
    </w:tblStylePr>
    <w:tblStylePr w:type="band2Horz">
      <w:tblPr/>
      <w:tcPr>
        <w:tcBorders>
          <w:insideH w:val="nil"/>
          <w:insideV w:val="nil"/>
        </w:tcBorders>
      </w:tcPr>
    </w:tblStylePr>
  </w:style>
  <w:style w:type="table" w:styleId="MediumShading1-Accent1">
    <w:name w:val="Medium Shading 1 Accent 1"/>
    <w:basedOn w:val="TableNormal"/>
    <w:uiPriority w:val="63"/>
    <w:rsid w:val="00CB0664"/>
    <w:pPr>
      <w:spacing w:after="0" w:line="240" w:lineRule="auto"/>
    </w:pPr>
    <w:tblPr>
      <w:tblStyleRowBandSize w:val="1"/>
      <w:tblStyleColBandSize w:val="1"/>
      <w:tblInd w:w="0" w:type="dxa"/>
      <w:tblBorders>
        <w:top w:val="single" w:sz="8" w:space="0" w:color="7BA0CD" w:themeColor="accent1" w:themeTint="BF"/>
        <w:left w:val="single" w:sz="8" w:space="0" w:color="7BA0CD" w:themeColor="accent1" w:themeTint="BF"/>
        <w:bottom w:val="single" w:sz="8" w:space="0" w:color="7BA0CD" w:themeColor="accent1" w:themeTint="BF"/>
        <w:right w:val="single" w:sz="8" w:space="0" w:color="7BA0CD" w:themeColor="accent1" w:themeTint="BF"/>
        <w:insideH w:val="single" w:sz="8" w:space="0" w:color="7BA0CD" w:themeColor="accent1" w:themeTint="BF"/>
      </w:tblBorders>
      <w:tblCellMar>
        <w:top w:w="0" w:type="dxa"/>
        <w:left w:w="108" w:type="dxa"/>
        <w:bottom w:w="0" w:type="dxa"/>
        <w:right w:w="108" w:type="dxa"/>
      </w:tblCellMar>
    </w:tblPr>
    <w:tblStylePr w:type="firstRow">
      <w:pPr>
        <w:spacing w:before="0" w:after="0" w:line="240" w:lineRule="auto"/>
      </w:pPr>
      <w:rPr>
        <w:b/>
        <w:bCs/>
        <w:color w:val="FFFFFF" w:themeColor="background1"/>
      </w:rPr>
      <w:tblPr/>
      <w:tcPr>
        <w:tcBorders>
          <w:top w:val="single" w:sz="8" w:space="0" w:color="7BA0CD" w:themeColor="accent1" w:themeTint="BF"/>
          <w:left w:val="single" w:sz="8" w:space="0" w:color="7BA0CD" w:themeColor="accent1" w:themeTint="BF"/>
          <w:bottom w:val="single" w:sz="8" w:space="0" w:color="7BA0CD" w:themeColor="accent1" w:themeTint="BF"/>
          <w:right w:val="single" w:sz="8" w:space="0" w:color="7BA0CD" w:themeColor="accent1" w:themeTint="BF"/>
          <w:insideH w:val="nil"/>
          <w:insideV w:val="nil"/>
        </w:tcBorders>
        <w:shd w:val="clear" w:color="auto" w:fill="4F81BD" w:themeFill="accent1"/>
      </w:tcPr>
    </w:tblStylePr>
    <w:tblStylePr w:type="lastRow">
      <w:pPr>
        <w:spacing w:before="0" w:after="0" w:line="240" w:lineRule="auto"/>
      </w:pPr>
      <w:rPr>
        <w:b/>
        <w:bCs/>
      </w:rPr>
      <w:tblPr/>
      <w:tcPr>
        <w:tcBorders>
          <w:top w:val="double" w:sz="6" w:space="0" w:color="7BA0CD" w:themeColor="accent1" w:themeTint="BF"/>
          <w:left w:val="single" w:sz="8" w:space="0" w:color="7BA0CD" w:themeColor="accent1" w:themeTint="BF"/>
          <w:bottom w:val="single" w:sz="8" w:space="0" w:color="7BA0CD" w:themeColor="accent1" w:themeTint="BF"/>
          <w:right w:val="single" w:sz="8" w:space="0" w:color="7BA0CD" w:themeColor="accent1" w:themeTint="BF"/>
          <w:insideH w:val="nil"/>
          <w:insideV w:val="nil"/>
        </w:tcBorders>
      </w:tcPr>
    </w:tblStylePr>
    <w:tblStylePr w:type="firstCol">
      <w:rPr>
        <w:b/>
        <w:bCs/>
      </w:rPr>
    </w:tblStylePr>
    <w:tblStylePr w:type="lastCol">
      <w:rPr>
        <w:b/>
        <w:bCs/>
      </w:rPr>
    </w:tblStylePr>
    <w:tblStylePr w:type="band1Vert">
      <w:tblPr/>
      <w:tcPr>
        <w:shd w:val="clear" w:color="auto" w:fill="D3DFEE" w:themeFill="accent1" w:themeFillTint="3F"/>
      </w:tcPr>
    </w:tblStylePr>
    <w:tblStylePr w:type="band1Horz">
      <w:tblPr/>
      <w:tcPr>
        <w:tcBorders>
          <w:insideH w:val="nil"/>
          <w:insideV w:val="nil"/>
        </w:tcBorders>
        <w:shd w:val="clear" w:color="auto" w:fill="D3DFEE" w:themeFill="accent1" w:themeFillTint="3F"/>
      </w:tcPr>
    </w:tblStylePr>
    <w:tblStylePr w:type="band2Horz">
      <w:tblPr/>
      <w:tcPr>
        <w:tcBorders>
          <w:insideH w:val="nil"/>
          <w:insideV w:val="nil"/>
        </w:tcBorders>
      </w:tcPr>
    </w:tblStylePr>
  </w:style>
  <w:style w:type="table" w:styleId="MediumShading1-Accent2">
    <w:name w:val="Medium Shading 1 Accent 2"/>
    <w:basedOn w:val="TableNormal"/>
    <w:uiPriority w:val="63"/>
    <w:rsid w:val="00CB0664"/>
    <w:pPr>
      <w:spacing w:after="0" w:line="240" w:lineRule="auto"/>
    </w:pPr>
    <w:tblPr>
      <w:tblStyleRowBandSize w:val="1"/>
      <w:tblStyleColBandSize w:val="1"/>
      <w:tblInd w:w="0" w:type="dxa"/>
      <w:tblBorders>
        <w:top w:val="single" w:sz="8" w:space="0" w:color="CF7B79" w:themeColor="accent2" w:themeTint="BF"/>
        <w:left w:val="single" w:sz="8" w:space="0" w:color="CF7B79" w:themeColor="accent2" w:themeTint="BF"/>
        <w:bottom w:val="single" w:sz="8" w:space="0" w:color="CF7B79" w:themeColor="accent2" w:themeTint="BF"/>
        <w:right w:val="single" w:sz="8" w:space="0" w:color="CF7B79" w:themeColor="accent2" w:themeTint="BF"/>
        <w:insideH w:val="single" w:sz="8" w:space="0" w:color="CF7B79" w:themeColor="accent2" w:themeTint="BF"/>
      </w:tblBorders>
      <w:tblCellMar>
        <w:top w:w="0" w:type="dxa"/>
        <w:left w:w="108" w:type="dxa"/>
        <w:bottom w:w="0" w:type="dxa"/>
        <w:right w:w="108" w:type="dxa"/>
      </w:tblCellMar>
    </w:tblPr>
    <w:tblStylePr w:type="firstRow">
      <w:pPr>
        <w:spacing w:before="0" w:after="0" w:line="240" w:lineRule="auto"/>
      </w:pPr>
      <w:rPr>
        <w:b/>
        <w:bCs/>
        <w:color w:val="FFFFFF" w:themeColor="background1"/>
      </w:rPr>
      <w:tblPr/>
      <w:tcPr>
        <w:tcBorders>
          <w:top w:val="single" w:sz="8" w:space="0" w:color="CF7B79" w:themeColor="accent2" w:themeTint="BF"/>
          <w:left w:val="single" w:sz="8" w:space="0" w:color="CF7B79" w:themeColor="accent2" w:themeTint="BF"/>
          <w:bottom w:val="single" w:sz="8" w:space="0" w:color="CF7B79" w:themeColor="accent2" w:themeTint="BF"/>
          <w:right w:val="single" w:sz="8" w:space="0" w:color="CF7B79" w:themeColor="accent2" w:themeTint="BF"/>
          <w:insideH w:val="nil"/>
          <w:insideV w:val="nil"/>
        </w:tcBorders>
        <w:shd w:val="clear" w:color="auto" w:fill="C0504D" w:themeFill="accent2"/>
      </w:tcPr>
    </w:tblStylePr>
    <w:tblStylePr w:type="lastRow">
      <w:pPr>
        <w:spacing w:before="0" w:after="0" w:line="240" w:lineRule="auto"/>
      </w:pPr>
      <w:rPr>
        <w:b/>
        <w:bCs/>
      </w:rPr>
      <w:tblPr/>
      <w:tcPr>
        <w:tcBorders>
          <w:top w:val="double" w:sz="6" w:space="0" w:color="CF7B79" w:themeColor="accent2" w:themeTint="BF"/>
          <w:left w:val="single" w:sz="8" w:space="0" w:color="CF7B79" w:themeColor="accent2" w:themeTint="BF"/>
          <w:bottom w:val="single" w:sz="8" w:space="0" w:color="CF7B79" w:themeColor="accent2" w:themeTint="BF"/>
          <w:right w:val="single" w:sz="8" w:space="0" w:color="CF7B79" w:themeColor="accent2" w:themeTint="BF"/>
          <w:insideH w:val="nil"/>
          <w:insideV w:val="nil"/>
        </w:tcBorders>
      </w:tcPr>
    </w:tblStylePr>
    <w:tblStylePr w:type="firstCol">
      <w:rPr>
        <w:b/>
        <w:bCs/>
      </w:rPr>
    </w:tblStylePr>
    <w:tblStylePr w:type="lastCol">
      <w:rPr>
        <w:b/>
        <w:bCs/>
      </w:rPr>
    </w:tblStylePr>
    <w:tblStylePr w:type="band1Vert">
      <w:tblPr/>
      <w:tcPr>
        <w:shd w:val="clear" w:color="auto" w:fill="EFD3D2" w:themeFill="accent2" w:themeFillTint="3F"/>
      </w:tcPr>
    </w:tblStylePr>
    <w:tblStylePr w:type="band1Horz">
      <w:tblPr/>
      <w:tcPr>
        <w:tcBorders>
          <w:insideH w:val="nil"/>
          <w:insideV w:val="nil"/>
        </w:tcBorders>
        <w:shd w:val="clear" w:color="auto" w:fill="EFD3D2" w:themeFill="accent2" w:themeFillTint="3F"/>
      </w:tcPr>
    </w:tblStylePr>
    <w:tblStylePr w:type="band2Horz">
      <w:tblPr/>
      <w:tcPr>
        <w:tcBorders>
          <w:insideH w:val="nil"/>
          <w:insideV w:val="nil"/>
        </w:tcBorders>
      </w:tcPr>
    </w:tblStylePr>
  </w:style>
  <w:style w:type="table" w:styleId="MediumShading1-Accent3">
    <w:name w:val="Medium Shading 1 Accent 3"/>
    <w:basedOn w:val="TableNormal"/>
    <w:uiPriority w:val="63"/>
    <w:rsid w:val="00CB0664"/>
    <w:pPr>
      <w:spacing w:after="0" w:line="240" w:lineRule="auto"/>
    </w:pPr>
    <w:tblPr>
      <w:tblStyleRowBandSize w:val="1"/>
      <w:tblStyleColBandSize w:val="1"/>
      <w:tblInd w:w="0" w:type="dxa"/>
      <w:tblBorders>
        <w:top w:val="single" w:sz="8" w:space="0" w:color="B3CC82" w:themeColor="accent3" w:themeTint="BF"/>
        <w:left w:val="single" w:sz="8" w:space="0" w:color="B3CC82" w:themeColor="accent3" w:themeTint="BF"/>
        <w:bottom w:val="single" w:sz="8" w:space="0" w:color="B3CC82" w:themeColor="accent3" w:themeTint="BF"/>
        <w:right w:val="single" w:sz="8" w:space="0" w:color="B3CC82" w:themeColor="accent3" w:themeTint="BF"/>
        <w:insideH w:val="single" w:sz="8" w:space="0" w:color="B3CC82" w:themeColor="accent3" w:themeTint="BF"/>
      </w:tblBorders>
      <w:tblCellMar>
        <w:top w:w="0" w:type="dxa"/>
        <w:left w:w="108" w:type="dxa"/>
        <w:bottom w:w="0" w:type="dxa"/>
        <w:right w:w="108" w:type="dxa"/>
      </w:tblCellMar>
    </w:tblPr>
    <w:tblStylePr w:type="firstRow">
      <w:pPr>
        <w:spacing w:before="0" w:after="0" w:line="240" w:lineRule="auto"/>
      </w:pPr>
      <w:rPr>
        <w:b/>
        <w:bCs/>
        <w:color w:val="FFFFFF" w:themeColor="background1"/>
      </w:rPr>
      <w:tblPr/>
      <w:tcPr>
        <w:tcBorders>
          <w:top w:val="single" w:sz="8" w:space="0" w:color="B3CC82" w:themeColor="accent3" w:themeTint="BF"/>
          <w:left w:val="single" w:sz="8" w:space="0" w:color="B3CC82" w:themeColor="accent3" w:themeTint="BF"/>
          <w:bottom w:val="single" w:sz="8" w:space="0" w:color="B3CC82" w:themeColor="accent3" w:themeTint="BF"/>
          <w:right w:val="single" w:sz="8" w:space="0" w:color="B3CC82" w:themeColor="accent3" w:themeTint="BF"/>
          <w:insideH w:val="nil"/>
          <w:insideV w:val="nil"/>
        </w:tcBorders>
        <w:shd w:val="clear" w:color="auto" w:fill="9BBB59" w:themeFill="accent3"/>
      </w:tcPr>
    </w:tblStylePr>
    <w:tblStylePr w:type="lastRow">
      <w:pPr>
        <w:spacing w:before="0" w:after="0" w:line="240" w:lineRule="auto"/>
      </w:pPr>
      <w:rPr>
        <w:b/>
        <w:bCs/>
      </w:rPr>
      <w:tblPr/>
      <w:tcPr>
        <w:tcBorders>
          <w:top w:val="double" w:sz="6" w:space="0" w:color="B3CC82" w:themeColor="accent3" w:themeTint="BF"/>
          <w:left w:val="single" w:sz="8" w:space="0" w:color="B3CC82" w:themeColor="accent3" w:themeTint="BF"/>
          <w:bottom w:val="single" w:sz="8" w:space="0" w:color="B3CC82" w:themeColor="accent3" w:themeTint="BF"/>
          <w:right w:val="single" w:sz="8" w:space="0" w:color="B3CC82" w:themeColor="accent3" w:themeTint="BF"/>
          <w:insideH w:val="nil"/>
          <w:insideV w:val="nil"/>
        </w:tcBorders>
      </w:tcPr>
    </w:tblStylePr>
    <w:tblStylePr w:type="firstCol">
      <w:rPr>
        <w:b/>
        <w:bCs/>
      </w:rPr>
    </w:tblStylePr>
    <w:tblStylePr w:type="lastCol">
      <w:rPr>
        <w:b/>
        <w:bCs/>
      </w:rPr>
    </w:tblStylePr>
    <w:tblStylePr w:type="band1Vert">
      <w:tblPr/>
      <w:tcPr>
        <w:shd w:val="clear" w:color="auto" w:fill="E6EED5" w:themeFill="accent3" w:themeFillTint="3F"/>
      </w:tcPr>
    </w:tblStylePr>
    <w:tblStylePr w:type="band1Horz">
      <w:tblPr/>
      <w:tcPr>
        <w:tcBorders>
          <w:insideH w:val="nil"/>
          <w:insideV w:val="nil"/>
        </w:tcBorders>
        <w:shd w:val="clear" w:color="auto" w:fill="E6EED5" w:themeFill="accent3" w:themeFillTint="3F"/>
      </w:tcPr>
    </w:tblStylePr>
    <w:tblStylePr w:type="band2Horz">
      <w:tblPr/>
      <w:tcPr>
        <w:tcBorders>
          <w:insideH w:val="nil"/>
          <w:insideV w:val="nil"/>
        </w:tcBorders>
      </w:tcPr>
    </w:tblStylePr>
  </w:style>
  <w:style w:type="table" w:styleId="MediumShading1-Accent4">
    <w:name w:val="Medium Shading 1 Accent 4"/>
    <w:basedOn w:val="TableNormal"/>
    <w:uiPriority w:val="63"/>
    <w:rsid w:val="00CB0664"/>
    <w:pPr>
      <w:spacing w:after="0" w:line="240" w:lineRule="auto"/>
    </w:pPr>
    <w:tblPr>
      <w:tblStyleRowBandSize w:val="1"/>
      <w:tblStyleColBandSize w:val="1"/>
      <w:tblInd w:w="0" w:type="dxa"/>
      <w:tblBorders>
        <w:top w:val="single" w:sz="8" w:space="0" w:color="9F8AB9" w:themeColor="accent4" w:themeTint="BF"/>
        <w:left w:val="single" w:sz="8" w:space="0" w:color="9F8AB9" w:themeColor="accent4" w:themeTint="BF"/>
        <w:bottom w:val="single" w:sz="8" w:space="0" w:color="9F8AB9" w:themeColor="accent4" w:themeTint="BF"/>
        <w:right w:val="single" w:sz="8" w:space="0" w:color="9F8AB9" w:themeColor="accent4" w:themeTint="BF"/>
        <w:insideH w:val="single" w:sz="8" w:space="0" w:color="9F8AB9" w:themeColor="accent4" w:themeTint="BF"/>
      </w:tblBorders>
      <w:tblCellMar>
        <w:top w:w="0" w:type="dxa"/>
        <w:left w:w="108" w:type="dxa"/>
        <w:bottom w:w="0" w:type="dxa"/>
        <w:right w:w="108" w:type="dxa"/>
      </w:tblCellMar>
    </w:tblPr>
    <w:tblStylePr w:type="firstRow">
      <w:pPr>
        <w:spacing w:before="0" w:after="0" w:line="240" w:lineRule="auto"/>
      </w:pPr>
      <w:rPr>
        <w:b/>
        <w:bCs/>
        <w:color w:val="FFFFFF" w:themeColor="background1"/>
      </w:rPr>
      <w:tblPr/>
      <w:tcPr>
        <w:tcBorders>
          <w:top w:val="single" w:sz="8" w:space="0" w:color="9F8AB9" w:themeColor="accent4" w:themeTint="BF"/>
          <w:left w:val="single" w:sz="8" w:space="0" w:color="9F8AB9" w:themeColor="accent4" w:themeTint="BF"/>
          <w:bottom w:val="single" w:sz="8" w:space="0" w:color="9F8AB9" w:themeColor="accent4" w:themeTint="BF"/>
          <w:right w:val="single" w:sz="8" w:space="0" w:color="9F8AB9" w:themeColor="accent4" w:themeTint="BF"/>
          <w:insideH w:val="nil"/>
          <w:insideV w:val="nil"/>
        </w:tcBorders>
        <w:shd w:val="clear" w:color="auto" w:fill="8064A2" w:themeFill="accent4"/>
      </w:tcPr>
    </w:tblStylePr>
    <w:tblStylePr w:type="lastRow">
      <w:pPr>
        <w:spacing w:before="0" w:after="0" w:line="240" w:lineRule="auto"/>
      </w:pPr>
      <w:rPr>
        <w:b/>
        <w:bCs/>
      </w:rPr>
      <w:tblPr/>
      <w:tcPr>
        <w:tcBorders>
          <w:top w:val="double" w:sz="6" w:space="0" w:color="9F8AB9" w:themeColor="accent4" w:themeTint="BF"/>
          <w:left w:val="single" w:sz="8" w:space="0" w:color="9F8AB9" w:themeColor="accent4" w:themeTint="BF"/>
          <w:bottom w:val="single" w:sz="8" w:space="0" w:color="9F8AB9" w:themeColor="accent4" w:themeTint="BF"/>
          <w:right w:val="single" w:sz="8" w:space="0" w:color="9F8AB9" w:themeColor="accent4" w:themeTint="BF"/>
          <w:insideH w:val="nil"/>
          <w:insideV w:val="nil"/>
        </w:tcBorders>
      </w:tcPr>
    </w:tblStylePr>
    <w:tblStylePr w:type="firstCol">
      <w:rPr>
        <w:b/>
        <w:bCs/>
      </w:rPr>
    </w:tblStylePr>
    <w:tblStylePr w:type="lastCol">
      <w:rPr>
        <w:b/>
        <w:bCs/>
      </w:rPr>
    </w:tblStylePr>
    <w:tblStylePr w:type="band1Vert">
      <w:tblPr/>
      <w:tcPr>
        <w:shd w:val="clear" w:color="auto" w:fill="DFD8E8" w:themeFill="accent4" w:themeFillTint="3F"/>
      </w:tcPr>
    </w:tblStylePr>
    <w:tblStylePr w:type="band1Horz">
      <w:tblPr/>
      <w:tcPr>
        <w:tcBorders>
          <w:insideH w:val="nil"/>
          <w:insideV w:val="nil"/>
        </w:tcBorders>
        <w:shd w:val="clear" w:color="auto" w:fill="DFD8E8" w:themeFill="accent4" w:themeFillTint="3F"/>
      </w:tcPr>
    </w:tblStylePr>
    <w:tblStylePr w:type="band2Horz">
      <w:tblPr/>
      <w:tcPr>
        <w:tcBorders>
          <w:insideH w:val="nil"/>
          <w:insideV w:val="nil"/>
        </w:tcBorders>
      </w:tcPr>
    </w:tblStylePr>
  </w:style>
  <w:style w:type="table" w:styleId="MediumShading1-Accent5">
    <w:name w:val="Medium Shading 1 Accent 5"/>
    <w:basedOn w:val="TableNormal"/>
    <w:uiPriority w:val="63"/>
    <w:rsid w:val="00CB0664"/>
    <w:pPr>
      <w:spacing w:after="0" w:line="240" w:lineRule="auto"/>
    </w:pPr>
    <w:tblPr>
      <w:tblStyleRowBandSize w:val="1"/>
      <w:tblStyleColBandSize w:val="1"/>
      <w:tblInd w:w="0" w:type="dxa"/>
      <w:tblBorders>
        <w:top w:val="single" w:sz="8" w:space="0" w:color="78C0D4" w:themeColor="accent5" w:themeTint="BF"/>
        <w:left w:val="single" w:sz="8" w:space="0" w:color="78C0D4" w:themeColor="accent5" w:themeTint="BF"/>
        <w:bottom w:val="single" w:sz="8" w:space="0" w:color="78C0D4" w:themeColor="accent5" w:themeTint="BF"/>
        <w:right w:val="single" w:sz="8" w:space="0" w:color="78C0D4" w:themeColor="accent5" w:themeTint="BF"/>
        <w:insideH w:val="single" w:sz="8" w:space="0" w:color="78C0D4" w:themeColor="accent5" w:themeTint="BF"/>
      </w:tblBorders>
      <w:tblCellMar>
        <w:top w:w="0" w:type="dxa"/>
        <w:left w:w="108" w:type="dxa"/>
        <w:bottom w:w="0" w:type="dxa"/>
        <w:right w:w="108" w:type="dxa"/>
      </w:tblCellMar>
    </w:tblPr>
    <w:tblStylePr w:type="firstRow">
      <w:pPr>
        <w:spacing w:before="0" w:after="0" w:line="240" w:lineRule="auto"/>
      </w:pPr>
      <w:rPr>
        <w:b/>
        <w:bCs/>
        <w:color w:val="FFFFFF" w:themeColor="background1"/>
      </w:rPr>
      <w:tblPr/>
      <w:tcPr>
        <w:tcBorders>
          <w:top w:val="single" w:sz="8" w:space="0" w:color="78C0D4" w:themeColor="accent5" w:themeTint="BF"/>
          <w:left w:val="single" w:sz="8" w:space="0" w:color="78C0D4" w:themeColor="accent5" w:themeTint="BF"/>
          <w:bottom w:val="single" w:sz="8" w:space="0" w:color="78C0D4" w:themeColor="accent5" w:themeTint="BF"/>
          <w:right w:val="single" w:sz="8" w:space="0" w:color="78C0D4" w:themeColor="accent5" w:themeTint="BF"/>
          <w:insideH w:val="nil"/>
          <w:insideV w:val="nil"/>
        </w:tcBorders>
        <w:shd w:val="clear" w:color="auto" w:fill="4BACC6" w:themeFill="accent5"/>
      </w:tcPr>
    </w:tblStylePr>
    <w:tblStylePr w:type="lastRow">
      <w:pPr>
        <w:spacing w:before="0" w:after="0" w:line="240" w:lineRule="auto"/>
      </w:pPr>
      <w:rPr>
        <w:b/>
        <w:bCs/>
      </w:rPr>
      <w:tblPr/>
      <w:tcPr>
        <w:tcBorders>
          <w:top w:val="double" w:sz="6" w:space="0" w:color="78C0D4" w:themeColor="accent5" w:themeTint="BF"/>
          <w:left w:val="single" w:sz="8" w:space="0" w:color="78C0D4" w:themeColor="accent5" w:themeTint="BF"/>
          <w:bottom w:val="single" w:sz="8" w:space="0" w:color="78C0D4" w:themeColor="accent5" w:themeTint="BF"/>
          <w:right w:val="single" w:sz="8" w:space="0" w:color="78C0D4" w:themeColor="accent5" w:themeTint="BF"/>
          <w:insideH w:val="nil"/>
          <w:insideV w:val="nil"/>
        </w:tcBorders>
      </w:tcPr>
    </w:tblStylePr>
    <w:tblStylePr w:type="firstCol">
      <w:rPr>
        <w:b/>
        <w:bCs/>
      </w:rPr>
    </w:tblStylePr>
    <w:tblStylePr w:type="lastCol">
      <w:rPr>
        <w:b/>
        <w:bCs/>
      </w:rPr>
    </w:tblStylePr>
    <w:tblStylePr w:type="band1Vert">
      <w:tblPr/>
      <w:tcPr>
        <w:shd w:val="clear" w:color="auto" w:fill="D2EAF1" w:themeFill="accent5" w:themeFillTint="3F"/>
      </w:tcPr>
    </w:tblStylePr>
    <w:tblStylePr w:type="band1Horz">
      <w:tblPr/>
      <w:tcPr>
        <w:tcBorders>
          <w:insideH w:val="nil"/>
          <w:insideV w:val="nil"/>
        </w:tcBorders>
        <w:shd w:val="clear" w:color="auto" w:fill="D2EAF1" w:themeFill="accent5" w:themeFillTint="3F"/>
      </w:tcPr>
    </w:tblStylePr>
    <w:tblStylePr w:type="band2Horz">
      <w:tblPr/>
      <w:tcPr>
        <w:tcBorders>
          <w:insideH w:val="nil"/>
          <w:insideV w:val="nil"/>
        </w:tcBorders>
      </w:tcPr>
    </w:tblStylePr>
  </w:style>
  <w:style w:type="table" w:styleId="MediumShading1-Accent6">
    <w:name w:val="Medium Shading 1 Accent 6"/>
    <w:basedOn w:val="TableNormal"/>
    <w:uiPriority w:val="63"/>
    <w:rsid w:val="00CB0664"/>
    <w:pPr>
      <w:spacing w:after="0" w:line="240" w:lineRule="auto"/>
    </w:pPr>
    <w:tblPr>
      <w:tblStyleRowBandSize w:val="1"/>
      <w:tblStyleColBandSize w:val="1"/>
      <w:tblInd w:w="0" w:type="dxa"/>
      <w:tblBorders>
        <w:top w:val="single" w:sz="8" w:space="0" w:color="F9B074" w:themeColor="accent6" w:themeTint="BF"/>
        <w:left w:val="single" w:sz="8" w:space="0" w:color="F9B074" w:themeColor="accent6" w:themeTint="BF"/>
        <w:bottom w:val="single" w:sz="8" w:space="0" w:color="F9B074" w:themeColor="accent6" w:themeTint="BF"/>
        <w:right w:val="single" w:sz="8" w:space="0" w:color="F9B074" w:themeColor="accent6" w:themeTint="BF"/>
        <w:insideH w:val="single" w:sz="8" w:space="0" w:color="F9B074" w:themeColor="accent6" w:themeTint="BF"/>
      </w:tblBorders>
      <w:tblCellMar>
        <w:top w:w="0" w:type="dxa"/>
        <w:left w:w="108" w:type="dxa"/>
        <w:bottom w:w="0" w:type="dxa"/>
        <w:right w:w="108" w:type="dxa"/>
      </w:tblCellMar>
    </w:tblPr>
    <w:tblStylePr w:type="firstRow">
      <w:pPr>
        <w:spacing w:before="0" w:after="0" w:line="240" w:lineRule="auto"/>
      </w:pPr>
      <w:rPr>
        <w:b/>
        <w:bCs/>
        <w:color w:val="FFFFFF" w:themeColor="background1"/>
      </w:rPr>
      <w:tblPr/>
      <w:tcPr>
        <w:tcBorders>
          <w:top w:val="single" w:sz="8" w:space="0" w:color="F9B074" w:themeColor="accent6" w:themeTint="BF"/>
          <w:left w:val="single" w:sz="8" w:space="0" w:color="F9B074" w:themeColor="accent6" w:themeTint="BF"/>
          <w:bottom w:val="single" w:sz="8" w:space="0" w:color="F9B074" w:themeColor="accent6" w:themeTint="BF"/>
          <w:right w:val="single" w:sz="8" w:space="0" w:color="F9B074" w:themeColor="accent6" w:themeTint="BF"/>
          <w:insideH w:val="nil"/>
          <w:insideV w:val="nil"/>
        </w:tcBorders>
        <w:shd w:val="clear" w:color="auto" w:fill="F79646" w:themeFill="accent6"/>
      </w:tcPr>
    </w:tblStylePr>
    <w:tblStylePr w:type="lastRow">
      <w:pPr>
        <w:spacing w:before="0" w:after="0" w:line="240" w:lineRule="auto"/>
      </w:pPr>
      <w:rPr>
        <w:b/>
        <w:bCs/>
      </w:rPr>
      <w:tblPr/>
      <w:tcPr>
        <w:tcBorders>
          <w:top w:val="double" w:sz="6" w:space="0" w:color="F9B074" w:themeColor="accent6" w:themeTint="BF"/>
          <w:left w:val="single" w:sz="8" w:space="0" w:color="F9B074" w:themeColor="accent6" w:themeTint="BF"/>
          <w:bottom w:val="single" w:sz="8" w:space="0" w:color="F9B074" w:themeColor="accent6" w:themeTint="BF"/>
          <w:right w:val="single" w:sz="8" w:space="0" w:color="F9B074" w:themeColor="accent6" w:themeTint="BF"/>
          <w:insideH w:val="nil"/>
          <w:insideV w:val="nil"/>
        </w:tcBorders>
      </w:tcPr>
    </w:tblStylePr>
    <w:tblStylePr w:type="firstCol">
      <w:rPr>
        <w:b/>
        <w:bCs/>
      </w:rPr>
    </w:tblStylePr>
    <w:tblStylePr w:type="lastCol">
      <w:rPr>
        <w:b/>
        <w:bCs/>
      </w:rPr>
    </w:tblStylePr>
    <w:tblStylePr w:type="band1Vert">
      <w:tblPr/>
      <w:tcPr>
        <w:shd w:val="clear" w:color="auto" w:fill="FDE4D0" w:themeFill="accent6" w:themeFillTint="3F"/>
      </w:tcPr>
    </w:tblStylePr>
    <w:tblStylePr w:type="band1Horz">
      <w:tblPr/>
      <w:tcPr>
        <w:tcBorders>
          <w:insideH w:val="nil"/>
          <w:insideV w:val="nil"/>
        </w:tcBorders>
        <w:shd w:val="clear" w:color="auto" w:fill="FDE4D0" w:themeFill="accent6" w:themeFillTint="3F"/>
      </w:tcPr>
    </w:tblStylePr>
    <w:tblStylePr w:type="band2Horz">
      <w:tblPr/>
      <w:tcPr>
        <w:tcBorders>
          <w:insideH w:val="nil"/>
          <w:insideV w:val="nil"/>
        </w:tcBorders>
      </w:tcPr>
    </w:tblStylePr>
  </w:style>
  <w:style w:type="table" w:styleId="MediumShading2">
    <w:name w:val="Medium Shading 2"/>
    <w:basedOn w:val="TableNormal"/>
    <w:uiPriority w:val="64"/>
    <w:rsid w:val="00CB0664"/>
    <w:pPr>
      <w:spacing w:after="0" w:line="240" w:lineRule="auto"/>
    </w:pPr>
    <w:tblPr>
      <w:tblStyleRowBandSize w:val="1"/>
      <w:tblStyleColBandSize w:val="1"/>
      <w:tblInd w:w="0" w:type="dxa"/>
      <w:tblBorders>
        <w:top w:val="single" w:sz="18" w:space="0" w:color="auto"/>
        <w:bottom w:val="single" w:sz="18" w:space="0" w:color="auto"/>
      </w:tblBorders>
      <w:tblCellMar>
        <w:top w:w="0" w:type="dxa"/>
        <w:left w:w="108" w:type="dxa"/>
        <w:bottom w:w="0" w:type="dxa"/>
        <w:right w:w="108" w:type="dxa"/>
      </w:tblCellMar>
    </w:tblPr>
    <w:tblStylePr w:type="firstRow">
      <w:pPr>
        <w:spacing w:before="0" w:after="0" w:line="240" w:lineRule="auto"/>
      </w:pPr>
      <w:rPr>
        <w:b/>
        <w:bCs/>
        <w:color w:val="FFFFFF" w:themeColor="background1"/>
      </w:rPr>
      <w:tblPr/>
      <w:tcPr>
        <w:tcBorders>
          <w:top w:val="single" w:sz="18" w:space="0" w:color="auto"/>
          <w:left w:val="nil"/>
          <w:bottom w:val="single" w:sz="18" w:space="0" w:color="auto"/>
          <w:right w:val="nil"/>
          <w:insideH w:val="nil"/>
          <w:insideV w:val="nil"/>
        </w:tcBorders>
        <w:shd w:val="clear" w:color="auto" w:fill="000000" w:themeFill="text1"/>
      </w:tcPr>
    </w:tblStylePr>
    <w:tblStylePr w:type="lastRow">
      <w:pPr>
        <w:spacing w:before="0" w:after="0" w:line="240" w:lineRule="auto"/>
      </w:pPr>
      <w:rPr>
        <w:color w:val="auto"/>
      </w:rPr>
      <w:tblPr/>
      <w:tcPr>
        <w:tcBorders>
          <w:top w:val="double" w:sz="6" w:space="0" w:color="auto"/>
          <w:left w:val="nil"/>
          <w:bottom w:val="single" w:sz="18" w:space="0" w:color="auto"/>
          <w:right w:val="nil"/>
          <w:insideH w:val="nil"/>
          <w:insideV w:val="nil"/>
        </w:tcBorders>
        <w:shd w:val="clear" w:color="auto" w:fill="FFFFFF" w:themeFill="background1"/>
      </w:tcPr>
    </w:tblStylePr>
    <w:tblStylePr w:type="firstCol">
      <w:rPr>
        <w:b/>
        <w:bCs/>
        <w:color w:val="FFFFFF" w:themeColor="background1"/>
      </w:rPr>
      <w:tblPr/>
      <w:tcPr>
        <w:tcBorders>
          <w:top w:val="nil"/>
          <w:left w:val="nil"/>
          <w:bottom w:val="single" w:sz="18" w:space="0" w:color="auto"/>
          <w:right w:val="nil"/>
          <w:insideH w:val="nil"/>
          <w:insideV w:val="nil"/>
        </w:tcBorders>
        <w:shd w:val="clear" w:color="auto" w:fill="000000" w:themeFill="text1"/>
      </w:tcPr>
    </w:tblStylePr>
    <w:tblStylePr w:type="lastCol">
      <w:rPr>
        <w:b/>
        <w:bCs/>
        <w:color w:val="FFFFFF" w:themeColor="background1"/>
      </w:rPr>
      <w:tblPr/>
      <w:tcPr>
        <w:tcBorders>
          <w:left w:val="nil"/>
          <w:right w:val="nil"/>
          <w:insideH w:val="nil"/>
          <w:insideV w:val="nil"/>
        </w:tcBorders>
        <w:shd w:val="clear" w:color="auto" w:fill="000000" w:themeFill="text1"/>
      </w:tcPr>
    </w:tblStylePr>
    <w:tblStylePr w:type="band1Vert">
      <w:tblPr/>
      <w:tcPr>
        <w:tcBorders>
          <w:left w:val="nil"/>
          <w:right w:val="nil"/>
          <w:insideH w:val="nil"/>
          <w:insideV w:val="nil"/>
        </w:tcBorders>
        <w:shd w:val="clear" w:color="auto" w:fill="D8D8D8" w:themeFill="background1" w:themeFillShade="D8"/>
      </w:tcPr>
    </w:tblStylePr>
    <w:tblStylePr w:type="band1Horz">
      <w:tblPr/>
      <w:tcPr>
        <w:shd w:val="clear" w:color="auto" w:fill="D8D8D8" w:themeFill="background1" w:themeFillShade="D8"/>
      </w:tcPr>
    </w:tblStylePr>
    <w:tblStylePr w:type="neCell">
      <w:tblPr/>
      <w:tcPr>
        <w:tcBorders>
          <w:top w:val="single" w:sz="18" w:space="0" w:color="auto"/>
          <w:left w:val="nil"/>
          <w:bottom w:val="single" w:sz="18" w:space="0" w:color="auto"/>
          <w:right w:val="nil"/>
          <w:insideH w:val="nil"/>
          <w:insideV w:val="nil"/>
        </w:tcBorders>
      </w:tcPr>
    </w:tblStylePr>
    <w:tblStylePr w:type="nwCell">
      <w:rPr>
        <w:color w:val="FFFFFF" w:themeColor="background1"/>
      </w:rPr>
      <w:tblPr/>
      <w:tcPr>
        <w:tcBorders>
          <w:top w:val="single" w:sz="18" w:space="0" w:color="auto"/>
          <w:left w:val="nil"/>
          <w:bottom w:val="single" w:sz="18" w:space="0" w:color="auto"/>
          <w:right w:val="nil"/>
          <w:insideH w:val="nil"/>
          <w:insideV w:val="nil"/>
        </w:tcBorders>
      </w:tcPr>
    </w:tblStylePr>
  </w:style>
  <w:style w:type="table" w:styleId="MediumShading2-Accent1">
    <w:name w:val="Medium Shading 2 Accent 1"/>
    <w:basedOn w:val="TableNormal"/>
    <w:uiPriority w:val="64"/>
    <w:rsid w:val="00CB0664"/>
    <w:pPr>
      <w:spacing w:after="0" w:line="240" w:lineRule="auto"/>
    </w:pPr>
    <w:tblPr>
      <w:tblStyleRowBandSize w:val="1"/>
      <w:tblStyleColBandSize w:val="1"/>
      <w:tblInd w:w="0" w:type="dxa"/>
      <w:tblBorders>
        <w:top w:val="single" w:sz="18" w:space="0" w:color="auto"/>
        <w:bottom w:val="single" w:sz="18" w:space="0" w:color="auto"/>
      </w:tblBorders>
      <w:tblCellMar>
        <w:top w:w="0" w:type="dxa"/>
        <w:left w:w="108" w:type="dxa"/>
        <w:bottom w:w="0" w:type="dxa"/>
        <w:right w:w="108" w:type="dxa"/>
      </w:tblCellMar>
    </w:tblPr>
    <w:tblStylePr w:type="firstRow">
      <w:pPr>
        <w:spacing w:before="0" w:after="0" w:line="240" w:lineRule="auto"/>
      </w:pPr>
      <w:rPr>
        <w:b/>
        <w:bCs/>
        <w:color w:val="FFFFFF" w:themeColor="background1"/>
      </w:rPr>
      <w:tblPr/>
      <w:tcPr>
        <w:tcBorders>
          <w:top w:val="single" w:sz="18" w:space="0" w:color="auto"/>
          <w:left w:val="nil"/>
          <w:bottom w:val="single" w:sz="18" w:space="0" w:color="auto"/>
          <w:right w:val="nil"/>
          <w:insideH w:val="nil"/>
          <w:insideV w:val="nil"/>
        </w:tcBorders>
        <w:shd w:val="clear" w:color="auto" w:fill="4F81BD" w:themeFill="accent1"/>
      </w:tcPr>
    </w:tblStylePr>
    <w:tblStylePr w:type="lastRow">
      <w:pPr>
        <w:spacing w:before="0" w:after="0" w:line="240" w:lineRule="auto"/>
      </w:pPr>
      <w:rPr>
        <w:color w:val="auto"/>
      </w:rPr>
      <w:tblPr/>
      <w:tcPr>
        <w:tcBorders>
          <w:top w:val="double" w:sz="6" w:space="0" w:color="auto"/>
          <w:left w:val="nil"/>
          <w:bottom w:val="single" w:sz="18" w:space="0" w:color="auto"/>
          <w:right w:val="nil"/>
          <w:insideH w:val="nil"/>
          <w:insideV w:val="nil"/>
        </w:tcBorders>
        <w:shd w:val="clear" w:color="auto" w:fill="FFFFFF" w:themeFill="background1"/>
      </w:tcPr>
    </w:tblStylePr>
    <w:tblStylePr w:type="firstCol">
      <w:rPr>
        <w:b/>
        <w:bCs/>
        <w:color w:val="FFFFFF" w:themeColor="background1"/>
      </w:rPr>
      <w:tblPr/>
      <w:tcPr>
        <w:tcBorders>
          <w:top w:val="nil"/>
          <w:left w:val="nil"/>
          <w:bottom w:val="single" w:sz="18" w:space="0" w:color="auto"/>
          <w:right w:val="nil"/>
          <w:insideH w:val="nil"/>
          <w:insideV w:val="nil"/>
        </w:tcBorders>
        <w:shd w:val="clear" w:color="auto" w:fill="4F81BD" w:themeFill="accent1"/>
      </w:tcPr>
    </w:tblStylePr>
    <w:tblStylePr w:type="lastCol">
      <w:rPr>
        <w:b/>
        <w:bCs/>
        <w:color w:val="FFFFFF" w:themeColor="background1"/>
      </w:rPr>
      <w:tblPr/>
      <w:tcPr>
        <w:tcBorders>
          <w:left w:val="nil"/>
          <w:right w:val="nil"/>
          <w:insideH w:val="nil"/>
          <w:insideV w:val="nil"/>
        </w:tcBorders>
        <w:shd w:val="clear" w:color="auto" w:fill="4F81BD" w:themeFill="accent1"/>
      </w:tcPr>
    </w:tblStylePr>
    <w:tblStylePr w:type="band1Vert">
      <w:tblPr/>
      <w:tcPr>
        <w:tcBorders>
          <w:left w:val="nil"/>
          <w:right w:val="nil"/>
          <w:insideH w:val="nil"/>
          <w:insideV w:val="nil"/>
        </w:tcBorders>
        <w:shd w:val="clear" w:color="auto" w:fill="D8D8D8" w:themeFill="background1" w:themeFillShade="D8"/>
      </w:tcPr>
    </w:tblStylePr>
    <w:tblStylePr w:type="band1Horz">
      <w:tblPr/>
      <w:tcPr>
        <w:shd w:val="clear" w:color="auto" w:fill="D8D8D8" w:themeFill="background1" w:themeFillShade="D8"/>
      </w:tcPr>
    </w:tblStylePr>
    <w:tblStylePr w:type="neCell">
      <w:tblPr/>
      <w:tcPr>
        <w:tcBorders>
          <w:top w:val="single" w:sz="18" w:space="0" w:color="auto"/>
          <w:left w:val="nil"/>
          <w:bottom w:val="single" w:sz="18" w:space="0" w:color="auto"/>
          <w:right w:val="nil"/>
          <w:insideH w:val="nil"/>
          <w:insideV w:val="nil"/>
        </w:tcBorders>
      </w:tcPr>
    </w:tblStylePr>
    <w:tblStylePr w:type="nwCell">
      <w:rPr>
        <w:color w:val="FFFFFF" w:themeColor="background1"/>
      </w:rPr>
      <w:tblPr/>
      <w:tcPr>
        <w:tcBorders>
          <w:top w:val="single" w:sz="18" w:space="0" w:color="auto"/>
          <w:left w:val="nil"/>
          <w:bottom w:val="single" w:sz="18" w:space="0" w:color="auto"/>
          <w:right w:val="nil"/>
          <w:insideH w:val="nil"/>
          <w:insideV w:val="nil"/>
        </w:tcBorders>
      </w:tcPr>
    </w:tblStylePr>
  </w:style>
  <w:style w:type="table" w:styleId="MediumShading2-Accent2">
    <w:name w:val="Medium Shading 2 Accent 2"/>
    <w:basedOn w:val="TableNormal"/>
    <w:uiPriority w:val="64"/>
    <w:rsid w:val="00CB0664"/>
    <w:pPr>
      <w:spacing w:after="0" w:line="240" w:lineRule="auto"/>
    </w:pPr>
    <w:tblPr>
      <w:tblStyleRowBandSize w:val="1"/>
      <w:tblStyleColBandSize w:val="1"/>
      <w:tblInd w:w="0" w:type="dxa"/>
      <w:tblBorders>
        <w:top w:val="single" w:sz="18" w:space="0" w:color="auto"/>
        <w:bottom w:val="single" w:sz="18" w:space="0" w:color="auto"/>
      </w:tblBorders>
      <w:tblCellMar>
        <w:top w:w="0" w:type="dxa"/>
        <w:left w:w="108" w:type="dxa"/>
        <w:bottom w:w="0" w:type="dxa"/>
        <w:right w:w="108" w:type="dxa"/>
      </w:tblCellMar>
    </w:tblPr>
    <w:tblStylePr w:type="firstRow">
      <w:pPr>
        <w:spacing w:before="0" w:after="0" w:line="240" w:lineRule="auto"/>
      </w:pPr>
      <w:rPr>
        <w:b/>
        <w:bCs/>
        <w:color w:val="FFFFFF" w:themeColor="background1"/>
      </w:rPr>
      <w:tblPr/>
      <w:tcPr>
        <w:tcBorders>
          <w:top w:val="single" w:sz="18" w:space="0" w:color="auto"/>
          <w:left w:val="nil"/>
          <w:bottom w:val="single" w:sz="18" w:space="0" w:color="auto"/>
          <w:right w:val="nil"/>
          <w:insideH w:val="nil"/>
          <w:insideV w:val="nil"/>
        </w:tcBorders>
        <w:shd w:val="clear" w:color="auto" w:fill="C0504D" w:themeFill="accent2"/>
      </w:tcPr>
    </w:tblStylePr>
    <w:tblStylePr w:type="lastRow">
      <w:pPr>
        <w:spacing w:before="0" w:after="0" w:line="240" w:lineRule="auto"/>
      </w:pPr>
      <w:rPr>
        <w:color w:val="auto"/>
      </w:rPr>
      <w:tblPr/>
      <w:tcPr>
        <w:tcBorders>
          <w:top w:val="double" w:sz="6" w:space="0" w:color="auto"/>
          <w:left w:val="nil"/>
          <w:bottom w:val="single" w:sz="18" w:space="0" w:color="auto"/>
          <w:right w:val="nil"/>
          <w:insideH w:val="nil"/>
          <w:insideV w:val="nil"/>
        </w:tcBorders>
        <w:shd w:val="clear" w:color="auto" w:fill="FFFFFF" w:themeFill="background1"/>
      </w:tcPr>
    </w:tblStylePr>
    <w:tblStylePr w:type="firstCol">
      <w:rPr>
        <w:b/>
        <w:bCs/>
        <w:color w:val="FFFFFF" w:themeColor="background1"/>
      </w:rPr>
      <w:tblPr/>
      <w:tcPr>
        <w:tcBorders>
          <w:top w:val="nil"/>
          <w:left w:val="nil"/>
          <w:bottom w:val="single" w:sz="18" w:space="0" w:color="auto"/>
          <w:right w:val="nil"/>
          <w:insideH w:val="nil"/>
          <w:insideV w:val="nil"/>
        </w:tcBorders>
        <w:shd w:val="clear" w:color="auto" w:fill="C0504D" w:themeFill="accent2"/>
      </w:tcPr>
    </w:tblStylePr>
    <w:tblStylePr w:type="lastCol">
      <w:rPr>
        <w:b/>
        <w:bCs/>
        <w:color w:val="FFFFFF" w:themeColor="background1"/>
      </w:rPr>
      <w:tblPr/>
      <w:tcPr>
        <w:tcBorders>
          <w:left w:val="nil"/>
          <w:right w:val="nil"/>
          <w:insideH w:val="nil"/>
          <w:insideV w:val="nil"/>
        </w:tcBorders>
        <w:shd w:val="clear" w:color="auto" w:fill="C0504D" w:themeFill="accent2"/>
      </w:tcPr>
    </w:tblStylePr>
    <w:tblStylePr w:type="band1Vert">
      <w:tblPr/>
      <w:tcPr>
        <w:tcBorders>
          <w:left w:val="nil"/>
          <w:right w:val="nil"/>
          <w:insideH w:val="nil"/>
          <w:insideV w:val="nil"/>
        </w:tcBorders>
        <w:shd w:val="clear" w:color="auto" w:fill="D8D8D8" w:themeFill="background1" w:themeFillShade="D8"/>
      </w:tcPr>
    </w:tblStylePr>
    <w:tblStylePr w:type="band1Horz">
      <w:tblPr/>
      <w:tcPr>
        <w:shd w:val="clear" w:color="auto" w:fill="D8D8D8" w:themeFill="background1" w:themeFillShade="D8"/>
      </w:tcPr>
    </w:tblStylePr>
    <w:tblStylePr w:type="neCell">
      <w:tblPr/>
      <w:tcPr>
        <w:tcBorders>
          <w:top w:val="single" w:sz="18" w:space="0" w:color="auto"/>
          <w:left w:val="nil"/>
          <w:bottom w:val="single" w:sz="18" w:space="0" w:color="auto"/>
          <w:right w:val="nil"/>
          <w:insideH w:val="nil"/>
          <w:insideV w:val="nil"/>
        </w:tcBorders>
      </w:tcPr>
    </w:tblStylePr>
    <w:tblStylePr w:type="nwCell">
      <w:rPr>
        <w:color w:val="FFFFFF" w:themeColor="background1"/>
      </w:rPr>
      <w:tblPr/>
      <w:tcPr>
        <w:tcBorders>
          <w:top w:val="single" w:sz="18" w:space="0" w:color="auto"/>
          <w:left w:val="nil"/>
          <w:bottom w:val="single" w:sz="18" w:space="0" w:color="auto"/>
          <w:right w:val="nil"/>
          <w:insideH w:val="nil"/>
          <w:insideV w:val="nil"/>
        </w:tcBorders>
      </w:tcPr>
    </w:tblStylePr>
  </w:style>
  <w:style w:type="table" w:styleId="MediumShading2-Accent3">
    <w:name w:val="Medium Shading 2 Accent 3"/>
    <w:basedOn w:val="TableNormal"/>
    <w:uiPriority w:val="64"/>
    <w:rsid w:val="00CB0664"/>
    <w:pPr>
      <w:spacing w:after="0" w:line="240" w:lineRule="auto"/>
    </w:pPr>
    <w:tblPr>
      <w:tblStyleRowBandSize w:val="1"/>
      <w:tblStyleColBandSize w:val="1"/>
      <w:tblInd w:w="0" w:type="dxa"/>
      <w:tblBorders>
        <w:top w:val="single" w:sz="18" w:space="0" w:color="auto"/>
        <w:bottom w:val="single" w:sz="18" w:space="0" w:color="auto"/>
      </w:tblBorders>
      <w:tblCellMar>
        <w:top w:w="0" w:type="dxa"/>
        <w:left w:w="108" w:type="dxa"/>
        <w:bottom w:w="0" w:type="dxa"/>
        <w:right w:w="108" w:type="dxa"/>
      </w:tblCellMar>
    </w:tblPr>
    <w:tblStylePr w:type="firstRow">
      <w:pPr>
        <w:spacing w:before="0" w:after="0" w:line="240" w:lineRule="auto"/>
      </w:pPr>
      <w:rPr>
        <w:b/>
        <w:bCs/>
        <w:color w:val="FFFFFF" w:themeColor="background1"/>
      </w:rPr>
      <w:tblPr/>
      <w:tcPr>
        <w:tcBorders>
          <w:top w:val="single" w:sz="18" w:space="0" w:color="auto"/>
          <w:left w:val="nil"/>
          <w:bottom w:val="single" w:sz="18" w:space="0" w:color="auto"/>
          <w:right w:val="nil"/>
          <w:insideH w:val="nil"/>
          <w:insideV w:val="nil"/>
        </w:tcBorders>
        <w:shd w:val="clear" w:color="auto" w:fill="9BBB59" w:themeFill="accent3"/>
      </w:tcPr>
    </w:tblStylePr>
    <w:tblStylePr w:type="lastRow">
      <w:pPr>
        <w:spacing w:before="0" w:after="0" w:line="240" w:lineRule="auto"/>
      </w:pPr>
      <w:rPr>
        <w:color w:val="auto"/>
      </w:rPr>
      <w:tblPr/>
      <w:tcPr>
        <w:tcBorders>
          <w:top w:val="double" w:sz="6" w:space="0" w:color="auto"/>
          <w:left w:val="nil"/>
          <w:bottom w:val="single" w:sz="18" w:space="0" w:color="auto"/>
          <w:right w:val="nil"/>
          <w:insideH w:val="nil"/>
          <w:insideV w:val="nil"/>
        </w:tcBorders>
        <w:shd w:val="clear" w:color="auto" w:fill="FFFFFF" w:themeFill="background1"/>
      </w:tcPr>
    </w:tblStylePr>
    <w:tblStylePr w:type="firstCol">
      <w:rPr>
        <w:b/>
        <w:bCs/>
        <w:color w:val="FFFFFF" w:themeColor="background1"/>
      </w:rPr>
      <w:tblPr/>
      <w:tcPr>
        <w:tcBorders>
          <w:top w:val="nil"/>
          <w:left w:val="nil"/>
          <w:bottom w:val="single" w:sz="18" w:space="0" w:color="auto"/>
          <w:right w:val="nil"/>
          <w:insideH w:val="nil"/>
          <w:insideV w:val="nil"/>
        </w:tcBorders>
        <w:shd w:val="clear" w:color="auto" w:fill="9BBB59" w:themeFill="accent3"/>
      </w:tcPr>
    </w:tblStylePr>
    <w:tblStylePr w:type="lastCol">
      <w:rPr>
        <w:b/>
        <w:bCs/>
        <w:color w:val="FFFFFF" w:themeColor="background1"/>
      </w:rPr>
      <w:tblPr/>
      <w:tcPr>
        <w:tcBorders>
          <w:left w:val="nil"/>
          <w:right w:val="nil"/>
          <w:insideH w:val="nil"/>
          <w:insideV w:val="nil"/>
        </w:tcBorders>
        <w:shd w:val="clear" w:color="auto" w:fill="9BBB59" w:themeFill="accent3"/>
      </w:tcPr>
    </w:tblStylePr>
    <w:tblStylePr w:type="band1Vert">
      <w:tblPr/>
      <w:tcPr>
        <w:tcBorders>
          <w:left w:val="nil"/>
          <w:right w:val="nil"/>
          <w:insideH w:val="nil"/>
          <w:insideV w:val="nil"/>
        </w:tcBorders>
        <w:shd w:val="clear" w:color="auto" w:fill="D8D8D8" w:themeFill="background1" w:themeFillShade="D8"/>
      </w:tcPr>
    </w:tblStylePr>
    <w:tblStylePr w:type="band1Horz">
      <w:tblPr/>
      <w:tcPr>
        <w:shd w:val="clear" w:color="auto" w:fill="D8D8D8" w:themeFill="background1" w:themeFillShade="D8"/>
      </w:tcPr>
    </w:tblStylePr>
    <w:tblStylePr w:type="neCell">
      <w:tblPr/>
      <w:tcPr>
        <w:tcBorders>
          <w:top w:val="single" w:sz="18" w:space="0" w:color="auto"/>
          <w:left w:val="nil"/>
          <w:bottom w:val="single" w:sz="18" w:space="0" w:color="auto"/>
          <w:right w:val="nil"/>
          <w:insideH w:val="nil"/>
          <w:insideV w:val="nil"/>
        </w:tcBorders>
      </w:tcPr>
    </w:tblStylePr>
    <w:tblStylePr w:type="nwCell">
      <w:rPr>
        <w:color w:val="FFFFFF" w:themeColor="background1"/>
      </w:rPr>
      <w:tblPr/>
      <w:tcPr>
        <w:tcBorders>
          <w:top w:val="single" w:sz="18" w:space="0" w:color="auto"/>
          <w:left w:val="nil"/>
          <w:bottom w:val="single" w:sz="18" w:space="0" w:color="auto"/>
          <w:right w:val="nil"/>
          <w:insideH w:val="nil"/>
          <w:insideV w:val="nil"/>
        </w:tcBorders>
      </w:tcPr>
    </w:tblStylePr>
  </w:style>
  <w:style w:type="table" w:styleId="MediumShading2-Accent4">
    <w:name w:val="Medium Shading 2 Accent 4"/>
    <w:basedOn w:val="TableNormal"/>
    <w:uiPriority w:val="64"/>
    <w:rsid w:val="00CB0664"/>
    <w:pPr>
      <w:spacing w:after="0" w:line="240" w:lineRule="auto"/>
    </w:pPr>
    <w:tblPr>
      <w:tblStyleRowBandSize w:val="1"/>
      <w:tblStyleColBandSize w:val="1"/>
      <w:tblInd w:w="0" w:type="dxa"/>
      <w:tblBorders>
        <w:top w:val="single" w:sz="18" w:space="0" w:color="auto"/>
        <w:bottom w:val="single" w:sz="18" w:space="0" w:color="auto"/>
      </w:tblBorders>
      <w:tblCellMar>
        <w:top w:w="0" w:type="dxa"/>
        <w:left w:w="108" w:type="dxa"/>
        <w:bottom w:w="0" w:type="dxa"/>
        <w:right w:w="108" w:type="dxa"/>
      </w:tblCellMar>
    </w:tblPr>
    <w:tblStylePr w:type="firstRow">
      <w:pPr>
        <w:spacing w:before="0" w:after="0" w:line="240" w:lineRule="auto"/>
      </w:pPr>
      <w:rPr>
        <w:b/>
        <w:bCs/>
        <w:color w:val="FFFFFF" w:themeColor="background1"/>
      </w:rPr>
      <w:tblPr/>
      <w:tcPr>
        <w:tcBorders>
          <w:top w:val="single" w:sz="18" w:space="0" w:color="auto"/>
          <w:left w:val="nil"/>
          <w:bottom w:val="single" w:sz="18" w:space="0" w:color="auto"/>
          <w:right w:val="nil"/>
          <w:insideH w:val="nil"/>
          <w:insideV w:val="nil"/>
        </w:tcBorders>
        <w:shd w:val="clear" w:color="auto" w:fill="8064A2" w:themeFill="accent4"/>
      </w:tcPr>
    </w:tblStylePr>
    <w:tblStylePr w:type="lastRow">
      <w:pPr>
        <w:spacing w:before="0" w:after="0" w:line="240" w:lineRule="auto"/>
      </w:pPr>
      <w:rPr>
        <w:color w:val="auto"/>
      </w:rPr>
      <w:tblPr/>
      <w:tcPr>
        <w:tcBorders>
          <w:top w:val="double" w:sz="6" w:space="0" w:color="auto"/>
          <w:left w:val="nil"/>
          <w:bottom w:val="single" w:sz="18" w:space="0" w:color="auto"/>
          <w:right w:val="nil"/>
          <w:insideH w:val="nil"/>
          <w:insideV w:val="nil"/>
        </w:tcBorders>
        <w:shd w:val="clear" w:color="auto" w:fill="FFFFFF" w:themeFill="background1"/>
      </w:tcPr>
    </w:tblStylePr>
    <w:tblStylePr w:type="firstCol">
      <w:rPr>
        <w:b/>
        <w:bCs/>
        <w:color w:val="FFFFFF" w:themeColor="background1"/>
      </w:rPr>
      <w:tblPr/>
      <w:tcPr>
        <w:tcBorders>
          <w:top w:val="nil"/>
          <w:left w:val="nil"/>
          <w:bottom w:val="single" w:sz="18" w:space="0" w:color="auto"/>
          <w:right w:val="nil"/>
          <w:insideH w:val="nil"/>
          <w:insideV w:val="nil"/>
        </w:tcBorders>
        <w:shd w:val="clear" w:color="auto" w:fill="8064A2" w:themeFill="accent4"/>
      </w:tcPr>
    </w:tblStylePr>
    <w:tblStylePr w:type="lastCol">
      <w:rPr>
        <w:b/>
        <w:bCs/>
        <w:color w:val="FFFFFF" w:themeColor="background1"/>
      </w:rPr>
      <w:tblPr/>
      <w:tcPr>
        <w:tcBorders>
          <w:left w:val="nil"/>
          <w:right w:val="nil"/>
          <w:insideH w:val="nil"/>
          <w:insideV w:val="nil"/>
        </w:tcBorders>
        <w:shd w:val="clear" w:color="auto" w:fill="8064A2" w:themeFill="accent4"/>
      </w:tcPr>
    </w:tblStylePr>
    <w:tblStylePr w:type="band1Vert">
      <w:tblPr/>
      <w:tcPr>
        <w:tcBorders>
          <w:left w:val="nil"/>
          <w:right w:val="nil"/>
          <w:insideH w:val="nil"/>
          <w:insideV w:val="nil"/>
        </w:tcBorders>
        <w:shd w:val="clear" w:color="auto" w:fill="D8D8D8" w:themeFill="background1" w:themeFillShade="D8"/>
      </w:tcPr>
    </w:tblStylePr>
    <w:tblStylePr w:type="band1Horz">
      <w:tblPr/>
      <w:tcPr>
        <w:shd w:val="clear" w:color="auto" w:fill="D8D8D8" w:themeFill="background1" w:themeFillShade="D8"/>
      </w:tcPr>
    </w:tblStylePr>
    <w:tblStylePr w:type="neCell">
      <w:tblPr/>
      <w:tcPr>
        <w:tcBorders>
          <w:top w:val="single" w:sz="18" w:space="0" w:color="auto"/>
          <w:left w:val="nil"/>
          <w:bottom w:val="single" w:sz="18" w:space="0" w:color="auto"/>
          <w:right w:val="nil"/>
          <w:insideH w:val="nil"/>
          <w:insideV w:val="nil"/>
        </w:tcBorders>
      </w:tcPr>
    </w:tblStylePr>
    <w:tblStylePr w:type="nwCell">
      <w:rPr>
        <w:color w:val="FFFFFF" w:themeColor="background1"/>
      </w:rPr>
      <w:tblPr/>
      <w:tcPr>
        <w:tcBorders>
          <w:top w:val="single" w:sz="18" w:space="0" w:color="auto"/>
          <w:left w:val="nil"/>
          <w:bottom w:val="single" w:sz="18" w:space="0" w:color="auto"/>
          <w:right w:val="nil"/>
          <w:insideH w:val="nil"/>
          <w:insideV w:val="nil"/>
        </w:tcBorders>
      </w:tcPr>
    </w:tblStylePr>
  </w:style>
  <w:style w:type="table" w:styleId="MediumShading2-Accent5">
    <w:name w:val="Medium Shading 2 Accent 5"/>
    <w:basedOn w:val="TableNormal"/>
    <w:uiPriority w:val="64"/>
    <w:rsid w:val="00CB0664"/>
    <w:pPr>
      <w:spacing w:after="0" w:line="240" w:lineRule="auto"/>
    </w:pPr>
    <w:tblPr>
      <w:tblStyleRowBandSize w:val="1"/>
      <w:tblStyleColBandSize w:val="1"/>
      <w:tblInd w:w="0" w:type="dxa"/>
      <w:tblBorders>
        <w:top w:val="single" w:sz="18" w:space="0" w:color="auto"/>
        <w:bottom w:val="single" w:sz="18" w:space="0" w:color="auto"/>
      </w:tblBorders>
      <w:tblCellMar>
        <w:top w:w="0" w:type="dxa"/>
        <w:left w:w="108" w:type="dxa"/>
        <w:bottom w:w="0" w:type="dxa"/>
        <w:right w:w="108" w:type="dxa"/>
      </w:tblCellMar>
    </w:tblPr>
    <w:tblStylePr w:type="firstRow">
      <w:pPr>
        <w:spacing w:before="0" w:after="0" w:line="240" w:lineRule="auto"/>
      </w:pPr>
      <w:rPr>
        <w:b/>
        <w:bCs/>
        <w:color w:val="FFFFFF" w:themeColor="background1"/>
      </w:rPr>
      <w:tblPr/>
      <w:tcPr>
        <w:tcBorders>
          <w:top w:val="single" w:sz="18" w:space="0" w:color="auto"/>
          <w:left w:val="nil"/>
          <w:bottom w:val="single" w:sz="18" w:space="0" w:color="auto"/>
          <w:right w:val="nil"/>
          <w:insideH w:val="nil"/>
          <w:insideV w:val="nil"/>
        </w:tcBorders>
        <w:shd w:val="clear" w:color="auto" w:fill="4BACC6" w:themeFill="accent5"/>
      </w:tcPr>
    </w:tblStylePr>
    <w:tblStylePr w:type="lastRow">
      <w:pPr>
        <w:spacing w:before="0" w:after="0" w:line="240" w:lineRule="auto"/>
      </w:pPr>
      <w:rPr>
        <w:color w:val="auto"/>
      </w:rPr>
      <w:tblPr/>
      <w:tcPr>
        <w:tcBorders>
          <w:top w:val="double" w:sz="6" w:space="0" w:color="auto"/>
          <w:left w:val="nil"/>
          <w:bottom w:val="single" w:sz="18" w:space="0" w:color="auto"/>
          <w:right w:val="nil"/>
          <w:insideH w:val="nil"/>
          <w:insideV w:val="nil"/>
        </w:tcBorders>
        <w:shd w:val="clear" w:color="auto" w:fill="FFFFFF" w:themeFill="background1"/>
      </w:tcPr>
    </w:tblStylePr>
    <w:tblStylePr w:type="firstCol">
      <w:rPr>
        <w:b/>
        <w:bCs/>
        <w:color w:val="FFFFFF" w:themeColor="background1"/>
      </w:rPr>
      <w:tblPr/>
      <w:tcPr>
        <w:tcBorders>
          <w:top w:val="nil"/>
          <w:left w:val="nil"/>
          <w:bottom w:val="single" w:sz="18" w:space="0" w:color="auto"/>
          <w:right w:val="nil"/>
          <w:insideH w:val="nil"/>
          <w:insideV w:val="nil"/>
        </w:tcBorders>
        <w:shd w:val="clear" w:color="auto" w:fill="4BACC6" w:themeFill="accent5"/>
      </w:tcPr>
    </w:tblStylePr>
    <w:tblStylePr w:type="lastCol">
      <w:rPr>
        <w:b/>
        <w:bCs/>
        <w:color w:val="FFFFFF" w:themeColor="background1"/>
      </w:rPr>
      <w:tblPr/>
      <w:tcPr>
        <w:tcBorders>
          <w:left w:val="nil"/>
          <w:right w:val="nil"/>
          <w:insideH w:val="nil"/>
          <w:insideV w:val="nil"/>
        </w:tcBorders>
        <w:shd w:val="clear" w:color="auto" w:fill="4BACC6" w:themeFill="accent5"/>
      </w:tcPr>
    </w:tblStylePr>
    <w:tblStylePr w:type="band1Vert">
      <w:tblPr/>
      <w:tcPr>
        <w:tcBorders>
          <w:left w:val="nil"/>
          <w:right w:val="nil"/>
          <w:insideH w:val="nil"/>
          <w:insideV w:val="nil"/>
        </w:tcBorders>
        <w:shd w:val="clear" w:color="auto" w:fill="D8D8D8" w:themeFill="background1" w:themeFillShade="D8"/>
      </w:tcPr>
    </w:tblStylePr>
    <w:tblStylePr w:type="band1Horz">
      <w:tblPr/>
      <w:tcPr>
        <w:shd w:val="clear" w:color="auto" w:fill="D8D8D8" w:themeFill="background1" w:themeFillShade="D8"/>
      </w:tcPr>
    </w:tblStylePr>
    <w:tblStylePr w:type="neCell">
      <w:tblPr/>
      <w:tcPr>
        <w:tcBorders>
          <w:top w:val="single" w:sz="18" w:space="0" w:color="auto"/>
          <w:left w:val="nil"/>
          <w:bottom w:val="single" w:sz="18" w:space="0" w:color="auto"/>
          <w:right w:val="nil"/>
          <w:insideH w:val="nil"/>
          <w:insideV w:val="nil"/>
        </w:tcBorders>
      </w:tcPr>
    </w:tblStylePr>
    <w:tblStylePr w:type="nwCell">
      <w:rPr>
        <w:color w:val="FFFFFF" w:themeColor="background1"/>
      </w:rPr>
      <w:tblPr/>
      <w:tcPr>
        <w:tcBorders>
          <w:top w:val="single" w:sz="18" w:space="0" w:color="auto"/>
          <w:left w:val="nil"/>
          <w:bottom w:val="single" w:sz="18" w:space="0" w:color="auto"/>
          <w:right w:val="nil"/>
          <w:insideH w:val="nil"/>
          <w:insideV w:val="nil"/>
        </w:tcBorders>
      </w:tcPr>
    </w:tblStylePr>
  </w:style>
  <w:style w:type="table" w:styleId="MediumShading2-Accent6">
    <w:name w:val="Medium Shading 2 Accent 6"/>
    <w:basedOn w:val="TableNormal"/>
    <w:uiPriority w:val="64"/>
    <w:rsid w:val="00CB0664"/>
    <w:pPr>
      <w:spacing w:after="0" w:line="240" w:lineRule="auto"/>
    </w:pPr>
    <w:tblPr>
      <w:tblStyleRowBandSize w:val="1"/>
      <w:tblStyleColBandSize w:val="1"/>
      <w:tblInd w:w="0" w:type="dxa"/>
      <w:tblBorders>
        <w:top w:val="single" w:sz="18" w:space="0" w:color="auto"/>
        <w:bottom w:val="single" w:sz="18" w:space="0" w:color="auto"/>
      </w:tblBorders>
      <w:tblCellMar>
        <w:top w:w="0" w:type="dxa"/>
        <w:left w:w="108" w:type="dxa"/>
        <w:bottom w:w="0" w:type="dxa"/>
        <w:right w:w="108" w:type="dxa"/>
      </w:tblCellMar>
    </w:tblPr>
    <w:tblStylePr w:type="firstRow">
      <w:pPr>
        <w:spacing w:before="0" w:after="0" w:line="240" w:lineRule="auto"/>
      </w:pPr>
      <w:rPr>
        <w:b/>
        <w:bCs/>
        <w:color w:val="FFFFFF" w:themeColor="background1"/>
      </w:rPr>
      <w:tblPr/>
      <w:tcPr>
        <w:tcBorders>
          <w:top w:val="single" w:sz="18" w:space="0" w:color="auto"/>
          <w:left w:val="nil"/>
          <w:bottom w:val="single" w:sz="18" w:space="0" w:color="auto"/>
          <w:right w:val="nil"/>
          <w:insideH w:val="nil"/>
          <w:insideV w:val="nil"/>
        </w:tcBorders>
        <w:shd w:val="clear" w:color="auto" w:fill="F79646" w:themeFill="accent6"/>
      </w:tcPr>
    </w:tblStylePr>
    <w:tblStylePr w:type="lastRow">
      <w:pPr>
        <w:spacing w:before="0" w:after="0" w:line="240" w:lineRule="auto"/>
      </w:pPr>
      <w:rPr>
        <w:color w:val="auto"/>
      </w:rPr>
      <w:tblPr/>
      <w:tcPr>
        <w:tcBorders>
          <w:top w:val="double" w:sz="6" w:space="0" w:color="auto"/>
          <w:left w:val="nil"/>
          <w:bottom w:val="single" w:sz="18" w:space="0" w:color="auto"/>
          <w:right w:val="nil"/>
          <w:insideH w:val="nil"/>
          <w:insideV w:val="nil"/>
        </w:tcBorders>
        <w:shd w:val="clear" w:color="auto" w:fill="FFFFFF" w:themeFill="background1"/>
      </w:tcPr>
    </w:tblStylePr>
    <w:tblStylePr w:type="firstCol">
      <w:rPr>
        <w:b/>
        <w:bCs/>
        <w:color w:val="FFFFFF" w:themeColor="background1"/>
      </w:rPr>
      <w:tblPr/>
      <w:tcPr>
        <w:tcBorders>
          <w:top w:val="nil"/>
          <w:left w:val="nil"/>
          <w:bottom w:val="single" w:sz="18" w:space="0" w:color="auto"/>
          <w:right w:val="nil"/>
          <w:insideH w:val="nil"/>
          <w:insideV w:val="nil"/>
        </w:tcBorders>
        <w:shd w:val="clear" w:color="auto" w:fill="F79646" w:themeFill="accent6"/>
      </w:tcPr>
    </w:tblStylePr>
    <w:tblStylePr w:type="lastCol">
      <w:rPr>
        <w:b/>
        <w:bCs/>
        <w:color w:val="FFFFFF" w:themeColor="background1"/>
      </w:rPr>
      <w:tblPr/>
      <w:tcPr>
        <w:tcBorders>
          <w:left w:val="nil"/>
          <w:right w:val="nil"/>
          <w:insideH w:val="nil"/>
          <w:insideV w:val="nil"/>
        </w:tcBorders>
        <w:shd w:val="clear" w:color="auto" w:fill="F79646" w:themeFill="accent6"/>
      </w:tcPr>
    </w:tblStylePr>
    <w:tblStylePr w:type="band1Vert">
      <w:tblPr/>
      <w:tcPr>
        <w:tcBorders>
          <w:left w:val="nil"/>
          <w:right w:val="nil"/>
          <w:insideH w:val="nil"/>
          <w:insideV w:val="nil"/>
        </w:tcBorders>
        <w:shd w:val="clear" w:color="auto" w:fill="D8D8D8" w:themeFill="background1" w:themeFillShade="D8"/>
      </w:tcPr>
    </w:tblStylePr>
    <w:tblStylePr w:type="band1Horz">
      <w:tblPr/>
      <w:tcPr>
        <w:shd w:val="clear" w:color="auto" w:fill="D8D8D8" w:themeFill="background1" w:themeFillShade="D8"/>
      </w:tcPr>
    </w:tblStylePr>
    <w:tblStylePr w:type="neCell">
      <w:tblPr/>
      <w:tcPr>
        <w:tcBorders>
          <w:top w:val="single" w:sz="18" w:space="0" w:color="auto"/>
          <w:left w:val="nil"/>
          <w:bottom w:val="single" w:sz="18" w:space="0" w:color="auto"/>
          <w:right w:val="nil"/>
          <w:insideH w:val="nil"/>
          <w:insideV w:val="nil"/>
        </w:tcBorders>
      </w:tcPr>
    </w:tblStylePr>
    <w:tblStylePr w:type="nwCell">
      <w:rPr>
        <w:color w:val="FFFFFF" w:themeColor="background1"/>
      </w:rPr>
      <w:tblPr/>
      <w:tcPr>
        <w:tcBorders>
          <w:top w:val="single" w:sz="18" w:space="0" w:color="auto"/>
          <w:left w:val="nil"/>
          <w:bottom w:val="single" w:sz="18" w:space="0" w:color="auto"/>
          <w:right w:val="nil"/>
          <w:insideH w:val="nil"/>
          <w:insideV w:val="nil"/>
        </w:tcBorders>
      </w:tcPr>
    </w:tblStylePr>
  </w:style>
  <w:style w:type="table" w:styleId="MediumList1">
    <w:name w:val="Medium List 1"/>
    <w:basedOn w:val="TableNormal"/>
    <w:uiPriority w:val="65"/>
    <w:rsid w:val="00CB0664"/>
    <w:pPr>
      <w:spacing w:after="0" w:line="240" w:lineRule="auto"/>
    </w:pPr>
    <w:rPr>
      <w:color w:val="000000" w:themeColor="text1"/>
    </w:rPr>
    <w:tblPr>
      <w:tblStyleRowBandSize w:val="1"/>
      <w:tblStyleColBandSize w:val="1"/>
      <w:tblInd w:w="0" w:type="dxa"/>
      <w:tblBorders>
        <w:top w:val="single" w:sz="8" w:space="0" w:color="000000" w:themeColor="text1"/>
        <w:bottom w:val="single" w:sz="8" w:space="0" w:color="000000" w:themeColor="text1"/>
      </w:tblBorders>
      <w:tblCellMar>
        <w:top w:w="0" w:type="dxa"/>
        <w:left w:w="108" w:type="dxa"/>
        <w:bottom w:w="0" w:type="dxa"/>
        <w:right w:w="108" w:type="dxa"/>
      </w:tblCellMar>
    </w:tblPr>
    <w:tblStylePr w:type="firstRow">
      <w:rPr>
        <w:rFonts w:asciiTheme="majorHAnsi" w:eastAsiaTheme="majorEastAsia" w:hAnsiTheme="majorHAnsi" w:cstheme="majorBidi"/>
      </w:rPr>
      <w:tblPr/>
      <w:tcPr>
        <w:tcBorders>
          <w:top w:val="nil"/>
          <w:bottom w:val="single" w:sz="8" w:space="0" w:color="000000" w:themeColor="text1"/>
        </w:tcBorders>
      </w:tcPr>
    </w:tblStylePr>
    <w:tblStylePr w:type="lastRow">
      <w:rPr>
        <w:b/>
        <w:bCs/>
        <w:color w:val="1F497D" w:themeColor="text2"/>
      </w:rPr>
      <w:tblPr/>
      <w:tcPr>
        <w:tcBorders>
          <w:top w:val="single" w:sz="8" w:space="0" w:color="000000" w:themeColor="text1"/>
          <w:bottom w:val="single" w:sz="8" w:space="0" w:color="000000" w:themeColor="text1"/>
        </w:tcBorders>
      </w:tcPr>
    </w:tblStylePr>
    <w:tblStylePr w:type="firstCol">
      <w:rPr>
        <w:b/>
        <w:bCs/>
      </w:rPr>
    </w:tblStylePr>
    <w:tblStylePr w:type="lastCol">
      <w:rPr>
        <w:b/>
        <w:bCs/>
      </w:rPr>
      <w:tblPr/>
      <w:tcPr>
        <w:tcBorders>
          <w:top w:val="single" w:sz="8" w:space="0" w:color="000000" w:themeColor="text1"/>
          <w:bottom w:val="single" w:sz="8" w:space="0" w:color="000000" w:themeColor="text1"/>
        </w:tcBorders>
      </w:tcPr>
    </w:tblStylePr>
    <w:tblStylePr w:type="band1Vert">
      <w:tblPr/>
      <w:tcPr>
        <w:shd w:val="clear" w:color="auto" w:fill="C0C0C0" w:themeFill="text1" w:themeFillTint="3F"/>
      </w:tcPr>
    </w:tblStylePr>
    <w:tblStylePr w:type="band1Horz">
      <w:tblPr/>
      <w:tcPr>
        <w:shd w:val="clear" w:color="auto" w:fill="C0C0C0" w:themeFill="text1" w:themeFillTint="3F"/>
      </w:tcPr>
    </w:tblStylePr>
  </w:style>
  <w:style w:type="table" w:styleId="MediumList1-Accent1">
    <w:name w:val="Medium List 1 Accent 1"/>
    <w:basedOn w:val="TableNormal"/>
    <w:uiPriority w:val="65"/>
    <w:rsid w:val="00CB0664"/>
    <w:pPr>
      <w:spacing w:after="0" w:line="240" w:lineRule="auto"/>
    </w:pPr>
    <w:rPr>
      <w:color w:val="000000" w:themeColor="text1"/>
    </w:rPr>
    <w:tblPr>
      <w:tblStyleRowBandSize w:val="1"/>
      <w:tblStyleColBandSize w:val="1"/>
      <w:tblInd w:w="0" w:type="dxa"/>
      <w:tblBorders>
        <w:top w:val="single" w:sz="8" w:space="0" w:color="4F81BD" w:themeColor="accent1"/>
        <w:bottom w:val="single" w:sz="8" w:space="0" w:color="4F81BD" w:themeColor="accent1"/>
      </w:tblBorders>
      <w:tblCellMar>
        <w:top w:w="0" w:type="dxa"/>
        <w:left w:w="108" w:type="dxa"/>
        <w:bottom w:w="0" w:type="dxa"/>
        <w:right w:w="108" w:type="dxa"/>
      </w:tblCellMar>
    </w:tblPr>
    <w:tblStylePr w:type="firstRow">
      <w:rPr>
        <w:rFonts w:asciiTheme="majorHAnsi" w:eastAsiaTheme="majorEastAsia" w:hAnsiTheme="majorHAnsi" w:cstheme="majorBidi"/>
      </w:rPr>
      <w:tblPr/>
      <w:tcPr>
        <w:tcBorders>
          <w:top w:val="nil"/>
          <w:bottom w:val="single" w:sz="8" w:space="0" w:color="4F81BD" w:themeColor="accent1"/>
        </w:tcBorders>
      </w:tcPr>
    </w:tblStylePr>
    <w:tblStylePr w:type="lastRow">
      <w:rPr>
        <w:b/>
        <w:bCs/>
        <w:color w:val="1F497D" w:themeColor="text2"/>
      </w:rPr>
      <w:tblPr/>
      <w:tcPr>
        <w:tcBorders>
          <w:top w:val="single" w:sz="8" w:space="0" w:color="4F81BD" w:themeColor="accent1"/>
          <w:bottom w:val="single" w:sz="8" w:space="0" w:color="4F81BD" w:themeColor="accent1"/>
        </w:tcBorders>
      </w:tcPr>
    </w:tblStylePr>
    <w:tblStylePr w:type="firstCol">
      <w:rPr>
        <w:b/>
        <w:bCs/>
      </w:rPr>
    </w:tblStylePr>
    <w:tblStylePr w:type="lastCol">
      <w:rPr>
        <w:b/>
        <w:bCs/>
      </w:rPr>
      <w:tblPr/>
      <w:tcPr>
        <w:tcBorders>
          <w:top w:val="single" w:sz="8" w:space="0" w:color="4F81BD" w:themeColor="accent1"/>
          <w:bottom w:val="single" w:sz="8" w:space="0" w:color="4F81BD" w:themeColor="accent1"/>
        </w:tcBorders>
      </w:tcPr>
    </w:tblStylePr>
    <w:tblStylePr w:type="band1Vert">
      <w:tblPr/>
      <w:tcPr>
        <w:shd w:val="clear" w:color="auto" w:fill="D3DFEE" w:themeFill="accent1" w:themeFillTint="3F"/>
      </w:tcPr>
    </w:tblStylePr>
    <w:tblStylePr w:type="band1Horz">
      <w:tblPr/>
      <w:tcPr>
        <w:shd w:val="clear" w:color="auto" w:fill="D3DFEE" w:themeFill="accent1" w:themeFillTint="3F"/>
      </w:tcPr>
    </w:tblStylePr>
  </w:style>
  <w:style w:type="table" w:styleId="MediumList1-Accent2">
    <w:name w:val="Medium List 1 Accent 2"/>
    <w:basedOn w:val="TableNormal"/>
    <w:uiPriority w:val="65"/>
    <w:rsid w:val="00CB0664"/>
    <w:pPr>
      <w:spacing w:after="0" w:line="240" w:lineRule="auto"/>
    </w:pPr>
    <w:rPr>
      <w:color w:val="000000" w:themeColor="text1"/>
    </w:rPr>
    <w:tblPr>
      <w:tblStyleRowBandSize w:val="1"/>
      <w:tblStyleColBandSize w:val="1"/>
      <w:tblInd w:w="0" w:type="dxa"/>
      <w:tblBorders>
        <w:top w:val="single" w:sz="8" w:space="0" w:color="C0504D" w:themeColor="accent2"/>
        <w:bottom w:val="single" w:sz="8" w:space="0" w:color="C0504D" w:themeColor="accent2"/>
      </w:tblBorders>
      <w:tblCellMar>
        <w:top w:w="0" w:type="dxa"/>
        <w:left w:w="108" w:type="dxa"/>
        <w:bottom w:w="0" w:type="dxa"/>
        <w:right w:w="108" w:type="dxa"/>
      </w:tblCellMar>
    </w:tblPr>
    <w:tblStylePr w:type="firstRow">
      <w:rPr>
        <w:rFonts w:asciiTheme="majorHAnsi" w:eastAsiaTheme="majorEastAsia" w:hAnsiTheme="majorHAnsi" w:cstheme="majorBidi"/>
      </w:rPr>
      <w:tblPr/>
      <w:tcPr>
        <w:tcBorders>
          <w:top w:val="nil"/>
          <w:bottom w:val="single" w:sz="8" w:space="0" w:color="C0504D" w:themeColor="accent2"/>
        </w:tcBorders>
      </w:tcPr>
    </w:tblStylePr>
    <w:tblStylePr w:type="lastRow">
      <w:rPr>
        <w:b/>
        <w:bCs/>
        <w:color w:val="1F497D" w:themeColor="text2"/>
      </w:rPr>
      <w:tblPr/>
      <w:tcPr>
        <w:tcBorders>
          <w:top w:val="single" w:sz="8" w:space="0" w:color="C0504D" w:themeColor="accent2"/>
          <w:bottom w:val="single" w:sz="8" w:space="0" w:color="C0504D" w:themeColor="accent2"/>
        </w:tcBorders>
      </w:tcPr>
    </w:tblStylePr>
    <w:tblStylePr w:type="firstCol">
      <w:rPr>
        <w:b/>
        <w:bCs/>
      </w:rPr>
    </w:tblStylePr>
    <w:tblStylePr w:type="lastCol">
      <w:rPr>
        <w:b/>
        <w:bCs/>
      </w:rPr>
      <w:tblPr/>
      <w:tcPr>
        <w:tcBorders>
          <w:top w:val="single" w:sz="8" w:space="0" w:color="C0504D" w:themeColor="accent2"/>
          <w:bottom w:val="single" w:sz="8" w:space="0" w:color="C0504D" w:themeColor="accent2"/>
        </w:tcBorders>
      </w:tcPr>
    </w:tblStylePr>
    <w:tblStylePr w:type="band1Vert">
      <w:tblPr/>
      <w:tcPr>
        <w:shd w:val="clear" w:color="auto" w:fill="EFD3D2" w:themeFill="accent2" w:themeFillTint="3F"/>
      </w:tcPr>
    </w:tblStylePr>
    <w:tblStylePr w:type="band1Horz">
      <w:tblPr/>
      <w:tcPr>
        <w:shd w:val="clear" w:color="auto" w:fill="EFD3D2" w:themeFill="accent2" w:themeFillTint="3F"/>
      </w:tcPr>
    </w:tblStylePr>
  </w:style>
  <w:style w:type="table" w:styleId="MediumList1-Accent3">
    <w:name w:val="Medium List 1 Accent 3"/>
    <w:basedOn w:val="TableNormal"/>
    <w:uiPriority w:val="65"/>
    <w:rsid w:val="00CB0664"/>
    <w:pPr>
      <w:spacing w:after="0" w:line="240" w:lineRule="auto"/>
    </w:pPr>
    <w:rPr>
      <w:color w:val="000000" w:themeColor="text1"/>
    </w:rPr>
    <w:tblPr>
      <w:tblStyleRowBandSize w:val="1"/>
      <w:tblStyleColBandSize w:val="1"/>
      <w:tblInd w:w="0" w:type="dxa"/>
      <w:tblBorders>
        <w:top w:val="single" w:sz="8" w:space="0" w:color="9BBB59" w:themeColor="accent3"/>
        <w:bottom w:val="single" w:sz="8" w:space="0" w:color="9BBB59" w:themeColor="accent3"/>
      </w:tblBorders>
      <w:tblCellMar>
        <w:top w:w="0" w:type="dxa"/>
        <w:left w:w="108" w:type="dxa"/>
        <w:bottom w:w="0" w:type="dxa"/>
        <w:right w:w="108" w:type="dxa"/>
      </w:tblCellMar>
    </w:tblPr>
    <w:tblStylePr w:type="firstRow">
      <w:rPr>
        <w:rFonts w:asciiTheme="majorHAnsi" w:eastAsiaTheme="majorEastAsia" w:hAnsiTheme="majorHAnsi" w:cstheme="majorBidi"/>
      </w:rPr>
      <w:tblPr/>
      <w:tcPr>
        <w:tcBorders>
          <w:top w:val="nil"/>
          <w:bottom w:val="single" w:sz="8" w:space="0" w:color="9BBB59" w:themeColor="accent3"/>
        </w:tcBorders>
      </w:tcPr>
    </w:tblStylePr>
    <w:tblStylePr w:type="lastRow">
      <w:rPr>
        <w:b/>
        <w:bCs/>
        <w:color w:val="1F497D" w:themeColor="text2"/>
      </w:rPr>
      <w:tblPr/>
      <w:tcPr>
        <w:tcBorders>
          <w:top w:val="single" w:sz="8" w:space="0" w:color="9BBB59" w:themeColor="accent3"/>
          <w:bottom w:val="single" w:sz="8" w:space="0" w:color="9BBB59" w:themeColor="accent3"/>
        </w:tcBorders>
      </w:tcPr>
    </w:tblStylePr>
    <w:tblStylePr w:type="firstCol">
      <w:rPr>
        <w:b/>
        <w:bCs/>
      </w:rPr>
    </w:tblStylePr>
    <w:tblStylePr w:type="lastCol">
      <w:rPr>
        <w:b/>
        <w:bCs/>
      </w:rPr>
      <w:tblPr/>
      <w:tcPr>
        <w:tcBorders>
          <w:top w:val="single" w:sz="8" w:space="0" w:color="9BBB59" w:themeColor="accent3"/>
          <w:bottom w:val="single" w:sz="8" w:space="0" w:color="9BBB59" w:themeColor="accent3"/>
        </w:tcBorders>
      </w:tcPr>
    </w:tblStylePr>
    <w:tblStylePr w:type="band1Vert">
      <w:tblPr/>
      <w:tcPr>
        <w:shd w:val="clear" w:color="auto" w:fill="E6EED5" w:themeFill="accent3" w:themeFillTint="3F"/>
      </w:tcPr>
    </w:tblStylePr>
    <w:tblStylePr w:type="band1Horz">
      <w:tblPr/>
      <w:tcPr>
        <w:shd w:val="clear" w:color="auto" w:fill="E6EED5" w:themeFill="accent3" w:themeFillTint="3F"/>
      </w:tcPr>
    </w:tblStylePr>
  </w:style>
  <w:style w:type="table" w:styleId="MediumList1-Accent4">
    <w:name w:val="Medium List 1 Accent 4"/>
    <w:basedOn w:val="TableNormal"/>
    <w:uiPriority w:val="65"/>
    <w:rsid w:val="00CB0664"/>
    <w:pPr>
      <w:spacing w:after="0" w:line="240" w:lineRule="auto"/>
    </w:pPr>
    <w:rPr>
      <w:color w:val="000000" w:themeColor="text1"/>
    </w:rPr>
    <w:tblPr>
      <w:tblStyleRowBandSize w:val="1"/>
      <w:tblStyleColBandSize w:val="1"/>
      <w:tblInd w:w="0" w:type="dxa"/>
      <w:tblBorders>
        <w:top w:val="single" w:sz="8" w:space="0" w:color="8064A2" w:themeColor="accent4"/>
        <w:bottom w:val="single" w:sz="8" w:space="0" w:color="8064A2" w:themeColor="accent4"/>
      </w:tblBorders>
      <w:tblCellMar>
        <w:top w:w="0" w:type="dxa"/>
        <w:left w:w="108" w:type="dxa"/>
        <w:bottom w:w="0" w:type="dxa"/>
        <w:right w:w="108" w:type="dxa"/>
      </w:tblCellMar>
    </w:tblPr>
    <w:tblStylePr w:type="firstRow">
      <w:rPr>
        <w:rFonts w:asciiTheme="majorHAnsi" w:eastAsiaTheme="majorEastAsia" w:hAnsiTheme="majorHAnsi" w:cstheme="majorBidi"/>
      </w:rPr>
      <w:tblPr/>
      <w:tcPr>
        <w:tcBorders>
          <w:top w:val="nil"/>
          <w:bottom w:val="single" w:sz="8" w:space="0" w:color="8064A2" w:themeColor="accent4"/>
        </w:tcBorders>
      </w:tcPr>
    </w:tblStylePr>
    <w:tblStylePr w:type="lastRow">
      <w:rPr>
        <w:b/>
        <w:bCs/>
        <w:color w:val="1F497D" w:themeColor="text2"/>
      </w:rPr>
      <w:tblPr/>
      <w:tcPr>
        <w:tcBorders>
          <w:top w:val="single" w:sz="8" w:space="0" w:color="8064A2" w:themeColor="accent4"/>
          <w:bottom w:val="single" w:sz="8" w:space="0" w:color="8064A2" w:themeColor="accent4"/>
        </w:tcBorders>
      </w:tcPr>
    </w:tblStylePr>
    <w:tblStylePr w:type="firstCol">
      <w:rPr>
        <w:b/>
        <w:bCs/>
      </w:rPr>
    </w:tblStylePr>
    <w:tblStylePr w:type="lastCol">
      <w:rPr>
        <w:b/>
        <w:bCs/>
      </w:rPr>
      <w:tblPr/>
      <w:tcPr>
        <w:tcBorders>
          <w:top w:val="single" w:sz="8" w:space="0" w:color="8064A2" w:themeColor="accent4"/>
          <w:bottom w:val="single" w:sz="8" w:space="0" w:color="8064A2" w:themeColor="accent4"/>
        </w:tcBorders>
      </w:tcPr>
    </w:tblStylePr>
    <w:tblStylePr w:type="band1Vert">
      <w:tblPr/>
      <w:tcPr>
        <w:shd w:val="clear" w:color="auto" w:fill="DFD8E8" w:themeFill="accent4" w:themeFillTint="3F"/>
      </w:tcPr>
    </w:tblStylePr>
    <w:tblStylePr w:type="band1Horz">
      <w:tblPr/>
      <w:tcPr>
        <w:shd w:val="clear" w:color="auto" w:fill="DFD8E8" w:themeFill="accent4" w:themeFillTint="3F"/>
      </w:tcPr>
    </w:tblStylePr>
  </w:style>
  <w:style w:type="table" w:styleId="MediumList1-Accent5">
    <w:name w:val="Medium List 1 Accent 5"/>
    <w:basedOn w:val="TableNormal"/>
    <w:uiPriority w:val="65"/>
    <w:rsid w:val="00CB0664"/>
    <w:pPr>
      <w:spacing w:after="0" w:line="240" w:lineRule="auto"/>
    </w:pPr>
    <w:rPr>
      <w:color w:val="000000" w:themeColor="text1"/>
    </w:rPr>
    <w:tblPr>
      <w:tblStyleRowBandSize w:val="1"/>
      <w:tblStyleColBandSize w:val="1"/>
      <w:tblInd w:w="0" w:type="dxa"/>
      <w:tblBorders>
        <w:top w:val="single" w:sz="8" w:space="0" w:color="4BACC6" w:themeColor="accent5"/>
        <w:bottom w:val="single" w:sz="8" w:space="0" w:color="4BACC6" w:themeColor="accent5"/>
      </w:tblBorders>
      <w:tblCellMar>
        <w:top w:w="0" w:type="dxa"/>
        <w:left w:w="108" w:type="dxa"/>
        <w:bottom w:w="0" w:type="dxa"/>
        <w:right w:w="108" w:type="dxa"/>
      </w:tblCellMar>
    </w:tblPr>
    <w:tblStylePr w:type="firstRow">
      <w:rPr>
        <w:rFonts w:asciiTheme="majorHAnsi" w:eastAsiaTheme="majorEastAsia" w:hAnsiTheme="majorHAnsi" w:cstheme="majorBidi"/>
      </w:rPr>
      <w:tblPr/>
      <w:tcPr>
        <w:tcBorders>
          <w:top w:val="nil"/>
          <w:bottom w:val="single" w:sz="8" w:space="0" w:color="4BACC6" w:themeColor="accent5"/>
        </w:tcBorders>
      </w:tcPr>
    </w:tblStylePr>
    <w:tblStylePr w:type="lastRow">
      <w:rPr>
        <w:b/>
        <w:bCs/>
        <w:color w:val="1F497D" w:themeColor="text2"/>
      </w:rPr>
      <w:tblPr/>
      <w:tcPr>
        <w:tcBorders>
          <w:top w:val="single" w:sz="8" w:space="0" w:color="4BACC6" w:themeColor="accent5"/>
          <w:bottom w:val="single" w:sz="8" w:space="0" w:color="4BACC6" w:themeColor="accent5"/>
        </w:tcBorders>
      </w:tcPr>
    </w:tblStylePr>
    <w:tblStylePr w:type="firstCol">
      <w:rPr>
        <w:b/>
        <w:bCs/>
      </w:rPr>
    </w:tblStylePr>
    <w:tblStylePr w:type="lastCol">
      <w:rPr>
        <w:b/>
        <w:bCs/>
      </w:rPr>
      <w:tblPr/>
      <w:tcPr>
        <w:tcBorders>
          <w:top w:val="single" w:sz="8" w:space="0" w:color="4BACC6" w:themeColor="accent5"/>
          <w:bottom w:val="single" w:sz="8" w:space="0" w:color="4BACC6" w:themeColor="accent5"/>
        </w:tcBorders>
      </w:tcPr>
    </w:tblStylePr>
    <w:tblStylePr w:type="band1Vert">
      <w:tblPr/>
      <w:tcPr>
        <w:shd w:val="clear" w:color="auto" w:fill="D2EAF1" w:themeFill="accent5" w:themeFillTint="3F"/>
      </w:tcPr>
    </w:tblStylePr>
    <w:tblStylePr w:type="band1Horz">
      <w:tblPr/>
      <w:tcPr>
        <w:shd w:val="clear" w:color="auto" w:fill="D2EAF1" w:themeFill="accent5" w:themeFillTint="3F"/>
      </w:tcPr>
    </w:tblStylePr>
  </w:style>
  <w:style w:type="table" w:styleId="MediumList1-Accent6">
    <w:name w:val="Medium List 1 Accent 6"/>
    <w:basedOn w:val="TableNormal"/>
    <w:uiPriority w:val="65"/>
    <w:rsid w:val="00CB0664"/>
    <w:pPr>
      <w:spacing w:after="0" w:line="240" w:lineRule="auto"/>
    </w:pPr>
    <w:rPr>
      <w:color w:val="000000" w:themeColor="text1"/>
    </w:rPr>
    <w:tblPr>
      <w:tblStyleRowBandSize w:val="1"/>
      <w:tblStyleColBandSize w:val="1"/>
      <w:tblInd w:w="0" w:type="dxa"/>
      <w:tblBorders>
        <w:top w:val="single" w:sz="8" w:space="0" w:color="F79646" w:themeColor="accent6"/>
        <w:bottom w:val="single" w:sz="8" w:space="0" w:color="F79646" w:themeColor="accent6"/>
      </w:tblBorders>
      <w:tblCellMar>
        <w:top w:w="0" w:type="dxa"/>
        <w:left w:w="108" w:type="dxa"/>
        <w:bottom w:w="0" w:type="dxa"/>
        <w:right w:w="108" w:type="dxa"/>
      </w:tblCellMar>
    </w:tblPr>
    <w:tblStylePr w:type="firstRow">
      <w:rPr>
        <w:rFonts w:asciiTheme="majorHAnsi" w:eastAsiaTheme="majorEastAsia" w:hAnsiTheme="majorHAnsi" w:cstheme="majorBidi"/>
      </w:rPr>
      <w:tblPr/>
      <w:tcPr>
        <w:tcBorders>
          <w:top w:val="nil"/>
          <w:bottom w:val="single" w:sz="8" w:space="0" w:color="F79646" w:themeColor="accent6"/>
        </w:tcBorders>
      </w:tcPr>
    </w:tblStylePr>
    <w:tblStylePr w:type="lastRow">
      <w:rPr>
        <w:b/>
        <w:bCs/>
        <w:color w:val="1F497D" w:themeColor="text2"/>
      </w:rPr>
      <w:tblPr/>
      <w:tcPr>
        <w:tcBorders>
          <w:top w:val="single" w:sz="8" w:space="0" w:color="F79646" w:themeColor="accent6"/>
          <w:bottom w:val="single" w:sz="8" w:space="0" w:color="F79646" w:themeColor="accent6"/>
        </w:tcBorders>
      </w:tcPr>
    </w:tblStylePr>
    <w:tblStylePr w:type="firstCol">
      <w:rPr>
        <w:b/>
        <w:bCs/>
      </w:rPr>
    </w:tblStylePr>
    <w:tblStylePr w:type="lastCol">
      <w:rPr>
        <w:b/>
        <w:bCs/>
      </w:rPr>
      <w:tblPr/>
      <w:tcPr>
        <w:tcBorders>
          <w:top w:val="single" w:sz="8" w:space="0" w:color="F79646" w:themeColor="accent6"/>
          <w:bottom w:val="single" w:sz="8" w:space="0" w:color="F79646" w:themeColor="accent6"/>
        </w:tcBorders>
      </w:tcPr>
    </w:tblStylePr>
    <w:tblStylePr w:type="band1Vert">
      <w:tblPr/>
      <w:tcPr>
        <w:shd w:val="clear" w:color="auto" w:fill="FDE4D0" w:themeFill="accent6" w:themeFillTint="3F"/>
      </w:tcPr>
    </w:tblStylePr>
    <w:tblStylePr w:type="band1Horz">
      <w:tblPr/>
      <w:tcPr>
        <w:shd w:val="clear" w:color="auto" w:fill="FDE4D0" w:themeFill="accent6" w:themeFillTint="3F"/>
      </w:tcPr>
    </w:tblStylePr>
  </w:style>
  <w:style w:type="table" w:styleId="MediumList2">
    <w:name w:val="Medium List 2"/>
    <w:basedOn w:val="TableNormal"/>
    <w:uiPriority w:val="66"/>
    <w:rsid w:val="00CB0664"/>
    <w:pPr>
      <w:spacing w:after="0" w:line="240" w:lineRule="auto"/>
    </w:pPr>
    <w:rPr>
      <w:rFonts w:asciiTheme="majorHAnsi" w:eastAsiaTheme="majorEastAsia" w:hAnsiTheme="majorHAnsi" w:cstheme="majorBidi"/>
      <w:color w:val="000000" w:themeColor="text1"/>
    </w:rPr>
    <w:tblPr>
      <w:tblStyleRowBandSize w:val="1"/>
      <w:tblStyleColBandSize w:val="1"/>
      <w:tblInd w:w="0" w:type="dxa"/>
      <w:tblBorders>
        <w:top w:val="single" w:sz="8" w:space="0" w:color="000000" w:themeColor="text1"/>
        <w:left w:val="single" w:sz="8" w:space="0" w:color="000000" w:themeColor="text1"/>
        <w:bottom w:val="single" w:sz="8" w:space="0" w:color="000000" w:themeColor="text1"/>
        <w:right w:val="single" w:sz="8" w:space="0" w:color="000000" w:themeColor="text1"/>
      </w:tblBorders>
      <w:tblCellMar>
        <w:top w:w="0" w:type="dxa"/>
        <w:left w:w="108" w:type="dxa"/>
        <w:bottom w:w="0" w:type="dxa"/>
        <w:right w:w="108" w:type="dxa"/>
      </w:tblCellMar>
    </w:tblPr>
    <w:tblStylePr w:type="firstRow">
      <w:rPr>
        <w:sz w:val="24"/>
        <w:szCs w:val="24"/>
      </w:rPr>
      <w:tblPr/>
      <w:tcPr>
        <w:tcBorders>
          <w:top w:val="nil"/>
          <w:left w:val="nil"/>
          <w:bottom w:val="single" w:sz="24" w:space="0" w:color="000000" w:themeColor="text1"/>
          <w:right w:val="nil"/>
          <w:insideH w:val="nil"/>
          <w:insideV w:val="nil"/>
        </w:tcBorders>
        <w:shd w:val="clear" w:color="auto" w:fill="FFFFFF" w:themeFill="background1"/>
      </w:tcPr>
    </w:tblStylePr>
    <w:tblStylePr w:type="lastRow">
      <w:tblPr/>
      <w:tcPr>
        <w:tcBorders>
          <w:top w:val="single" w:sz="8" w:space="0" w:color="000000" w:themeColor="text1"/>
          <w:left w:val="nil"/>
          <w:bottom w:val="nil"/>
          <w:right w:val="nil"/>
          <w:insideH w:val="nil"/>
          <w:insideV w:val="nil"/>
        </w:tcBorders>
        <w:shd w:val="clear" w:color="auto" w:fill="FFFFFF" w:themeFill="background1"/>
      </w:tcPr>
    </w:tblStylePr>
    <w:tblStylePr w:type="firstCol">
      <w:tblPr/>
      <w:tcPr>
        <w:tcBorders>
          <w:top w:val="nil"/>
          <w:left w:val="nil"/>
          <w:bottom w:val="nil"/>
          <w:right w:val="single" w:sz="8" w:space="0" w:color="000000" w:themeColor="text1"/>
          <w:insideH w:val="nil"/>
          <w:insideV w:val="nil"/>
        </w:tcBorders>
        <w:shd w:val="clear" w:color="auto" w:fill="FFFFFF" w:themeFill="background1"/>
      </w:tcPr>
    </w:tblStylePr>
    <w:tblStylePr w:type="lastCol">
      <w:tblPr/>
      <w:tcPr>
        <w:tcBorders>
          <w:top w:val="nil"/>
          <w:left w:val="single" w:sz="8" w:space="0" w:color="000000" w:themeColor="text1"/>
          <w:bottom w:val="nil"/>
          <w:right w:val="nil"/>
          <w:insideH w:val="nil"/>
          <w:insideV w:val="nil"/>
        </w:tcBorders>
        <w:shd w:val="clear" w:color="auto" w:fill="FFFFFF" w:themeFill="background1"/>
      </w:tcPr>
    </w:tblStylePr>
    <w:tblStylePr w:type="band1Vert">
      <w:tblPr/>
      <w:tcPr>
        <w:tcBorders>
          <w:left w:val="nil"/>
          <w:right w:val="nil"/>
          <w:insideH w:val="nil"/>
          <w:insideV w:val="nil"/>
        </w:tcBorders>
        <w:shd w:val="clear" w:color="auto" w:fill="C0C0C0" w:themeFill="text1" w:themeFillTint="3F"/>
      </w:tcPr>
    </w:tblStylePr>
    <w:tblStylePr w:type="band1Horz">
      <w:tblPr/>
      <w:tcPr>
        <w:tcBorders>
          <w:top w:val="nil"/>
          <w:bottom w:val="nil"/>
          <w:insideH w:val="nil"/>
          <w:insideV w:val="nil"/>
        </w:tcBorders>
        <w:shd w:val="clear" w:color="auto" w:fill="C0C0C0" w:themeFill="text1" w:themeFillTint="3F"/>
      </w:tcPr>
    </w:tblStylePr>
    <w:tblStylePr w:type="nwCell">
      <w:tblPr/>
      <w:tcPr>
        <w:shd w:val="clear" w:color="auto" w:fill="FFFFFF" w:themeFill="background1"/>
      </w:tcPr>
    </w:tblStylePr>
    <w:tblStylePr w:type="swCell">
      <w:tblPr/>
      <w:tcPr>
        <w:tcBorders>
          <w:top w:val="nil"/>
        </w:tcBorders>
      </w:tcPr>
    </w:tblStylePr>
  </w:style>
  <w:style w:type="table" w:styleId="MediumList2-Accent1">
    <w:name w:val="Medium List 2 Accent 1"/>
    <w:basedOn w:val="TableNormal"/>
    <w:uiPriority w:val="66"/>
    <w:rsid w:val="00CB0664"/>
    <w:pPr>
      <w:spacing w:after="0" w:line="240" w:lineRule="auto"/>
    </w:pPr>
    <w:rPr>
      <w:rFonts w:asciiTheme="majorHAnsi" w:eastAsiaTheme="majorEastAsia" w:hAnsiTheme="majorHAnsi" w:cstheme="majorBidi"/>
      <w:color w:val="000000" w:themeColor="text1"/>
    </w:rPr>
    <w:tblPr>
      <w:tblStyleRowBandSize w:val="1"/>
      <w:tblStyleColBandSize w:val="1"/>
      <w:tblInd w:w="0" w:type="dxa"/>
      <w:tblBorders>
        <w:top w:val="single" w:sz="8" w:space="0" w:color="4F81BD" w:themeColor="accent1"/>
        <w:left w:val="single" w:sz="8" w:space="0" w:color="4F81BD" w:themeColor="accent1"/>
        <w:bottom w:val="single" w:sz="8" w:space="0" w:color="4F81BD" w:themeColor="accent1"/>
        <w:right w:val="single" w:sz="8" w:space="0" w:color="4F81BD" w:themeColor="accent1"/>
      </w:tblBorders>
      <w:tblCellMar>
        <w:top w:w="0" w:type="dxa"/>
        <w:left w:w="108" w:type="dxa"/>
        <w:bottom w:w="0" w:type="dxa"/>
        <w:right w:w="108" w:type="dxa"/>
      </w:tblCellMar>
    </w:tblPr>
    <w:tblStylePr w:type="firstRow">
      <w:rPr>
        <w:sz w:val="24"/>
        <w:szCs w:val="24"/>
      </w:rPr>
      <w:tblPr/>
      <w:tcPr>
        <w:tcBorders>
          <w:top w:val="nil"/>
          <w:left w:val="nil"/>
          <w:bottom w:val="single" w:sz="24" w:space="0" w:color="4F81BD" w:themeColor="accent1"/>
          <w:right w:val="nil"/>
          <w:insideH w:val="nil"/>
          <w:insideV w:val="nil"/>
        </w:tcBorders>
        <w:shd w:val="clear" w:color="auto" w:fill="FFFFFF" w:themeFill="background1"/>
      </w:tcPr>
    </w:tblStylePr>
    <w:tblStylePr w:type="lastRow">
      <w:tblPr/>
      <w:tcPr>
        <w:tcBorders>
          <w:top w:val="single" w:sz="8" w:space="0" w:color="4F81BD" w:themeColor="accent1"/>
          <w:left w:val="nil"/>
          <w:bottom w:val="nil"/>
          <w:right w:val="nil"/>
          <w:insideH w:val="nil"/>
          <w:insideV w:val="nil"/>
        </w:tcBorders>
        <w:shd w:val="clear" w:color="auto" w:fill="FFFFFF" w:themeFill="background1"/>
      </w:tcPr>
    </w:tblStylePr>
    <w:tblStylePr w:type="firstCol">
      <w:tblPr/>
      <w:tcPr>
        <w:tcBorders>
          <w:top w:val="nil"/>
          <w:left w:val="nil"/>
          <w:bottom w:val="nil"/>
          <w:right w:val="single" w:sz="8" w:space="0" w:color="4F81BD" w:themeColor="accent1"/>
          <w:insideH w:val="nil"/>
          <w:insideV w:val="nil"/>
        </w:tcBorders>
        <w:shd w:val="clear" w:color="auto" w:fill="FFFFFF" w:themeFill="background1"/>
      </w:tcPr>
    </w:tblStylePr>
    <w:tblStylePr w:type="lastCol">
      <w:tblPr/>
      <w:tcPr>
        <w:tcBorders>
          <w:top w:val="nil"/>
          <w:left w:val="single" w:sz="8" w:space="0" w:color="4F81BD" w:themeColor="accent1"/>
          <w:bottom w:val="nil"/>
          <w:right w:val="nil"/>
          <w:insideH w:val="nil"/>
          <w:insideV w:val="nil"/>
        </w:tcBorders>
        <w:shd w:val="clear" w:color="auto" w:fill="FFFFFF" w:themeFill="background1"/>
      </w:tcPr>
    </w:tblStylePr>
    <w:tblStylePr w:type="band1Vert">
      <w:tblPr/>
      <w:tcPr>
        <w:tcBorders>
          <w:left w:val="nil"/>
          <w:right w:val="nil"/>
          <w:insideH w:val="nil"/>
          <w:insideV w:val="nil"/>
        </w:tcBorders>
        <w:shd w:val="clear" w:color="auto" w:fill="D3DFEE" w:themeFill="accent1" w:themeFillTint="3F"/>
      </w:tcPr>
    </w:tblStylePr>
    <w:tblStylePr w:type="band1Horz">
      <w:tblPr/>
      <w:tcPr>
        <w:tcBorders>
          <w:top w:val="nil"/>
          <w:bottom w:val="nil"/>
          <w:insideH w:val="nil"/>
          <w:insideV w:val="nil"/>
        </w:tcBorders>
        <w:shd w:val="clear" w:color="auto" w:fill="D3DFEE" w:themeFill="accent1" w:themeFillTint="3F"/>
      </w:tcPr>
    </w:tblStylePr>
    <w:tblStylePr w:type="nwCell">
      <w:tblPr/>
      <w:tcPr>
        <w:shd w:val="clear" w:color="auto" w:fill="FFFFFF" w:themeFill="background1"/>
      </w:tcPr>
    </w:tblStylePr>
    <w:tblStylePr w:type="swCell">
      <w:tblPr/>
      <w:tcPr>
        <w:tcBorders>
          <w:top w:val="nil"/>
        </w:tcBorders>
      </w:tcPr>
    </w:tblStylePr>
  </w:style>
  <w:style w:type="table" w:styleId="MediumList2-Accent2">
    <w:name w:val="Medium List 2 Accent 2"/>
    <w:basedOn w:val="TableNormal"/>
    <w:uiPriority w:val="66"/>
    <w:rsid w:val="00CB0664"/>
    <w:pPr>
      <w:spacing w:after="0" w:line="240" w:lineRule="auto"/>
    </w:pPr>
    <w:rPr>
      <w:rFonts w:asciiTheme="majorHAnsi" w:eastAsiaTheme="majorEastAsia" w:hAnsiTheme="majorHAnsi" w:cstheme="majorBidi"/>
      <w:color w:val="000000" w:themeColor="text1"/>
    </w:rPr>
    <w:tblPr>
      <w:tblStyleRowBandSize w:val="1"/>
      <w:tblStyleColBandSize w:val="1"/>
      <w:tblInd w:w="0" w:type="dxa"/>
      <w:tblBorders>
        <w:top w:val="single" w:sz="8" w:space="0" w:color="C0504D" w:themeColor="accent2"/>
        <w:left w:val="single" w:sz="8" w:space="0" w:color="C0504D" w:themeColor="accent2"/>
        <w:bottom w:val="single" w:sz="8" w:space="0" w:color="C0504D" w:themeColor="accent2"/>
        <w:right w:val="single" w:sz="8" w:space="0" w:color="C0504D" w:themeColor="accent2"/>
      </w:tblBorders>
      <w:tblCellMar>
        <w:top w:w="0" w:type="dxa"/>
        <w:left w:w="108" w:type="dxa"/>
        <w:bottom w:w="0" w:type="dxa"/>
        <w:right w:w="108" w:type="dxa"/>
      </w:tblCellMar>
    </w:tblPr>
    <w:tblStylePr w:type="firstRow">
      <w:rPr>
        <w:sz w:val="24"/>
        <w:szCs w:val="24"/>
      </w:rPr>
      <w:tblPr/>
      <w:tcPr>
        <w:tcBorders>
          <w:top w:val="nil"/>
          <w:left w:val="nil"/>
          <w:bottom w:val="single" w:sz="24" w:space="0" w:color="C0504D" w:themeColor="accent2"/>
          <w:right w:val="nil"/>
          <w:insideH w:val="nil"/>
          <w:insideV w:val="nil"/>
        </w:tcBorders>
        <w:shd w:val="clear" w:color="auto" w:fill="FFFFFF" w:themeFill="background1"/>
      </w:tcPr>
    </w:tblStylePr>
    <w:tblStylePr w:type="lastRow">
      <w:tblPr/>
      <w:tcPr>
        <w:tcBorders>
          <w:top w:val="single" w:sz="8" w:space="0" w:color="C0504D" w:themeColor="accent2"/>
          <w:left w:val="nil"/>
          <w:bottom w:val="nil"/>
          <w:right w:val="nil"/>
          <w:insideH w:val="nil"/>
          <w:insideV w:val="nil"/>
        </w:tcBorders>
        <w:shd w:val="clear" w:color="auto" w:fill="FFFFFF" w:themeFill="background1"/>
      </w:tcPr>
    </w:tblStylePr>
    <w:tblStylePr w:type="firstCol">
      <w:tblPr/>
      <w:tcPr>
        <w:tcBorders>
          <w:top w:val="nil"/>
          <w:left w:val="nil"/>
          <w:bottom w:val="nil"/>
          <w:right w:val="single" w:sz="8" w:space="0" w:color="C0504D" w:themeColor="accent2"/>
          <w:insideH w:val="nil"/>
          <w:insideV w:val="nil"/>
        </w:tcBorders>
        <w:shd w:val="clear" w:color="auto" w:fill="FFFFFF" w:themeFill="background1"/>
      </w:tcPr>
    </w:tblStylePr>
    <w:tblStylePr w:type="lastCol">
      <w:tblPr/>
      <w:tcPr>
        <w:tcBorders>
          <w:top w:val="nil"/>
          <w:left w:val="single" w:sz="8" w:space="0" w:color="C0504D" w:themeColor="accent2"/>
          <w:bottom w:val="nil"/>
          <w:right w:val="nil"/>
          <w:insideH w:val="nil"/>
          <w:insideV w:val="nil"/>
        </w:tcBorders>
        <w:shd w:val="clear" w:color="auto" w:fill="FFFFFF" w:themeFill="background1"/>
      </w:tcPr>
    </w:tblStylePr>
    <w:tblStylePr w:type="band1Vert">
      <w:tblPr/>
      <w:tcPr>
        <w:tcBorders>
          <w:left w:val="nil"/>
          <w:right w:val="nil"/>
          <w:insideH w:val="nil"/>
          <w:insideV w:val="nil"/>
        </w:tcBorders>
        <w:shd w:val="clear" w:color="auto" w:fill="EFD3D2" w:themeFill="accent2" w:themeFillTint="3F"/>
      </w:tcPr>
    </w:tblStylePr>
    <w:tblStylePr w:type="band1Horz">
      <w:tblPr/>
      <w:tcPr>
        <w:tcBorders>
          <w:top w:val="nil"/>
          <w:bottom w:val="nil"/>
          <w:insideH w:val="nil"/>
          <w:insideV w:val="nil"/>
        </w:tcBorders>
        <w:shd w:val="clear" w:color="auto" w:fill="EFD3D2" w:themeFill="accent2" w:themeFillTint="3F"/>
      </w:tcPr>
    </w:tblStylePr>
    <w:tblStylePr w:type="nwCell">
      <w:tblPr/>
      <w:tcPr>
        <w:shd w:val="clear" w:color="auto" w:fill="FFFFFF" w:themeFill="background1"/>
      </w:tcPr>
    </w:tblStylePr>
    <w:tblStylePr w:type="swCell">
      <w:tblPr/>
      <w:tcPr>
        <w:tcBorders>
          <w:top w:val="nil"/>
        </w:tcBorders>
      </w:tcPr>
    </w:tblStylePr>
  </w:style>
  <w:style w:type="table" w:styleId="MediumList2-Accent3">
    <w:name w:val="Medium List 2 Accent 3"/>
    <w:basedOn w:val="TableNormal"/>
    <w:uiPriority w:val="66"/>
    <w:rsid w:val="00CB0664"/>
    <w:pPr>
      <w:spacing w:after="0" w:line="240" w:lineRule="auto"/>
    </w:pPr>
    <w:rPr>
      <w:rFonts w:asciiTheme="majorHAnsi" w:eastAsiaTheme="majorEastAsia" w:hAnsiTheme="majorHAnsi" w:cstheme="majorBidi"/>
      <w:color w:val="000000" w:themeColor="text1"/>
    </w:rPr>
    <w:tblPr>
      <w:tblStyleRowBandSize w:val="1"/>
      <w:tblStyleColBandSize w:val="1"/>
      <w:tblInd w:w="0" w:type="dxa"/>
      <w:tblBorders>
        <w:top w:val="single" w:sz="8" w:space="0" w:color="9BBB59" w:themeColor="accent3"/>
        <w:left w:val="single" w:sz="8" w:space="0" w:color="9BBB59" w:themeColor="accent3"/>
        <w:bottom w:val="single" w:sz="8" w:space="0" w:color="9BBB59" w:themeColor="accent3"/>
        <w:right w:val="single" w:sz="8" w:space="0" w:color="9BBB59" w:themeColor="accent3"/>
      </w:tblBorders>
      <w:tblCellMar>
        <w:top w:w="0" w:type="dxa"/>
        <w:left w:w="108" w:type="dxa"/>
        <w:bottom w:w="0" w:type="dxa"/>
        <w:right w:w="108" w:type="dxa"/>
      </w:tblCellMar>
    </w:tblPr>
    <w:tblStylePr w:type="firstRow">
      <w:rPr>
        <w:sz w:val="24"/>
        <w:szCs w:val="24"/>
      </w:rPr>
      <w:tblPr/>
      <w:tcPr>
        <w:tcBorders>
          <w:top w:val="nil"/>
          <w:left w:val="nil"/>
          <w:bottom w:val="single" w:sz="24" w:space="0" w:color="9BBB59" w:themeColor="accent3"/>
          <w:right w:val="nil"/>
          <w:insideH w:val="nil"/>
          <w:insideV w:val="nil"/>
        </w:tcBorders>
        <w:shd w:val="clear" w:color="auto" w:fill="FFFFFF" w:themeFill="background1"/>
      </w:tcPr>
    </w:tblStylePr>
    <w:tblStylePr w:type="lastRow">
      <w:tblPr/>
      <w:tcPr>
        <w:tcBorders>
          <w:top w:val="single" w:sz="8" w:space="0" w:color="9BBB59" w:themeColor="accent3"/>
          <w:left w:val="nil"/>
          <w:bottom w:val="nil"/>
          <w:right w:val="nil"/>
          <w:insideH w:val="nil"/>
          <w:insideV w:val="nil"/>
        </w:tcBorders>
        <w:shd w:val="clear" w:color="auto" w:fill="FFFFFF" w:themeFill="background1"/>
      </w:tcPr>
    </w:tblStylePr>
    <w:tblStylePr w:type="firstCol">
      <w:tblPr/>
      <w:tcPr>
        <w:tcBorders>
          <w:top w:val="nil"/>
          <w:left w:val="nil"/>
          <w:bottom w:val="nil"/>
          <w:right w:val="single" w:sz="8" w:space="0" w:color="9BBB59" w:themeColor="accent3"/>
          <w:insideH w:val="nil"/>
          <w:insideV w:val="nil"/>
        </w:tcBorders>
        <w:shd w:val="clear" w:color="auto" w:fill="FFFFFF" w:themeFill="background1"/>
      </w:tcPr>
    </w:tblStylePr>
    <w:tblStylePr w:type="lastCol">
      <w:tblPr/>
      <w:tcPr>
        <w:tcBorders>
          <w:top w:val="nil"/>
          <w:left w:val="single" w:sz="8" w:space="0" w:color="9BBB59" w:themeColor="accent3"/>
          <w:bottom w:val="nil"/>
          <w:right w:val="nil"/>
          <w:insideH w:val="nil"/>
          <w:insideV w:val="nil"/>
        </w:tcBorders>
        <w:shd w:val="clear" w:color="auto" w:fill="FFFFFF" w:themeFill="background1"/>
      </w:tcPr>
    </w:tblStylePr>
    <w:tblStylePr w:type="band1Vert">
      <w:tblPr/>
      <w:tcPr>
        <w:tcBorders>
          <w:left w:val="nil"/>
          <w:right w:val="nil"/>
          <w:insideH w:val="nil"/>
          <w:insideV w:val="nil"/>
        </w:tcBorders>
        <w:shd w:val="clear" w:color="auto" w:fill="E6EED5" w:themeFill="accent3" w:themeFillTint="3F"/>
      </w:tcPr>
    </w:tblStylePr>
    <w:tblStylePr w:type="band1Horz">
      <w:tblPr/>
      <w:tcPr>
        <w:tcBorders>
          <w:top w:val="nil"/>
          <w:bottom w:val="nil"/>
          <w:insideH w:val="nil"/>
          <w:insideV w:val="nil"/>
        </w:tcBorders>
        <w:shd w:val="clear" w:color="auto" w:fill="E6EED5" w:themeFill="accent3" w:themeFillTint="3F"/>
      </w:tcPr>
    </w:tblStylePr>
    <w:tblStylePr w:type="nwCell">
      <w:tblPr/>
      <w:tcPr>
        <w:shd w:val="clear" w:color="auto" w:fill="FFFFFF" w:themeFill="background1"/>
      </w:tcPr>
    </w:tblStylePr>
    <w:tblStylePr w:type="swCell">
      <w:tblPr/>
      <w:tcPr>
        <w:tcBorders>
          <w:top w:val="nil"/>
        </w:tcBorders>
      </w:tcPr>
    </w:tblStylePr>
  </w:style>
  <w:style w:type="table" w:styleId="MediumList2-Accent4">
    <w:name w:val="Medium List 2 Accent 4"/>
    <w:basedOn w:val="TableNormal"/>
    <w:uiPriority w:val="66"/>
    <w:rsid w:val="00CB0664"/>
    <w:pPr>
      <w:spacing w:after="0" w:line="240" w:lineRule="auto"/>
    </w:pPr>
    <w:rPr>
      <w:rFonts w:asciiTheme="majorHAnsi" w:eastAsiaTheme="majorEastAsia" w:hAnsiTheme="majorHAnsi" w:cstheme="majorBidi"/>
      <w:color w:val="000000" w:themeColor="text1"/>
    </w:rPr>
    <w:tblPr>
      <w:tblStyleRowBandSize w:val="1"/>
      <w:tblStyleColBandSize w:val="1"/>
      <w:tblInd w:w="0" w:type="dxa"/>
      <w:tblBorders>
        <w:top w:val="single" w:sz="8" w:space="0" w:color="8064A2" w:themeColor="accent4"/>
        <w:left w:val="single" w:sz="8" w:space="0" w:color="8064A2" w:themeColor="accent4"/>
        <w:bottom w:val="single" w:sz="8" w:space="0" w:color="8064A2" w:themeColor="accent4"/>
        <w:right w:val="single" w:sz="8" w:space="0" w:color="8064A2" w:themeColor="accent4"/>
      </w:tblBorders>
      <w:tblCellMar>
        <w:top w:w="0" w:type="dxa"/>
        <w:left w:w="108" w:type="dxa"/>
        <w:bottom w:w="0" w:type="dxa"/>
        <w:right w:w="108" w:type="dxa"/>
      </w:tblCellMar>
    </w:tblPr>
    <w:tblStylePr w:type="firstRow">
      <w:rPr>
        <w:sz w:val="24"/>
        <w:szCs w:val="24"/>
      </w:rPr>
      <w:tblPr/>
      <w:tcPr>
        <w:tcBorders>
          <w:top w:val="nil"/>
          <w:left w:val="nil"/>
          <w:bottom w:val="single" w:sz="24" w:space="0" w:color="8064A2" w:themeColor="accent4"/>
          <w:right w:val="nil"/>
          <w:insideH w:val="nil"/>
          <w:insideV w:val="nil"/>
        </w:tcBorders>
        <w:shd w:val="clear" w:color="auto" w:fill="FFFFFF" w:themeFill="background1"/>
      </w:tcPr>
    </w:tblStylePr>
    <w:tblStylePr w:type="lastRow">
      <w:tblPr/>
      <w:tcPr>
        <w:tcBorders>
          <w:top w:val="single" w:sz="8" w:space="0" w:color="8064A2" w:themeColor="accent4"/>
          <w:left w:val="nil"/>
          <w:bottom w:val="nil"/>
          <w:right w:val="nil"/>
          <w:insideH w:val="nil"/>
          <w:insideV w:val="nil"/>
        </w:tcBorders>
        <w:shd w:val="clear" w:color="auto" w:fill="FFFFFF" w:themeFill="background1"/>
      </w:tcPr>
    </w:tblStylePr>
    <w:tblStylePr w:type="firstCol">
      <w:tblPr/>
      <w:tcPr>
        <w:tcBorders>
          <w:top w:val="nil"/>
          <w:left w:val="nil"/>
          <w:bottom w:val="nil"/>
          <w:right w:val="single" w:sz="8" w:space="0" w:color="8064A2" w:themeColor="accent4"/>
          <w:insideH w:val="nil"/>
          <w:insideV w:val="nil"/>
        </w:tcBorders>
        <w:shd w:val="clear" w:color="auto" w:fill="FFFFFF" w:themeFill="background1"/>
      </w:tcPr>
    </w:tblStylePr>
    <w:tblStylePr w:type="lastCol">
      <w:tblPr/>
      <w:tcPr>
        <w:tcBorders>
          <w:top w:val="nil"/>
          <w:left w:val="single" w:sz="8" w:space="0" w:color="8064A2" w:themeColor="accent4"/>
          <w:bottom w:val="nil"/>
          <w:right w:val="nil"/>
          <w:insideH w:val="nil"/>
          <w:insideV w:val="nil"/>
        </w:tcBorders>
        <w:shd w:val="clear" w:color="auto" w:fill="FFFFFF" w:themeFill="background1"/>
      </w:tcPr>
    </w:tblStylePr>
    <w:tblStylePr w:type="band1Vert">
      <w:tblPr/>
      <w:tcPr>
        <w:tcBorders>
          <w:left w:val="nil"/>
          <w:right w:val="nil"/>
          <w:insideH w:val="nil"/>
          <w:insideV w:val="nil"/>
        </w:tcBorders>
        <w:shd w:val="clear" w:color="auto" w:fill="DFD8E8" w:themeFill="accent4" w:themeFillTint="3F"/>
      </w:tcPr>
    </w:tblStylePr>
    <w:tblStylePr w:type="band1Horz">
      <w:tblPr/>
      <w:tcPr>
        <w:tcBorders>
          <w:top w:val="nil"/>
          <w:bottom w:val="nil"/>
          <w:insideH w:val="nil"/>
          <w:insideV w:val="nil"/>
        </w:tcBorders>
        <w:shd w:val="clear" w:color="auto" w:fill="DFD8E8" w:themeFill="accent4" w:themeFillTint="3F"/>
      </w:tcPr>
    </w:tblStylePr>
    <w:tblStylePr w:type="nwCell">
      <w:tblPr/>
      <w:tcPr>
        <w:shd w:val="clear" w:color="auto" w:fill="FFFFFF" w:themeFill="background1"/>
      </w:tcPr>
    </w:tblStylePr>
    <w:tblStylePr w:type="swCell">
      <w:tblPr/>
      <w:tcPr>
        <w:tcBorders>
          <w:top w:val="nil"/>
        </w:tcBorders>
      </w:tcPr>
    </w:tblStylePr>
  </w:style>
  <w:style w:type="table" w:styleId="MediumList2-Accent5">
    <w:name w:val="Medium List 2 Accent 5"/>
    <w:basedOn w:val="TableNormal"/>
    <w:uiPriority w:val="66"/>
    <w:rsid w:val="00CB0664"/>
    <w:pPr>
      <w:spacing w:after="0" w:line="240" w:lineRule="auto"/>
    </w:pPr>
    <w:rPr>
      <w:rFonts w:asciiTheme="majorHAnsi" w:eastAsiaTheme="majorEastAsia" w:hAnsiTheme="majorHAnsi" w:cstheme="majorBidi"/>
      <w:color w:val="000000" w:themeColor="text1"/>
    </w:rPr>
    <w:tblPr>
      <w:tblStyleRowBandSize w:val="1"/>
      <w:tblStyleColBandSize w:val="1"/>
      <w:tblInd w:w="0" w:type="dxa"/>
      <w:tblBorders>
        <w:top w:val="single" w:sz="8" w:space="0" w:color="4BACC6" w:themeColor="accent5"/>
        <w:left w:val="single" w:sz="8" w:space="0" w:color="4BACC6" w:themeColor="accent5"/>
        <w:bottom w:val="single" w:sz="8" w:space="0" w:color="4BACC6" w:themeColor="accent5"/>
        <w:right w:val="single" w:sz="8" w:space="0" w:color="4BACC6" w:themeColor="accent5"/>
      </w:tblBorders>
      <w:tblCellMar>
        <w:top w:w="0" w:type="dxa"/>
        <w:left w:w="108" w:type="dxa"/>
        <w:bottom w:w="0" w:type="dxa"/>
        <w:right w:w="108" w:type="dxa"/>
      </w:tblCellMar>
    </w:tblPr>
    <w:tblStylePr w:type="firstRow">
      <w:rPr>
        <w:sz w:val="24"/>
        <w:szCs w:val="24"/>
      </w:rPr>
      <w:tblPr/>
      <w:tcPr>
        <w:tcBorders>
          <w:top w:val="nil"/>
          <w:left w:val="nil"/>
          <w:bottom w:val="single" w:sz="24" w:space="0" w:color="4BACC6" w:themeColor="accent5"/>
          <w:right w:val="nil"/>
          <w:insideH w:val="nil"/>
          <w:insideV w:val="nil"/>
        </w:tcBorders>
        <w:shd w:val="clear" w:color="auto" w:fill="FFFFFF" w:themeFill="background1"/>
      </w:tcPr>
    </w:tblStylePr>
    <w:tblStylePr w:type="lastRow">
      <w:tblPr/>
      <w:tcPr>
        <w:tcBorders>
          <w:top w:val="single" w:sz="8" w:space="0" w:color="4BACC6" w:themeColor="accent5"/>
          <w:left w:val="nil"/>
          <w:bottom w:val="nil"/>
          <w:right w:val="nil"/>
          <w:insideH w:val="nil"/>
          <w:insideV w:val="nil"/>
        </w:tcBorders>
        <w:shd w:val="clear" w:color="auto" w:fill="FFFFFF" w:themeFill="background1"/>
      </w:tcPr>
    </w:tblStylePr>
    <w:tblStylePr w:type="firstCol">
      <w:tblPr/>
      <w:tcPr>
        <w:tcBorders>
          <w:top w:val="nil"/>
          <w:left w:val="nil"/>
          <w:bottom w:val="nil"/>
          <w:right w:val="single" w:sz="8" w:space="0" w:color="4BACC6" w:themeColor="accent5"/>
          <w:insideH w:val="nil"/>
          <w:insideV w:val="nil"/>
        </w:tcBorders>
        <w:shd w:val="clear" w:color="auto" w:fill="FFFFFF" w:themeFill="background1"/>
      </w:tcPr>
    </w:tblStylePr>
    <w:tblStylePr w:type="lastCol">
      <w:tblPr/>
      <w:tcPr>
        <w:tcBorders>
          <w:top w:val="nil"/>
          <w:left w:val="single" w:sz="8" w:space="0" w:color="4BACC6" w:themeColor="accent5"/>
          <w:bottom w:val="nil"/>
          <w:right w:val="nil"/>
          <w:insideH w:val="nil"/>
          <w:insideV w:val="nil"/>
        </w:tcBorders>
        <w:shd w:val="clear" w:color="auto" w:fill="FFFFFF" w:themeFill="background1"/>
      </w:tcPr>
    </w:tblStylePr>
    <w:tblStylePr w:type="band1Vert">
      <w:tblPr/>
      <w:tcPr>
        <w:tcBorders>
          <w:left w:val="nil"/>
          <w:right w:val="nil"/>
          <w:insideH w:val="nil"/>
          <w:insideV w:val="nil"/>
        </w:tcBorders>
        <w:shd w:val="clear" w:color="auto" w:fill="D2EAF1" w:themeFill="accent5" w:themeFillTint="3F"/>
      </w:tcPr>
    </w:tblStylePr>
    <w:tblStylePr w:type="band1Horz">
      <w:tblPr/>
      <w:tcPr>
        <w:tcBorders>
          <w:top w:val="nil"/>
          <w:bottom w:val="nil"/>
          <w:insideH w:val="nil"/>
          <w:insideV w:val="nil"/>
        </w:tcBorders>
        <w:shd w:val="clear" w:color="auto" w:fill="D2EAF1" w:themeFill="accent5" w:themeFillTint="3F"/>
      </w:tcPr>
    </w:tblStylePr>
    <w:tblStylePr w:type="nwCell">
      <w:tblPr/>
      <w:tcPr>
        <w:shd w:val="clear" w:color="auto" w:fill="FFFFFF" w:themeFill="background1"/>
      </w:tcPr>
    </w:tblStylePr>
    <w:tblStylePr w:type="swCell">
      <w:tblPr/>
      <w:tcPr>
        <w:tcBorders>
          <w:top w:val="nil"/>
        </w:tcBorders>
      </w:tcPr>
    </w:tblStylePr>
  </w:style>
  <w:style w:type="table" w:styleId="MediumList2-Accent6">
    <w:name w:val="Medium List 2 Accent 6"/>
    <w:basedOn w:val="TableNormal"/>
    <w:uiPriority w:val="66"/>
    <w:rsid w:val="00CB0664"/>
    <w:pPr>
      <w:spacing w:after="0" w:line="240" w:lineRule="auto"/>
    </w:pPr>
    <w:rPr>
      <w:rFonts w:asciiTheme="majorHAnsi" w:eastAsiaTheme="majorEastAsia" w:hAnsiTheme="majorHAnsi" w:cstheme="majorBidi"/>
      <w:color w:val="000000" w:themeColor="text1"/>
    </w:rPr>
    <w:tblPr>
      <w:tblStyleRowBandSize w:val="1"/>
      <w:tblStyleColBandSize w:val="1"/>
      <w:tblInd w:w="0" w:type="dxa"/>
      <w:tblBorders>
        <w:top w:val="single" w:sz="8" w:space="0" w:color="F79646" w:themeColor="accent6"/>
        <w:left w:val="single" w:sz="8" w:space="0" w:color="F79646" w:themeColor="accent6"/>
        <w:bottom w:val="single" w:sz="8" w:space="0" w:color="F79646" w:themeColor="accent6"/>
        <w:right w:val="single" w:sz="8" w:space="0" w:color="F79646" w:themeColor="accent6"/>
      </w:tblBorders>
      <w:tblCellMar>
        <w:top w:w="0" w:type="dxa"/>
        <w:left w:w="108" w:type="dxa"/>
        <w:bottom w:w="0" w:type="dxa"/>
        <w:right w:w="108" w:type="dxa"/>
      </w:tblCellMar>
    </w:tblPr>
    <w:tblStylePr w:type="firstRow">
      <w:rPr>
        <w:sz w:val="24"/>
        <w:szCs w:val="24"/>
      </w:rPr>
      <w:tblPr/>
      <w:tcPr>
        <w:tcBorders>
          <w:top w:val="nil"/>
          <w:left w:val="nil"/>
          <w:bottom w:val="single" w:sz="24" w:space="0" w:color="F79646" w:themeColor="accent6"/>
          <w:right w:val="nil"/>
          <w:insideH w:val="nil"/>
          <w:insideV w:val="nil"/>
        </w:tcBorders>
        <w:shd w:val="clear" w:color="auto" w:fill="FFFFFF" w:themeFill="background1"/>
      </w:tcPr>
    </w:tblStylePr>
    <w:tblStylePr w:type="lastRow">
      <w:tblPr/>
      <w:tcPr>
        <w:tcBorders>
          <w:top w:val="single" w:sz="8" w:space="0" w:color="F79646" w:themeColor="accent6"/>
          <w:left w:val="nil"/>
          <w:bottom w:val="nil"/>
          <w:right w:val="nil"/>
          <w:insideH w:val="nil"/>
          <w:insideV w:val="nil"/>
        </w:tcBorders>
        <w:shd w:val="clear" w:color="auto" w:fill="FFFFFF" w:themeFill="background1"/>
      </w:tcPr>
    </w:tblStylePr>
    <w:tblStylePr w:type="firstCol">
      <w:tblPr/>
      <w:tcPr>
        <w:tcBorders>
          <w:top w:val="nil"/>
          <w:left w:val="nil"/>
          <w:bottom w:val="nil"/>
          <w:right w:val="single" w:sz="8" w:space="0" w:color="F79646" w:themeColor="accent6"/>
          <w:insideH w:val="nil"/>
          <w:insideV w:val="nil"/>
        </w:tcBorders>
        <w:shd w:val="clear" w:color="auto" w:fill="FFFFFF" w:themeFill="background1"/>
      </w:tcPr>
    </w:tblStylePr>
    <w:tblStylePr w:type="lastCol">
      <w:tblPr/>
      <w:tcPr>
        <w:tcBorders>
          <w:top w:val="nil"/>
          <w:left w:val="single" w:sz="8" w:space="0" w:color="F79646" w:themeColor="accent6"/>
          <w:bottom w:val="nil"/>
          <w:right w:val="nil"/>
          <w:insideH w:val="nil"/>
          <w:insideV w:val="nil"/>
        </w:tcBorders>
        <w:shd w:val="clear" w:color="auto" w:fill="FFFFFF" w:themeFill="background1"/>
      </w:tcPr>
    </w:tblStylePr>
    <w:tblStylePr w:type="band1Vert">
      <w:tblPr/>
      <w:tcPr>
        <w:tcBorders>
          <w:left w:val="nil"/>
          <w:right w:val="nil"/>
          <w:insideH w:val="nil"/>
          <w:insideV w:val="nil"/>
        </w:tcBorders>
        <w:shd w:val="clear" w:color="auto" w:fill="FDE4D0" w:themeFill="accent6" w:themeFillTint="3F"/>
      </w:tcPr>
    </w:tblStylePr>
    <w:tblStylePr w:type="band1Horz">
      <w:tblPr/>
      <w:tcPr>
        <w:tcBorders>
          <w:top w:val="nil"/>
          <w:bottom w:val="nil"/>
          <w:insideH w:val="nil"/>
          <w:insideV w:val="nil"/>
        </w:tcBorders>
        <w:shd w:val="clear" w:color="auto" w:fill="FDE4D0" w:themeFill="accent6" w:themeFillTint="3F"/>
      </w:tcPr>
    </w:tblStylePr>
    <w:tblStylePr w:type="nwCell">
      <w:tblPr/>
      <w:tcPr>
        <w:shd w:val="clear" w:color="auto" w:fill="FFFFFF" w:themeFill="background1"/>
      </w:tcPr>
    </w:tblStylePr>
    <w:tblStylePr w:type="swCell">
      <w:tblPr/>
      <w:tcPr>
        <w:tcBorders>
          <w:top w:val="nil"/>
        </w:tcBorders>
      </w:tcPr>
    </w:tblStylePr>
  </w:style>
  <w:style w:type="table" w:styleId="MediumGrid1">
    <w:name w:val="Medium Grid 1"/>
    <w:basedOn w:val="TableNormal"/>
    <w:uiPriority w:val="67"/>
    <w:rsid w:val="00CB0664"/>
    <w:pPr>
      <w:spacing w:after="0" w:line="240" w:lineRule="auto"/>
    </w:pPr>
    <w:tblPr>
      <w:tblStyleRowBandSize w:val="1"/>
      <w:tblStyleColBandSize w:val="1"/>
      <w:tblInd w:w="0" w:type="dxa"/>
      <w:tblBorders>
        <w:top w:val="single" w:sz="8" w:space="0" w:color="404040" w:themeColor="text1" w:themeTint="BF"/>
        <w:left w:val="single" w:sz="8" w:space="0" w:color="404040" w:themeColor="text1" w:themeTint="BF"/>
        <w:bottom w:val="single" w:sz="8" w:space="0" w:color="404040" w:themeColor="text1" w:themeTint="BF"/>
        <w:right w:val="single" w:sz="8" w:space="0" w:color="404040" w:themeColor="text1" w:themeTint="BF"/>
        <w:insideH w:val="single" w:sz="8" w:space="0" w:color="404040" w:themeColor="text1" w:themeTint="BF"/>
        <w:insideV w:val="single" w:sz="8" w:space="0" w:color="404040" w:themeColor="text1" w:themeTint="BF"/>
      </w:tblBorders>
      <w:tblCellMar>
        <w:top w:w="0" w:type="dxa"/>
        <w:left w:w="108" w:type="dxa"/>
        <w:bottom w:w="0" w:type="dxa"/>
        <w:right w:w="108" w:type="dxa"/>
      </w:tblCellMar>
    </w:tblPr>
    <w:tcPr>
      <w:shd w:val="clear" w:color="auto" w:fill="C0C0C0" w:themeFill="text1" w:themeFillTint="3F"/>
    </w:tcPr>
    <w:tblStylePr w:type="firstRow">
      <w:rPr>
        <w:b/>
        <w:bCs/>
      </w:rPr>
    </w:tblStylePr>
    <w:tblStylePr w:type="lastRow">
      <w:rPr>
        <w:b/>
        <w:bCs/>
      </w:rPr>
      <w:tblPr/>
      <w:tcPr>
        <w:tcBorders>
          <w:top w:val="single" w:sz="18" w:space="0" w:color="404040" w:themeColor="text1" w:themeTint="BF"/>
        </w:tcBorders>
      </w:tcPr>
    </w:tblStylePr>
    <w:tblStylePr w:type="firstCol">
      <w:rPr>
        <w:b/>
        <w:bCs/>
      </w:rPr>
    </w:tblStylePr>
    <w:tblStylePr w:type="lastCol">
      <w:rPr>
        <w:b/>
        <w:bCs/>
      </w:rPr>
    </w:tblStylePr>
    <w:tblStylePr w:type="band1Vert">
      <w:tblPr/>
      <w:tcPr>
        <w:shd w:val="clear" w:color="auto" w:fill="808080" w:themeFill="text1" w:themeFillTint="7F"/>
      </w:tcPr>
    </w:tblStylePr>
    <w:tblStylePr w:type="band1Horz">
      <w:tblPr/>
      <w:tcPr>
        <w:shd w:val="clear" w:color="auto" w:fill="808080" w:themeFill="text1" w:themeFillTint="7F"/>
      </w:tcPr>
    </w:tblStylePr>
  </w:style>
  <w:style w:type="table" w:styleId="MediumGrid1-Accent1">
    <w:name w:val="Medium Grid 1 Accent 1"/>
    <w:basedOn w:val="TableNormal"/>
    <w:uiPriority w:val="67"/>
    <w:rsid w:val="00CB0664"/>
    <w:pPr>
      <w:spacing w:after="0" w:line="240" w:lineRule="auto"/>
    </w:pPr>
    <w:tblPr>
      <w:tblStyleRowBandSize w:val="1"/>
      <w:tblStyleColBandSize w:val="1"/>
      <w:tblInd w:w="0" w:type="dxa"/>
      <w:tblBorders>
        <w:top w:val="single" w:sz="8" w:space="0" w:color="7BA0CD" w:themeColor="accent1" w:themeTint="BF"/>
        <w:left w:val="single" w:sz="8" w:space="0" w:color="7BA0CD" w:themeColor="accent1" w:themeTint="BF"/>
        <w:bottom w:val="single" w:sz="8" w:space="0" w:color="7BA0CD" w:themeColor="accent1" w:themeTint="BF"/>
        <w:right w:val="single" w:sz="8" w:space="0" w:color="7BA0CD" w:themeColor="accent1" w:themeTint="BF"/>
        <w:insideH w:val="single" w:sz="8" w:space="0" w:color="7BA0CD" w:themeColor="accent1" w:themeTint="BF"/>
        <w:insideV w:val="single" w:sz="8" w:space="0" w:color="7BA0CD" w:themeColor="accent1" w:themeTint="BF"/>
      </w:tblBorders>
      <w:tblCellMar>
        <w:top w:w="0" w:type="dxa"/>
        <w:left w:w="108" w:type="dxa"/>
        <w:bottom w:w="0" w:type="dxa"/>
        <w:right w:w="108" w:type="dxa"/>
      </w:tblCellMar>
    </w:tblPr>
    <w:tcPr>
      <w:shd w:val="clear" w:color="auto" w:fill="D3DFEE" w:themeFill="accent1" w:themeFillTint="3F"/>
    </w:tcPr>
    <w:tblStylePr w:type="firstRow">
      <w:rPr>
        <w:b/>
        <w:bCs/>
      </w:rPr>
    </w:tblStylePr>
    <w:tblStylePr w:type="lastRow">
      <w:rPr>
        <w:b/>
        <w:bCs/>
      </w:rPr>
      <w:tblPr/>
      <w:tcPr>
        <w:tcBorders>
          <w:top w:val="single" w:sz="18" w:space="0" w:color="7BA0CD" w:themeColor="accent1" w:themeTint="BF"/>
        </w:tcBorders>
      </w:tcPr>
    </w:tblStylePr>
    <w:tblStylePr w:type="firstCol">
      <w:rPr>
        <w:b/>
        <w:bCs/>
      </w:rPr>
    </w:tblStylePr>
    <w:tblStylePr w:type="lastCol">
      <w:rPr>
        <w:b/>
        <w:bCs/>
      </w:rPr>
    </w:tblStylePr>
    <w:tblStylePr w:type="band1Vert">
      <w:tblPr/>
      <w:tcPr>
        <w:shd w:val="clear" w:color="auto" w:fill="A7BFDE" w:themeFill="accent1" w:themeFillTint="7F"/>
      </w:tcPr>
    </w:tblStylePr>
    <w:tblStylePr w:type="band1Horz">
      <w:tblPr/>
      <w:tcPr>
        <w:shd w:val="clear" w:color="auto" w:fill="A7BFDE" w:themeFill="accent1" w:themeFillTint="7F"/>
      </w:tcPr>
    </w:tblStylePr>
  </w:style>
  <w:style w:type="table" w:styleId="MediumGrid1-Accent2">
    <w:name w:val="Medium Grid 1 Accent 2"/>
    <w:basedOn w:val="TableNormal"/>
    <w:uiPriority w:val="67"/>
    <w:rsid w:val="00CB0664"/>
    <w:pPr>
      <w:spacing w:after="0" w:line="240" w:lineRule="auto"/>
    </w:pPr>
    <w:tblPr>
      <w:tblStyleRowBandSize w:val="1"/>
      <w:tblStyleColBandSize w:val="1"/>
      <w:tblInd w:w="0" w:type="dxa"/>
      <w:tblBorders>
        <w:top w:val="single" w:sz="8" w:space="0" w:color="CF7B79" w:themeColor="accent2" w:themeTint="BF"/>
        <w:left w:val="single" w:sz="8" w:space="0" w:color="CF7B79" w:themeColor="accent2" w:themeTint="BF"/>
        <w:bottom w:val="single" w:sz="8" w:space="0" w:color="CF7B79" w:themeColor="accent2" w:themeTint="BF"/>
        <w:right w:val="single" w:sz="8" w:space="0" w:color="CF7B79" w:themeColor="accent2" w:themeTint="BF"/>
        <w:insideH w:val="single" w:sz="8" w:space="0" w:color="CF7B79" w:themeColor="accent2" w:themeTint="BF"/>
        <w:insideV w:val="single" w:sz="8" w:space="0" w:color="CF7B79" w:themeColor="accent2" w:themeTint="BF"/>
      </w:tblBorders>
      <w:tblCellMar>
        <w:top w:w="0" w:type="dxa"/>
        <w:left w:w="108" w:type="dxa"/>
        <w:bottom w:w="0" w:type="dxa"/>
        <w:right w:w="108" w:type="dxa"/>
      </w:tblCellMar>
    </w:tblPr>
    <w:tcPr>
      <w:shd w:val="clear" w:color="auto" w:fill="EFD3D2" w:themeFill="accent2" w:themeFillTint="3F"/>
    </w:tcPr>
    <w:tblStylePr w:type="firstRow">
      <w:rPr>
        <w:b/>
        <w:bCs/>
      </w:rPr>
    </w:tblStylePr>
    <w:tblStylePr w:type="lastRow">
      <w:rPr>
        <w:b/>
        <w:bCs/>
      </w:rPr>
      <w:tblPr/>
      <w:tcPr>
        <w:tcBorders>
          <w:top w:val="single" w:sz="18" w:space="0" w:color="CF7B79" w:themeColor="accent2" w:themeTint="BF"/>
        </w:tcBorders>
      </w:tcPr>
    </w:tblStylePr>
    <w:tblStylePr w:type="firstCol">
      <w:rPr>
        <w:b/>
        <w:bCs/>
      </w:rPr>
    </w:tblStylePr>
    <w:tblStylePr w:type="lastCol">
      <w:rPr>
        <w:b/>
        <w:bCs/>
      </w:rPr>
    </w:tblStylePr>
    <w:tblStylePr w:type="band1Vert">
      <w:tblPr/>
      <w:tcPr>
        <w:shd w:val="clear" w:color="auto" w:fill="DFA7A6" w:themeFill="accent2" w:themeFillTint="7F"/>
      </w:tcPr>
    </w:tblStylePr>
    <w:tblStylePr w:type="band1Horz">
      <w:tblPr/>
      <w:tcPr>
        <w:shd w:val="clear" w:color="auto" w:fill="DFA7A6" w:themeFill="accent2" w:themeFillTint="7F"/>
      </w:tcPr>
    </w:tblStylePr>
  </w:style>
  <w:style w:type="table" w:styleId="MediumGrid1-Accent3">
    <w:name w:val="Medium Grid 1 Accent 3"/>
    <w:basedOn w:val="TableNormal"/>
    <w:uiPriority w:val="67"/>
    <w:rsid w:val="00CB0664"/>
    <w:pPr>
      <w:spacing w:after="0" w:line="240" w:lineRule="auto"/>
    </w:pPr>
    <w:tblPr>
      <w:tblStyleRowBandSize w:val="1"/>
      <w:tblStyleColBandSize w:val="1"/>
      <w:tblInd w:w="0" w:type="dxa"/>
      <w:tblBorders>
        <w:top w:val="single" w:sz="8" w:space="0" w:color="B3CC82" w:themeColor="accent3" w:themeTint="BF"/>
        <w:left w:val="single" w:sz="8" w:space="0" w:color="B3CC82" w:themeColor="accent3" w:themeTint="BF"/>
        <w:bottom w:val="single" w:sz="8" w:space="0" w:color="B3CC82" w:themeColor="accent3" w:themeTint="BF"/>
        <w:right w:val="single" w:sz="8" w:space="0" w:color="B3CC82" w:themeColor="accent3" w:themeTint="BF"/>
        <w:insideH w:val="single" w:sz="8" w:space="0" w:color="B3CC82" w:themeColor="accent3" w:themeTint="BF"/>
        <w:insideV w:val="single" w:sz="8" w:space="0" w:color="B3CC82" w:themeColor="accent3" w:themeTint="BF"/>
      </w:tblBorders>
      <w:tblCellMar>
        <w:top w:w="0" w:type="dxa"/>
        <w:left w:w="108" w:type="dxa"/>
        <w:bottom w:w="0" w:type="dxa"/>
        <w:right w:w="108" w:type="dxa"/>
      </w:tblCellMar>
    </w:tblPr>
    <w:tcPr>
      <w:shd w:val="clear" w:color="auto" w:fill="E6EED5" w:themeFill="accent3" w:themeFillTint="3F"/>
    </w:tcPr>
    <w:tblStylePr w:type="firstRow">
      <w:rPr>
        <w:b/>
        <w:bCs/>
      </w:rPr>
    </w:tblStylePr>
    <w:tblStylePr w:type="lastRow">
      <w:rPr>
        <w:b/>
        <w:bCs/>
      </w:rPr>
      <w:tblPr/>
      <w:tcPr>
        <w:tcBorders>
          <w:top w:val="single" w:sz="18" w:space="0" w:color="B3CC82" w:themeColor="accent3" w:themeTint="BF"/>
        </w:tcBorders>
      </w:tcPr>
    </w:tblStylePr>
    <w:tblStylePr w:type="firstCol">
      <w:rPr>
        <w:b/>
        <w:bCs/>
      </w:rPr>
    </w:tblStylePr>
    <w:tblStylePr w:type="lastCol">
      <w:rPr>
        <w:b/>
        <w:bCs/>
      </w:rPr>
    </w:tblStylePr>
    <w:tblStylePr w:type="band1Vert">
      <w:tblPr/>
      <w:tcPr>
        <w:shd w:val="clear" w:color="auto" w:fill="CDDDAC" w:themeFill="accent3" w:themeFillTint="7F"/>
      </w:tcPr>
    </w:tblStylePr>
    <w:tblStylePr w:type="band1Horz">
      <w:tblPr/>
      <w:tcPr>
        <w:shd w:val="clear" w:color="auto" w:fill="CDDDAC" w:themeFill="accent3" w:themeFillTint="7F"/>
      </w:tcPr>
    </w:tblStylePr>
  </w:style>
  <w:style w:type="table" w:styleId="MediumGrid1-Accent4">
    <w:name w:val="Medium Grid 1 Accent 4"/>
    <w:basedOn w:val="TableNormal"/>
    <w:uiPriority w:val="67"/>
    <w:rsid w:val="00CB0664"/>
    <w:pPr>
      <w:spacing w:after="0" w:line="240" w:lineRule="auto"/>
    </w:pPr>
    <w:tblPr>
      <w:tblStyleRowBandSize w:val="1"/>
      <w:tblStyleColBandSize w:val="1"/>
      <w:tblInd w:w="0" w:type="dxa"/>
      <w:tblBorders>
        <w:top w:val="single" w:sz="8" w:space="0" w:color="9F8AB9" w:themeColor="accent4" w:themeTint="BF"/>
        <w:left w:val="single" w:sz="8" w:space="0" w:color="9F8AB9" w:themeColor="accent4" w:themeTint="BF"/>
        <w:bottom w:val="single" w:sz="8" w:space="0" w:color="9F8AB9" w:themeColor="accent4" w:themeTint="BF"/>
        <w:right w:val="single" w:sz="8" w:space="0" w:color="9F8AB9" w:themeColor="accent4" w:themeTint="BF"/>
        <w:insideH w:val="single" w:sz="8" w:space="0" w:color="9F8AB9" w:themeColor="accent4" w:themeTint="BF"/>
        <w:insideV w:val="single" w:sz="8" w:space="0" w:color="9F8AB9" w:themeColor="accent4" w:themeTint="BF"/>
      </w:tblBorders>
      <w:tblCellMar>
        <w:top w:w="0" w:type="dxa"/>
        <w:left w:w="108" w:type="dxa"/>
        <w:bottom w:w="0" w:type="dxa"/>
        <w:right w:w="108" w:type="dxa"/>
      </w:tblCellMar>
    </w:tblPr>
    <w:tcPr>
      <w:shd w:val="clear" w:color="auto" w:fill="DFD8E8" w:themeFill="accent4" w:themeFillTint="3F"/>
    </w:tcPr>
    <w:tblStylePr w:type="firstRow">
      <w:rPr>
        <w:b/>
        <w:bCs/>
      </w:rPr>
    </w:tblStylePr>
    <w:tblStylePr w:type="lastRow">
      <w:rPr>
        <w:b/>
        <w:bCs/>
      </w:rPr>
      <w:tblPr/>
      <w:tcPr>
        <w:tcBorders>
          <w:top w:val="single" w:sz="18" w:space="0" w:color="9F8AB9" w:themeColor="accent4" w:themeTint="BF"/>
        </w:tcBorders>
      </w:tcPr>
    </w:tblStylePr>
    <w:tblStylePr w:type="firstCol">
      <w:rPr>
        <w:b/>
        <w:bCs/>
      </w:rPr>
    </w:tblStylePr>
    <w:tblStylePr w:type="lastCol">
      <w:rPr>
        <w:b/>
        <w:bCs/>
      </w:rPr>
    </w:tblStylePr>
    <w:tblStylePr w:type="band1Vert">
      <w:tblPr/>
      <w:tcPr>
        <w:shd w:val="clear" w:color="auto" w:fill="BFB1D0" w:themeFill="accent4" w:themeFillTint="7F"/>
      </w:tcPr>
    </w:tblStylePr>
    <w:tblStylePr w:type="band1Horz">
      <w:tblPr/>
      <w:tcPr>
        <w:shd w:val="clear" w:color="auto" w:fill="BFB1D0" w:themeFill="accent4" w:themeFillTint="7F"/>
      </w:tcPr>
    </w:tblStylePr>
  </w:style>
  <w:style w:type="table" w:styleId="MediumGrid1-Accent5">
    <w:name w:val="Medium Grid 1 Accent 5"/>
    <w:basedOn w:val="TableNormal"/>
    <w:uiPriority w:val="67"/>
    <w:rsid w:val="00CB0664"/>
    <w:pPr>
      <w:spacing w:after="0" w:line="240" w:lineRule="auto"/>
    </w:pPr>
    <w:tblPr>
      <w:tblStyleRowBandSize w:val="1"/>
      <w:tblStyleColBandSize w:val="1"/>
      <w:tblInd w:w="0" w:type="dxa"/>
      <w:tblBorders>
        <w:top w:val="single" w:sz="8" w:space="0" w:color="78C0D4" w:themeColor="accent5" w:themeTint="BF"/>
        <w:left w:val="single" w:sz="8" w:space="0" w:color="78C0D4" w:themeColor="accent5" w:themeTint="BF"/>
        <w:bottom w:val="single" w:sz="8" w:space="0" w:color="78C0D4" w:themeColor="accent5" w:themeTint="BF"/>
        <w:right w:val="single" w:sz="8" w:space="0" w:color="78C0D4" w:themeColor="accent5" w:themeTint="BF"/>
        <w:insideH w:val="single" w:sz="8" w:space="0" w:color="78C0D4" w:themeColor="accent5" w:themeTint="BF"/>
        <w:insideV w:val="single" w:sz="8" w:space="0" w:color="78C0D4" w:themeColor="accent5" w:themeTint="BF"/>
      </w:tblBorders>
      <w:tblCellMar>
        <w:top w:w="0" w:type="dxa"/>
        <w:left w:w="108" w:type="dxa"/>
        <w:bottom w:w="0" w:type="dxa"/>
        <w:right w:w="108" w:type="dxa"/>
      </w:tblCellMar>
    </w:tblPr>
    <w:tcPr>
      <w:shd w:val="clear" w:color="auto" w:fill="D2EAF1" w:themeFill="accent5" w:themeFillTint="3F"/>
    </w:tcPr>
    <w:tblStylePr w:type="firstRow">
      <w:rPr>
        <w:b/>
        <w:bCs/>
      </w:rPr>
    </w:tblStylePr>
    <w:tblStylePr w:type="lastRow">
      <w:rPr>
        <w:b/>
        <w:bCs/>
      </w:rPr>
      <w:tblPr/>
      <w:tcPr>
        <w:tcBorders>
          <w:top w:val="single" w:sz="18" w:space="0" w:color="78C0D4" w:themeColor="accent5" w:themeTint="BF"/>
        </w:tcBorders>
      </w:tcPr>
    </w:tblStylePr>
    <w:tblStylePr w:type="firstCol">
      <w:rPr>
        <w:b/>
        <w:bCs/>
      </w:rPr>
    </w:tblStylePr>
    <w:tblStylePr w:type="lastCol">
      <w:rPr>
        <w:b/>
        <w:bCs/>
      </w:rPr>
    </w:tblStylePr>
    <w:tblStylePr w:type="band1Vert">
      <w:tblPr/>
      <w:tcPr>
        <w:shd w:val="clear" w:color="auto" w:fill="A5D5E2" w:themeFill="accent5" w:themeFillTint="7F"/>
      </w:tcPr>
    </w:tblStylePr>
    <w:tblStylePr w:type="band1Horz">
      <w:tblPr/>
      <w:tcPr>
        <w:shd w:val="clear" w:color="auto" w:fill="A5D5E2" w:themeFill="accent5" w:themeFillTint="7F"/>
      </w:tcPr>
    </w:tblStylePr>
  </w:style>
  <w:style w:type="table" w:styleId="MediumGrid1-Accent6">
    <w:name w:val="Medium Grid 1 Accent 6"/>
    <w:basedOn w:val="TableNormal"/>
    <w:uiPriority w:val="67"/>
    <w:rsid w:val="00CB0664"/>
    <w:pPr>
      <w:spacing w:after="0" w:line="240" w:lineRule="auto"/>
    </w:pPr>
    <w:tblPr>
      <w:tblStyleRowBandSize w:val="1"/>
      <w:tblStyleColBandSize w:val="1"/>
      <w:tblInd w:w="0" w:type="dxa"/>
      <w:tblBorders>
        <w:top w:val="single" w:sz="8" w:space="0" w:color="F9B074" w:themeColor="accent6" w:themeTint="BF"/>
        <w:left w:val="single" w:sz="8" w:space="0" w:color="F9B074" w:themeColor="accent6" w:themeTint="BF"/>
        <w:bottom w:val="single" w:sz="8" w:space="0" w:color="F9B074" w:themeColor="accent6" w:themeTint="BF"/>
        <w:right w:val="single" w:sz="8" w:space="0" w:color="F9B074" w:themeColor="accent6" w:themeTint="BF"/>
        <w:insideH w:val="single" w:sz="8" w:space="0" w:color="F9B074" w:themeColor="accent6" w:themeTint="BF"/>
        <w:insideV w:val="single" w:sz="8" w:space="0" w:color="F9B074" w:themeColor="accent6" w:themeTint="BF"/>
      </w:tblBorders>
      <w:tblCellMar>
        <w:top w:w="0" w:type="dxa"/>
        <w:left w:w="108" w:type="dxa"/>
        <w:bottom w:w="0" w:type="dxa"/>
        <w:right w:w="108" w:type="dxa"/>
      </w:tblCellMar>
    </w:tblPr>
    <w:tcPr>
      <w:shd w:val="clear" w:color="auto" w:fill="FDE4D0" w:themeFill="accent6" w:themeFillTint="3F"/>
    </w:tcPr>
    <w:tblStylePr w:type="firstRow">
      <w:rPr>
        <w:b/>
        <w:bCs/>
      </w:rPr>
    </w:tblStylePr>
    <w:tblStylePr w:type="lastRow">
      <w:rPr>
        <w:b/>
        <w:bCs/>
      </w:rPr>
      <w:tblPr/>
      <w:tcPr>
        <w:tcBorders>
          <w:top w:val="single" w:sz="18" w:space="0" w:color="F9B074" w:themeColor="accent6" w:themeTint="BF"/>
        </w:tcBorders>
      </w:tcPr>
    </w:tblStylePr>
    <w:tblStylePr w:type="firstCol">
      <w:rPr>
        <w:b/>
        <w:bCs/>
      </w:rPr>
    </w:tblStylePr>
    <w:tblStylePr w:type="lastCol">
      <w:rPr>
        <w:b/>
        <w:bCs/>
      </w:rPr>
    </w:tblStylePr>
    <w:tblStylePr w:type="band1Vert">
      <w:tblPr/>
      <w:tcPr>
        <w:shd w:val="clear" w:color="auto" w:fill="FBCAA2" w:themeFill="accent6" w:themeFillTint="7F"/>
      </w:tcPr>
    </w:tblStylePr>
    <w:tblStylePr w:type="band1Horz">
      <w:tblPr/>
      <w:tcPr>
        <w:shd w:val="clear" w:color="auto" w:fill="FBCAA2" w:themeFill="accent6" w:themeFillTint="7F"/>
      </w:tcPr>
    </w:tblStylePr>
  </w:style>
  <w:style w:type="table" w:styleId="MediumGrid2">
    <w:name w:val="Medium Grid 2"/>
    <w:basedOn w:val="TableNormal"/>
    <w:uiPriority w:val="68"/>
    <w:rsid w:val="00CB0664"/>
    <w:pPr>
      <w:spacing w:after="0" w:line="240" w:lineRule="auto"/>
    </w:pPr>
    <w:rPr>
      <w:rFonts w:asciiTheme="majorHAnsi" w:eastAsiaTheme="majorEastAsia" w:hAnsiTheme="majorHAnsi" w:cstheme="majorBidi"/>
      <w:color w:val="000000" w:themeColor="text1"/>
    </w:rPr>
    <w:tblPr>
      <w:tblStyleRowBandSize w:val="1"/>
      <w:tblStyleColBandSize w:val="1"/>
      <w:tblInd w:w="0" w:type="dxa"/>
      <w:tblBorders>
        <w:top w:val="single" w:sz="8" w:space="0" w:color="000000" w:themeColor="text1"/>
        <w:left w:val="single" w:sz="8" w:space="0" w:color="000000" w:themeColor="text1"/>
        <w:bottom w:val="single" w:sz="8" w:space="0" w:color="000000" w:themeColor="text1"/>
        <w:right w:val="single" w:sz="8" w:space="0" w:color="000000" w:themeColor="text1"/>
        <w:insideH w:val="single" w:sz="8" w:space="0" w:color="000000" w:themeColor="text1"/>
        <w:insideV w:val="single" w:sz="8" w:space="0" w:color="000000" w:themeColor="text1"/>
      </w:tblBorders>
      <w:tblCellMar>
        <w:top w:w="0" w:type="dxa"/>
        <w:left w:w="108" w:type="dxa"/>
        <w:bottom w:w="0" w:type="dxa"/>
        <w:right w:w="108" w:type="dxa"/>
      </w:tblCellMar>
    </w:tblPr>
    <w:tcPr>
      <w:shd w:val="clear" w:color="auto" w:fill="C0C0C0" w:themeFill="text1" w:themeFillTint="3F"/>
    </w:tcPr>
    <w:tblStylePr w:type="firstRow">
      <w:rPr>
        <w:b/>
        <w:bCs/>
        <w:color w:val="000000" w:themeColor="text1"/>
      </w:rPr>
      <w:tblPr/>
      <w:tcPr>
        <w:shd w:val="clear" w:color="auto" w:fill="E6E6E6" w:themeFill="text1" w:themeFillTint="19"/>
      </w:tcPr>
    </w:tblStylePr>
    <w:tblStylePr w:type="lastRow">
      <w:rPr>
        <w:b/>
        <w:bCs/>
        <w:color w:val="000000" w:themeColor="text1"/>
      </w:rPr>
      <w:tblPr/>
      <w:tcPr>
        <w:tcBorders>
          <w:top w:val="single" w:sz="12" w:space="0" w:color="000000" w:themeColor="text1"/>
          <w:left w:val="nil"/>
          <w:bottom w:val="nil"/>
          <w:right w:val="nil"/>
          <w:insideH w:val="nil"/>
          <w:insideV w:val="nil"/>
        </w:tcBorders>
        <w:shd w:val="clear" w:color="auto" w:fill="FFFFFF" w:themeFill="background1"/>
      </w:tcPr>
    </w:tblStylePr>
    <w:tblStylePr w:type="firstCol">
      <w:rPr>
        <w:b/>
        <w:bCs/>
        <w:color w:val="000000" w:themeColor="text1"/>
      </w:rPr>
      <w:tblPr/>
      <w:tcPr>
        <w:tcBorders>
          <w:top w:val="nil"/>
          <w:left w:val="nil"/>
          <w:bottom w:val="nil"/>
          <w:right w:val="nil"/>
          <w:insideH w:val="nil"/>
          <w:insideV w:val="nil"/>
        </w:tcBorders>
        <w:shd w:val="clear" w:color="auto" w:fill="FFFFFF" w:themeFill="background1"/>
      </w:tcPr>
    </w:tblStylePr>
    <w:tblStylePr w:type="lastCol">
      <w:rPr>
        <w:b w:val="0"/>
        <w:bCs w:val="0"/>
        <w:color w:val="000000" w:themeColor="text1"/>
      </w:rPr>
      <w:tblPr/>
      <w:tcPr>
        <w:tcBorders>
          <w:top w:val="nil"/>
          <w:left w:val="nil"/>
          <w:bottom w:val="nil"/>
          <w:right w:val="nil"/>
          <w:insideH w:val="nil"/>
          <w:insideV w:val="nil"/>
        </w:tcBorders>
        <w:shd w:val="clear" w:color="auto" w:fill="CCCCCC" w:themeFill="text1" w:themeFillTint="33"/>
      </w:tcPr>
    </w:tblStylePr>
    <w:tblStylePr w:type="band1Vert">
      <w:tblPr/>
      <w:tcPr>
        <w:shd w:val="clear" w:color="auto" w:fill="808080" w:themeFill="text1" w:themeFillTint="7F"/>
      </w:tcPr>
    </w:tblStylePr>
    <w:tblStylePr w:type="band1Horz">
      <w:tblPr/>
      <w:tcPr>
        <w:tcBorders>
          <w:insideH w:val="single" w:sz="6" w:space="0" w:color="000000" w:themeColor="text1"/>
          <w:insideV w:val="single" w:sz="6" w:space="0" w:color="000000" w:themeColor="text1"/>
        </w:tcBorders>
        <w:shd w:val="clear" w:color="auto" w:fill="808080" w:themeFill="text1" w:themeFillTint="7F"/>
      </w:tcPr>
    </w:tblStylePr>
    <w:tblStylePr w:type="nwCell">
      <w:tblPr/>
      <w:tcPr>
        <w:shd w:val="clear" w:color="auto" w:fill="FFFFFF" w:themeFill="background1"/>
      </w:tcPr>
    </w:tblStylePr>
  </w:style>
  <w:style w:type="table" w:styleId="MediumGrid2-Accent1">
    <w:name w:val="Medium Grid 2 Accent 1"/>
    <w:basedOn w:val="TableNormal"/>
    <w:uiPriority w:val="68"/>
    <w:rsid w:val="00CB0664"/>
    <w:pPr>
      <w:spacing w:after="0" w:line="240" w:lineRule="auto"/>
    </w:pPr>
    <w:rPr>
      <w:rFonts w:asciiTheme="majorHAnsi" w:eastAsiaTheme="majorEastAsia" w:hAnsiTheme="majorHAnsi" w:cstheme="majorBidi"/>
      <w:color w:val="000000" w:themeColor="text1"/>
    </w:rPr>
    <w:tblPr>
      <w:tblStyleRowBandSize w:val="1"/>
      <w:tblStyleColBandSize w:val="1"/>
      <w:tblInd w:w="0" w:type="dxa"/>
      <w:tblBorders>
        <w:top w:val="single" w:sz="8" w:space="0" w:color="4F81BD" w:themeColor="accent1"/>
        <w:left w:val="single" w:sz="8" w:space="0" w:color="4F81BD" w:themeColor="accent1"/>
        <w:bottom w:val="single" w:sz="8" w:space="0" w:color="4F81BD" w:themeColor="accent1"/>
        <w:right w:val="single" w:sz="8" w:space="0" w:color="4F81BD" w:themeColor="accent1"/>
        <w:insideH w:val="single" w:sz="8" w:space="0" w:color="4F81BD" w:themeColor="accent1"/>
        <w:insideV w:val="single" w:sz="8" w:space="0" w:color="4F81BD" w:themeColor="accent1"/>
      </w:tblBorders>
      <w:tblCellMar>
        <w:top w:w="0" w:type="dxa"/>
        <w:left w:w="108" w:type="dxa"/>
        <w:bottom w:w="0" w:type="dxa"/>
        <w:right w:w="108" w:type="dxa"/>
      </w:tblCellMar>
    </w:tblPr>
    <w:tcPr>
      <w:shd w:val="clear" w:color="auto" w:fill="D3DFEE" w:themeFill="accent1" w:themeFillTint="3F"/>
    </w:tcPr>
    <w:tblStylePr w:type="firstRow">
      <w:rPr>
        <w:b/>
        <w:bCs/>
        <w:color w:val="000000" w:themeColor="text1"/>
      </w:rPr>
      <w:tblPr/>
      <w:tcPr>
        <w:shd w:val="clear" w:color="auto" w:fill="EDF2F8" w:themeFill="accent1" w:themeFillTint="19"/>
      </w:tcPr>
    </w:tblStylePr>
    <w:tblStylePr w:type="lastRow">
      <w:rPr>
        <w:b/>
        <w:bCs/>
        <w:color w:val="000000" w:themeColor="text1"/>
      </w:rPr>
      <w:tblPr/>
      <w:tcPr>
        <w:tcBorders>
          <w:top w:val="single" w:sz="12" w:space="0" w:color="000000" w:themeColor="text1"/>
          <w:left w:val="nil"/>
          <w:bottom w:val="nil"/>
          <w:right w:val="nil"/>
          <w:insideH w:val="nil"/>
          <w:insideV w:val="nil"/>
        </w:tcBorders>
        <w:shd w:val="clear" w:color="auto" w:fill="FFFFFF" w:themeFill="background1"/>
      </w:tcPr>
    </w:tblStylePr>
    <w:tblStylePr w:type="firstCol">
      <w:rPr>
        <w:b/>
        <w:bCs/>
        <w:color w:val="000000" w:themeColor="text1"/>
      </w:rPr>
      <w:tblPr/>
      <w:tcPr>
        <w:tcBorders>
          <w:top w:val="nil"/>
          <w:left w:val="nil"/>
          <w:bottom w:val="nil"/>
          <w:right w:val="nil"/>
          <w:insideH w:val="nil"/>
          <w:insideV w:val="nil"/>
        </w:tcBorders>
        <w:shd w:val="clear" w:color="auto" w:fill="FFFFFF" w:themeFill="background1"/>
      </w:tcPr>
    </w:tblStylePr>
    <w:tblStylePr w:type="lastCol">
      <w:rPr>
        <w:b w:val="0"/>
        <w:bCs w:val="0"/>
        <w:color w:val="000000" w:themeColor="text1"/>
      </w:rPr>
      <w:tblPr/>
      <w:tcPr>
        <w:tcBorders>
          <w:top w:val="nil"/>
          <w:left w:val="nil"/>
          <w:bottom w:val="nil"/>
          <w:right w:val="nil"/>
          <w:insideH w:val="nil"/>
          <w:insideV w:val="nil"/>
        </w:tcBorders>
        <w:shd w:val="clear" w:color="auto" w:fill="DBE5F1" w:themeFill="accent1" w:themeFillTint="33"/>
      </w:tcPr>
    </w:tblStylePr>
    <w:tblStylePr w:type="band1Vert">
      <w:tblPr/>
      <w:tcPr>
        <w:shd w:val="clear" w:color="auto" w:fill="A7BFDE" w:themeFill="accent1" w:themeFillTint="7F"/>
      </w:tcPr>
    </w:tblStylePr>
    <w:tblStylePr w:type="band1Horz">
      <w:tblPr/>
      <w:tcPr>
        <w:tcBorders>
          <w:insideH w:val="single" w:sz="6" w:space="0" w:color="4F81BD" w:themeColor="accent1"/>
          <w:insideV w:val="single" w:sz="6" w:space="0" w:color="4F81BD" w:themeColor="accent1"/>
        </w:tcBorders>
        <w:shd w:val="clear" w:color="auto" w:fill="A7BFDE" w:themeFill="accent1" w:themeFillTint="7F"/>
      </w:tcPr>
    </w:tblStylePr>
    <w:tblStylePr w:type="nwCell">
      <w:tblPr/>
      <w:tcPr>
        <w:shd w:val="clear" w:color="auto" w:fill="FFFFFF" w:themeFill="background1"/>
      </w:tcPr>
    </w:tblStylePr>
  </w:style>
  <w:style w:type="table" w:styleId="MediumGrid2-Accent2">
    <w:name w:val="Medium Grid 2 Accent 2"/>
    <w:basedOn w:val="TableNormal"/>
    <w:uiPriority w:val="68"/>
    <w:rsid w:val="00CB0664"/>
    <w:pPr>
      <w:spacing w:after="0" w:line="240" w:lineRule="auto"/>
    </w:pPr>
    <w:rPr>
      <w:rFonts w:asciiTheme="majorHAnsi" w:eastAsiaTheme="majorEastAsia" w:hAnsiTheme="majorHAnsi" w:cstheme="majorBidi"/>
      <w:color w:val="000000" w:themeColor="text1"/>
    </w:rPr>
    <w:tblPr>
      <w:tblStyleRowBandSize w:val="1"/>
      <w:tblStyleColBandSize w:val="1"/>
      <w:tblInd w:w="0" w:type="dxa"/>
      <w:tblBorders>
        <w:top w:val="single" w:sz="8" w:space="0" w:color="C0504D" w:themeColor="accent2"/>
        <w:left w:val="single" w:sz="8" w:space="0" w:color="C0504D" w:themeColor="accent2"/>
        <w:bottom w:val="single" w:sz="8" w:space="0" w:color="C0504D" w:themeColor="accent2"/>
        <w:right w:val="single" w:sz="8" w:space="0" w:color="C0504D" w:themeColor="accent2"/>
        <w:insideH w:val="single" w:sz="8" w:space="0" w:color="C0504D" w:themeColor="accent2"/>
        <w:insideV w:val="single" w:sz="8" w:space="0" w:color="C0504D" w:themeColor="accent2"/>
      </w:tblBorders>
      <w:tblCellMar>
        <w:top w:w="0" w:type="dxa"/>
        <w:left w:w="108" w:type="dxa"/>
        <w:bottom w:w="0" w:type="dxa"/>
        <w:right w:w="108" w:type="dxa"/>
      </w:tblCellMar>
    </w:tblPr>
    <w:tcPr>
      <w:shd w:val="clear" w:color="auto" w:fill="EFD3D2" w:themeFill="accent2" w:themeFillTint="3F"/>
    </w:tcPr>
    <w:tblStylePr w:type="firstRow">
      <w:rPr>
        <w:b/>
        <w:bCs/>
        <w:color w:val="000000" w:themeColor="text1"/>
      </w:rPr>
      <w:tblPr/>
      <w:tcPr>
        <w:shd w:val="clear" w:color="auto" w:fill="F8EDED" w:themeFill="accent2" w:themeFillTint="19"/>
      </w:tcPr>
    </w:tblStylePr>
    <w:tblStylePr w:type="lastRow">
      <w:rPr>
        <w:b/>
        <w:bCs/>
        <w:color w:val="000000" w:themeColor="text1"/>
      </w:rPr>
      <w:tblPr/>
      <w:tcPr>
        <w:tcBorders>
          <w:top w:val="single" w:sz="12" w:space="0" w:color="000000" w:themeColor="text1"/>
          <w:left w:val="nil"/>
          <w:bottom w:val="nil"/>
          <w:right w:val="nil"/>
          <w:insideH w:val="nil"/>
          <w:insideV w:val="nil"/>
        </w:tcBorders>
        <w:shd w:val="clear" w:color="auto" w:fill="FFFFFF" w:themeFill="background1"/>
      </w:tcPr>
    </w:tblStylePr>
    <w:tblStylePr w:type="firstCol">
      <w:rPr>
        <w:b/>
        <w:bCs/>
        <w:color w:val="000000" w:themeColor="text1"/>
      </w:rPr>
      <w:tblPr/>
      <w:tcPr>
        <w:tcBorders>
          <w:top w:val="nil"/>
          <w:left w:val="nil"/>
          <w:bottom w:val="nil"/>
          <w:right w:val="nil"/>
          <w:insideH w:val="nil"/>
          <w:insideV w:val="nil"/>
        </w:tcBorders>
        <w:shd w:val="clear" w:color="auto" w:fill="FFFFFF" w:themeFill="background1"/>
      </w:tcPr>
    </w:tblStylePr>
    <w:tblStylePr w:type="lastCol">
      <w:rPr>
        <w:b w:val="0"/>
        <w:bCs w:val="0"/>
        <w:color w:val="000000" w:themeColor="text1"/>
      </w:rPr>
      <w:tblPr/>
      <w:tcPr>
        <w:tcBorders>
          <w:top w:val="nil"/>
          <w:left w:val="nil"/>
          <w:bottom w:val="nil"/>
          <w:right w:val="nil"/>
          <w:insideH w:val="nil"/>
          <w:insideV w:val="nil"/>
        </w:tcBorders>
        <w:shd w:val="clear" w:color="auto" w:fill="F2DBDB" w:themeFill="accent2" w:themeFillTint="33"/>
      </w:tcPr>
    </w:tblStylePr>
    <w:tblStylePr w:type="band1Vert">
      <w:tblPr/>
      <w:tcPr>
        <w:shd w:val="clear" w:color="auto" w:fill="DFA7A6" w:themeFill="accent2" w:themeFillTint="7F"/>
      </w:tcPr>
    </w:tblStylePr>
    <w:tblStylePr w:type="band1Horz">
      <w:tblPr/>
      <w:tcPr>
        <w:tcBorders>
          <w:insideH w:val="single" w:sz="6" w:space="0" w:color="C0504D" w:themeColor="accent2"/>
          <w:insideV w:val="single" w:sz="6" w:space="0" w:color="C0504D" w:themeColor="accent2"/>
        </w:tcBorders>
        <w:shd w:val="clear" w:color="auto" w:fill="DFA7A6" w:themeFill="accent2" w:themeFillTint="7F"/>
      </w:tcPr>
    </w:tblStylePr>
    <w:tblStylePr w:type="nwCell">
      <w:tblPr/>
      <w:tcPr>
        <w:shd w:val="clear" w:color="auto" w:fill="FFFFFF" w:themeFill="background1"/>
      </w:tcPr>
    </w:tblStylePr>
  </w:style>
  <w:style w:type="table" w:styleId="MediumGrid2-Accent3">
    <w:name w:val="Medium Grid 2 Accent 3"/>
    <w:basedOn w:val="TableNormal"/>
    <w:uiPriority w:val="68"/>
    <w:rsid w:val="00CB0664"/>
    <w:pPr>
      <w:spacing w:after="0" w:line="240" w:lineRule="auto"/>
    </w:pPr>
    <w:rPr>
      <w:rFonts w:asciiTheme="majorHAnsi" w:eastAsiaTheme="majorEastAsia" w:hAnsiTheme="majorHAnsi" w:cstheme="majorBidi"/>
      <w:color w:val="000000" w:themeColor="text1"/>
    </w:rPr>
    <w:tblPr>
      <w:tblStyleRowBandSize w:val="1"/>
      <w:tblStyleColBandSize w:val="1"/>
      <w:tblInd w:w="0" w:type="dxa"/>
      <w:tblBorders>
        <w:top w:val="single" w:sz="8" w:space="0" w:color="9BBB59" w:themeColor="accent3"/>
        <w:left w:val="single" w:sz="8" w:space="0" w:color="9BBB59" w:themeColor="accent3"/>
        <w:bottom w:val="single" w:sz="8" w:space="0" w:color="9BBB59" w:themeColor="accent3"/>
        <w:right w:val="single" w:sz="8" w:space="0" w:color="9BBB59" w:themeColor="accent3"/>
        <w:insideH w:val="single" w:sz="8" w:space="0" w:color="9BBB59" w:themeColor="accent3"/>
        <w:insideV w:val="single" w:sz="8" w:space="0" w:color="9BBB59" w:themeColor="accent3"/>
      </w:tblBorders>
      <w:tblCellMar>
        <w:top w:w="0" w:type="dxa"/>
        <w:left w:w="108" w:type="dxa"/>
        <w:bottom w:w="0" w:type="dxa"/>
        <w:right w:w="108" w:type="dxa"/>
      </w:tblCellMar>
    </w:tblPr>
    <w:tcPr>
      <w:shd w:val="clear" w:color="auto" w:fill="E6EED5" w:themeFill="accent3" w:themeFillTint="3F"/>
    </w:tcPr>
    <w:tblStylePr w:type="firstRow">
      <w:rPr>
        <w:b/>
        <w:bCs/>
        <w:color w:val="000000" w:themeColor="text1"/>
      </w:rPr>
      <w:tblPr/>
      <w:tcPr>
        <w:shd w:val="clear" w:color="auto" w:fill="F5F8EE" w:themeFill="accent3" w:themeFillTint="19"/>
      </w:tcPr>
    </w:tblStylePr>
    <w:tblStylePr w:type="lastRow">
      <w:rPr>
        <w:b/>
        <w:bCs/>
        <w:color w:val="000000" w:themeColor="text1"/>
      </w:rPr>
      <w:tblPr/>
      <w:tcPr>
        <w:tcBorders>
          <w:top w:val="single" w:sz="12" w:space="0" w:color="000000" w:themeColor="text1"/>
          <w:left w:val="nil"/>
          <w:bottom w:val="nil"/>
          <w:right w:val="nil"/>
          <w:insideH w:val="nil"/>
          <w:insideV w:val="nil"/>
        </w:tcBorders>
        <w:shd w:val="clear" w:color="auto" w:fill="FFFFFF" w:themeFill="background1"/>
      </w:tcPr>
    </w:tblStylePr>
    <w:tblStylePr w:type="firstCol">
      <w:rPr>
        <w:b/>
        <w:bCs/>
        <w:color w:val="000000" w:themeColor="text1"/>
      </w:rPr>
      <w:tblPr/>
      <w:tcPr>
        <w:tcBorders>
          <w:top w:val="nil"/>
          <w:left w:val="nil"/>
          <w:bottom w:val="nil"/>
          <w:right w:val="nil"/>
          <w:insideH w:val="nil"/>
          <w:insideV w:val="nil"/>
        </w:tcBorders>
        <w:shd w:val="clear" w:color="auto" w:fill="FFFFFF" w:themeFill="background1"/>
      </w:tcPr>
    </w:tblStylePr>
    <w:tblStylePr w:type="lastCol">
      <w:rPr>
        <w:b w:val="0"/>
        <w:bCs w:val="0"/>
        <w:color w:val="000000" w:themeColor="text1"/>
      </w:rPr>
      <w:tblPr/>
      <w:tcPr>
        <w:tcBorders>
          <w:top w:val="nil"/>
          <w:left w:val="nil"/>
          <w:bottom w:val="nil"/>
          <w:right w:val="nil"/>
          <w:insideH w:val="nil"/>
          <w:insideV w:val="nil"/>
        </w:tcBorders>
        <w:shd w:val="clear" w:color="auto" w:fill="EAF1DD" w:themeFill="accent3" w:themeFillTint="33"/>
      </w:tcPr>
    </w:tblStylePr>
    <w:tblStylePr w:type="band1Vert">
      <w:tblPr/>
      <w:tcPr>
        <w:shd w:val="clear" w:color="auto" w:fill="CDDDAC" w:themeFill="accent3" w:themeFillTint="7F"/>
      </w:tcPr>
    </w:tblStylePr>
    <w:tblStylePr w:type="band1Horz">
      <w:tblPr/>
      <w:tcPr>
        <w:tcBorders>
          <w:insideH w:val="single" w:sz="6" w:space="0" w:color="9BBB59" w:themeColor="accent3"/>
          <w:insideV w:val="single" w:sz="6" w:space="0" w:color="9BBB59" w:themeColor="accent3"/>
        </w:tcBorders>
        <w:shd w:val="clear" w:color="auto" w:fill="CDDDAC" w:themeFill="accent3" w:themeFillTint="7F"/>
      </w:tcPr>
    </w:tblStylePr>
    <w:tblStylePr w:type="nwCell">
      <w:tblPr/>
      <w:tcPr>
        <w:shd w:val="clear" w:color="auto" w:fill="FFFFFF" w:themeFill="background1"/>
      </w:tcPr>
    </w:tblStylePr>
  </w:style>
  <w:style w:type="table" w:styleId="MediumGrid2-Accent4">
    <w:name w:val="Medium Grid 2 Accent 4"/>
    <w:basedOn w:val="TableNormal"/>
    <w:uiPriority w:val="68"/>
    <w:rsid w:val="00CB0664"/>
    <w:pPr>
      <w:spacing w:after="0" w:line="240" w:lineRule="auto"/>
    </w:pPr>
    <w:rPr>
      <w:rFonts w:asciiTheme="majorHAnsi" w:eastAsiaTheme="majorEastAsia" w:hAnsiTheme="majorHAnsi" w:cstheme="majorBidi"/>
      <w:color w:val="000000" w:themeColor="text1"/>
    </w:rPr>
    <w:tblPr>
      <w:tblStyleRowBandSize w:val="1"/>
      <w:tblStyleColBandSize w:val="1"/>
      <w:tblInd w:w="0" w:type="dxa"/>
      <w:tblBorders>
        <w:top w:val="single" w:sz="8" w:space="0" w:color="8064A2" w:themeColor="accent4"/>
        <w:left w:val="single" w:sz="8" w:space="0" w:color="8064A2" w:themeColor="accent4"/>
        <w:bottom w:val="single" w:sz="8" w:space="0" w:color="8064A2" w:themeColor="accent4"/>
        <w:right w:val="single" w:sz="8" w:space="0" w:color="8064A2" w:themeColor="accent4"/>
        <w:insideH w:val="single" w:sz="8" w:space="0" w:color="8064A2" w:themeColor="accent4"/>
        <w:insideV w:val="single" w:sz="8" w:space="0" w:color="8064A2" w:themeColor="accent4"/>
      </w:tblBorders>
      <w:tblCellMar>
        <w:top w:w="0" w:type="dxa"/>
        <w:left w:w="108" w:type="dxa"/>
        <w:bottom w:w="0" w:type="dxa"/>
        <w:right w:w="108" w:type="dxa"/>
      </w:tblCellMar>
    </w:tblPr>
    <w:tcPr>
      <w:shd w:val="clear" w:color="auto" w:fill="DFD8E8" w:themeFill="accent4" w:themeFillTint="3F"/>
    </w:tcPr>
    <w:tblStylePr w:type="firstRow">
      <w:rPr>
        <w:b/>
        <w:bCs/>
        <w:color w:val="000000" w:themeColor="text1"/>
      </w:rPr>
      <w:tblPr/>
      <w:tcPr>
        <w:shd w:val="clear" w:color="auto" w:fill="F2EFF6" w:themeFill="accent4" w:themeFillTint="19"/>
      </w:tcPr>
    </w:tblStylePr>
    <w:tblStylePr w:type="lastRow">
      <w:rPr>
        <w:b/>
        <w:bCs/>
        <w:color w:val="000000" w:themeColor="text1"/>
      </w:rPr>
      <w:tblPr/>
      <w:tcPr>
        <w:tcBorders>
          <w:top w:val="single" w:sz="12" w:space="0" w:color="000000" w:themeColor="text1"/>
          <w:left w:val="nil"/>
          <w:bottom w:val="nil"/>
          <w:right w:val="nil"/>
          <w:insideH w:val="nil"/>
          <w:insideV w:val="nil"/>
        </w:tcBorders>
        <w:shd w:val="clear" w:color="auto" w:fill="FFFFFF" w:themeFill="background1"/>
      </w:tcPr>
    </w:tblStylePr>
    <w:tblStylePr w:type="firstCol">
      <w:rPr>
        <w:b/>
        <w:bCs/>
        <w:color w:val="000000" w:themeColor="text1"/>
      </w:rPr>
      <w:tblPr/>
      <w:tcPr>
        <w:tcBorders>
          <w:top w:val="nil"/>
          <w:left w:val="nil"/>
          <w:bottom w:val="nil"/>
          <w:right w:val="nil"/>
          <w:insideH w:val="nil"/>
          <w:insideV w:val="nil"/>
        </w:tcBorders>
        <w:shd w:val="clear" w:color="auto" w:fill="FFFFFF" w:themeFill="background1"/>
      </w:tcPr>
    </w:tblStylePr>
    <w:tblStylePr w:type="lastCol">
      <w:rPr>
        <w:b w:val="0"/>
        <w:bCs w:val="0"/>
        <w:color w:val="000000" w:themeColor="text1"/>
      </w:rPr>
      <w:tblPr/>
      <w:tcPr>
        <w:tcBorders>
          <w:top w:val="nil"/>
          <w:left w:val="nil"/>
          <w:bottom w:val="nil"/>
          <w:right w:val="nil"/>
          <w:insideH w:val="nil"/>
          <w:insideV w:val="nil"/>
        </w:tcBorders>
        <w:shd w:val="clear" w:color="auto" w:fill="E5DFEC" w:themeFill="accent4" w:themeFillTint="33"/>
      </w:tcPr>
    </w:tblStylePr>
    <w:tblStylePr w:type="band1Vert">
      <w:tblPr/>
      <w:tcPr>
        <w:shd w:val="clear" w:color="auto" w:fill="BFB1D0" w:themeFill="accent4" w:themeFillTint="7F"/>
      </w:tcPr>
    </w:tblStylePr>
    <w:tblStylePr w:type="band1Horz">
      <w:tblPr/>
      <w:tcPr>
        <w:tcBorders>
          <w:insideH w:val="single" w:sz="6" w:space="0" w:color="8064A2" w:themeColor="accent4"/>
          <w:insideV w:val="single" w:sz="6" w:space="0" w:color="8064A2" w:themeColor="accent4"/>
        </w:tcBorders>
        <w:shd w:val="clear" w:color="auto" w:fill="BFB1D0" w:themeFill="accent4" w:themeFillTint="7F"/>
      </w:tcPr>
    </w:tblStylePr>
    <w:tblStylePr w:type="nwCell">
      <w:tblPr/>
      <w:tcPr>
        <w:shd w:val="clear" w:color="auto" w:fill="FFFFFF" w:themeFill="background1"/>
      </w:tcPr>
    </w:tblStylePr>
  </w:style>
  <w:style w:type="table" w:styleId="MediumGrid2-Accent5">
    <w:name w:val="Medium Grid 2 Accent 5"/>
    <w:basedOn w:val="TableNormal"/>
    <w:uiPriority w:val="68"/>
    <w:rsid w:val="00CB0664"/>
    <w:pPr>
      <w:spacing w:after="0" w:line="240" w:lineRule="auto"/>
    </w:pPr>
    <w:rPr>
      <w:rFonts w:asciiTheme="majorHAnsi" w:eastAsiaTheme="majorEastAsia" w:hAnsiTheme="majorHAnsi" w:cstheme="majorBidi"/>
      <w:color w:val="000000" w:themeColor="text1"/>
    </w:rPr>
    <w:tblPr>
      <w:tblStyleRowBandSize w:val="1"/>
      <w:tblStyleColBandSize w:val="1"/>
      <w:tblInd w:w="0" w:type="dxa"/>
      <w:tblBorders>
        <w:top w:val="single" w:sz="8" w:space="0" w:color="4BACC6" w:themeColor="accent5"/>
        <w:left w:val="single" w:sz="8" w:space="0" w:color="4BACC6" w:themeColor="accent5"/>
        <w:bottom w:val="single" w:sz="8" w:space="0" w:color="4BACC6" w:themeColor="accent5"/>
        <w:right w:val="single" w:sz="8" w:space="0" w:color="4BACC6" w:themeColor="accent5"/>
        <w:insideH w:val="single" w:sz="8" w:space="0" w:color="4BACC6" w:themeColor="accent5"/>
        <w:insideV w:val="single" w:sz="8" w:space="0" w:color="4BACC6" w:themeColor="accent5"/>
      </w:tblBorders>
      <w:tblCellMar>
        <w:top w:w="0" w:type="dxa"/>
        <w:left w:w="108" w:type="dxa"/>
        <w:bottom w:w="0" w:type="dxa"/>
        <w:right w:w="108" w:type="dxa"/>
      </w:tblCellMar>
    </w:tblPr>
    <w:tcPr>
      <w:shd w:val="clear" w:color="auto" w:fill="D2EAF1" w:themeFill="accent5" w:themeFillTint="3F"/>
    </w:tcPr>
    <w:tblStylePr w:type="firstRow">
      <w:rPr>
        <w:b/>
        <w:bCs/>
        <w:color w:val="000000" w:themeColor="text1"/>
      </w:rPr>
      <w:tblPr/>
      <w:tcPr>
        <w:shd w:val="clear" w:color="auto" w:fill="EDF6F9" w:themeFill="accent5" w:themeFillTint="19"/>
      </w:tcPr>
    </w:tblStylePr>
    <w:tblStylePr w:type="lastRow">
      <w:rPr>
        <w:b/>
        <w:bCs/>
        <w:color w:val="000000" w:themeColor="text1"/>
      </w:rPr>
      <w:tblPr/>
      <w:tcPr>
        <w:tcBorders>
          <w:top w:val="single" w:sz="12" w:space="0" w:color="000000" w:themeColor="text1"/>
          <w:left w:val="nil"/>
          <w:bottom w:val="nil"/>
          <w:right w:val="nil"/>
          <w:insideH w:val="nil"/>
          <w:insideV w:val="nil"/>
        </w:tcBorders>
        <w:shd w:val="clear" w:color="auto" w:fill="FFFFFF" w:themeFill="background1"/>
      </w:tcPr>
    </w:tblStylePr>
    <w:tblStylePr w:type="firstCol">
      <w:rPr>
        <w:b/>
        <w:bCs/>
        <w:color w:val="000000" w:themeColor="text1"/>
      </w:rPr>
      <w:tblPr/>
      <w:tcPr>
        <w:tcBorders>
          <w:top w:val="nil"/>
          <w:left w:val="nil"/>
          <w:bottom w:val="nil"/>
          <w:right w:val="nil"/>
          <w:insideH w:val="nil"/>
          <w:insideV w:val="nil"/>
        </w:tcBorders>
        <w:shd w:val="clear" w:color="auto" w:fill="FFFFFF" w:themeFill="background1"/>
      </w:tcPr>
    </w:tblStylePr>
    <w:tblStylePr w:type="lastCol">
      <w:rPr>
        <w:b w:val="0"/>
        <w:bCs w:val="0"/>
        <w:color w:val="000000" w:themeColor="text1"/>
      </w:rPr>
      <w:tblPr/>
      <w:tcPr>
        <w:tcBorders>
          <w:top w:val="nil"/>
          <w:left w:val="nil"/>
          <w:bottom w:val="nil"/>
          <w:right w:val="nil"/>
          <w:insideH w:val="nil"/>
          <w:insideV w:val="nil"/>
        </w:tcBorders>
        <w:shd w:val="clear" w:color="auto" w:fill="DAEEF3" w:themeFill="accent5" w:themeFillTint="33"/>
      </w:tcPr>
    </w:tblStylePr>
    <w:tblStylePr w:type="band1Vert">
      <w:tblPr/>
      <w:tcPr>
        <w:shd w:val="clear" w:color="auto" w:fill="A5D5E2" w:themeFill="accent5" w:themeFillTint="7F"/>
      </w:tcPr>
    </w:tblStylePr>
    <w:tblStylePr w:type="band1Horz">
      <w:tblPr/>
      <w:tcPr>
        <w:tcBorders>
          <w:insideH w:val="single" w:sz="6" w:space="0" w:color="4BACC6" w:themeColor="accent5"/>
          <w:insideV w:val="single" w:sz="6" w:space="0" w:color="4BACC6" w:themeColor="accent5"/>
        </w:tcBorders>
        <w:shd w:val="clear" w:color="auto" w:fill="A5D5E2" w:themeFill="accent5" w:themeFillTint="7F"/>
      </w:tcPr>
    </w:tblStylePr>
    <w:tblStylePr w:type="nwCell">
      <w:tblPr/>
      <w:tcPr>
        <w:shd w:val="clear" w:color="auto" w:fill="FFFFFF" w:themeFill="background1"/>
      </w:tcPr>
    </w:tblStylePr>
  </w:style>
  <w:style w:type="table" w:styleId="MediumGrid2-Accent6">
    <w:name w:val="Medium Grid 2 Accent 6"/>
    <w:basedOn w:val="TableNormal"/>
    <w:uiPriority w:val="68"/>
    <w:rsid w:val="00CB0664"/>
    <w:pPr>
      <w:spacing w:after="0" w:line="240" w:lineRule="auto"/>
    </w:pPr>
    <w:rPr>
      <w:rFonts w:asciiTheme="majorHAnsi" w:eastAsiaTheme="majorEastAsia" w:hAnsiTheme="majorHAnsi" w:cstheme="majorBidi"/>
      <w:color w:val="000000" w:themeColor="text1"/>
    </w:rPr>
    <w:tblPr>
      <w:tblStyleRowBandSize w:val="1"/>
      <w:tblStyleColBandSize w:val="1"/>
      <w:tblInd w:w="0" w:type="dxa"/>
      <w:tblBorders>
        <w:top w:val="single" w:sz="8" w:space="0" w:color="F79646" w:themeColor="accent6"/>
        <w:left w:val="single" w:sz="8" w:space="0" w:color="F79646" w:themeColor="accent6"/>
        <w:bottom w:val="single" w:sz="8" w:space="0" w:color="F79646" w:themeColor="accent6"/>
        <w:right w:val="single" w:sz="8" w:space="0" w:color="F79646" w:themeColor="accent6"/>
        <w:insideH w:val="single" w:sz="8" w:space="0" w:color="F79646" w:themeColor="accent6"/>
        <w:insideV w:val="single" w:sz="8" w:space="0" w:color="F79646" w:themeColor="accent6"/>
      </w:tblBorders>
      <w:tblCellMar>
        <w:top w:w="0" w:type="dxa"/>
        <w:left w:w="108" w:type="dxa"/>
        <w:bottom w:w="0" w:type="dxa"/>
        <w:right w:w="108" w:type="dxa"/>
      </w:tblCellMar>
    </w:tblPr>
    <w:tcPr>
      <w:shd w:val="clear" w:color="auto" w:fill="FDE4D0" w:themeFill="accent6" w:themeFillTint="3F"/>
    </w:tcPr>
    <w:tblStylePr w:type="firstRow">
      <w:rPr>
        <w:b/>
        <w:bCs/>
        <w:color w:val="000000" w:themeColor="text1"/>
      </w:rPr>
      <w:tblPr/>
      <w:tcPr>
        <w:shd w:val="clear" w:color="auto" w:fill="FEF4EC" w:themeFill="accent6" w:themeFillTint="19"/>
      </w:tcPr>
    </w:tblStylePr>
    <w:tblStylePr w:type="lastRow">
      <w:rPr>
        <w:b/>
        <w:bCs/>
        <w:color w:val="000000" w:themeColor="text1"/>
      </w:rPr>
      <w:tblPr/>
      <w:tcPr>
        <w:tcBorders>
          <w:top w:val="single" w:sz="12" w:space="0" w:color="000000" w:themeColor="text1"/>
          <w:left w:val="nil"/>
          <w:bottom w:val="nil"/>
          <w:right w:val="nil"/>
          <w:insideH w:val="nil"/>
          <w:insideV w:val="nil"/>
        </w:tcBorders>
        <w:shd w:val="clear" w:color="auto" w:fill="FFFFFF" w:themeFill="background1"/>
      </w:tcPr>
    </w:tblStylePr>
    <w:tblStylePr w:type="firstCol">
      <w:rPr>
        <w:b/>
        <w:bCs/>
        <w:color w:val="000000" w:themeColor="text1"/>
      </w:rPr>
      <w:tblPr/>
      <w:tcPr>
        <w:tcBorders>
          <w:top w:val="nil"/>
          <w:left w:val="nil"/>
          <w:bottom w:val="nil"/>
          <w:right w:val="nil"/>
          <w:insideH w:val="nil"/>
          <w:insideV w:val="nil"/>
        </w:tcBorders>
        <w:shd w:val="clear" w:color="auto" w:fill="FFFFFF" w:themeFill="background1"/>
      </w:tcPr>
    </w:tblStylePr>
    <w:tblStylePr w:type="lastCol">
      <w:rPr>
        <w:b w:val="0"/>
        <w:bCs w:val="0"/>
        <w:color w:val="000000" w:themeColor="text1"/>
      </w:rPr>
      <w:tblPr/>
      <w:tcPr>
        <w:tcBorders>
          <w:top w:val="nil"/>
          <w:left w:val="nil"/>
          <w:bottom w:val="nil"/>
          <w:right w:val="nil"/>
          <w:insideH w:val="nil"/>
          <w:insideV w:val="nil"/>
        </w:tcBorders>
        <w:shd w:val="clear" w:color="auto" w:fill="FDE9D9" w:themeFill="accent6" w:themeFillTint="33"/>
      </w:tcPr>
    </w:tblStylePr>
    <w:tblStylePr w:type="band1Vert">
      <w:tblPr/>
      <w:tcPr>
        <w:shd w:val="clear" w:color="auto" w:fill="FBCAA2" w:themeFill="accent6" w:themeFillTint="7F"/>
      </w:tcPr>
    </w:tblStylePr>
    <w:tblStylePr w:type="band1Horz">
      <w:tblPr/>
      <w:tcPr>
        <w:tcBorders>
          <w:insideH w:val="single" w:sz="6" w:space="0" w:color="F79646" w:themeColor="accent6"/>
          <w:insideV w:val="single" w:sz="6" w:space="0" w:color="F79646" w:themeColor="accent6"/>
        </w:tcBorders>
        <w:shd w:val="clear" w:color="auto" w:fill="FBCAA2" w:themeFill="accent6" w:themeFillTint="7F"/>
      </w:tcPr>
    </w:tblStylePr>
    <w:tblStylePr w:type="nwCell">
      <w:tblPr/>
      <w:tcPr>
        <w:shd w:val="clear" w:color="auto" w:fill="FFFFFF" w:themeFill="background1"/>
      </w:tcPr>
    </w:tblStylePr>
  </w:style>
  <w:style w:type="table" w:styleId="MediumGrid3">
    <w:name w:val="Medium Grid 3"/>
    <w:basedOn w:val="TableNormal"/>
    <w:uiPriority w:val="69"/>
    <w:rsid w:val="00CB0664"/>
    <w:pPr>
      <w:spacing w:after="0" w:line="240" w:lineRule="auto"/>
    </w:pPr>
    <w:tblPr>
      <w:tblStyleRowBandSize w:val="1"/>
      <w:tblStyleColBandSize w:val="1"/>
      <w:tblInd w:w="0" w:type="dxa"/>
      <w:tbl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single" w:sz="6" w:space="0" w:color="FFFFFF" w:themeColor="background1"/>
        <w:insideV w:val="single" w:sz="6" w:space="0" w:color="FFFFFF" w:themeColor="background1"/>
      </w:tblBorders>
      <w:tblCellMar>
        <w:top w:w="0" w:type="dxa"/>
        <w:left w:w="108" w:type="dxa"/>
        <w:bottom w:w="0" w:type="dxa"/>
        <w:right w:w="108" w:type="dxa"/>
      </w:tblCellMar>
    </w:tblPr>
    <w:tcPr>
      <w:shd w:val="clear" w:color="auto" w:fill="C0C0C0" w:themeFill="text1" w:themeFillTint="3F"/>
    </w:tcPr>
    <w:tblStylePr w:type="firstRow">
      <w:rPr>
        <w:b/>
        <w:bCs/>
        <w:i w:val="0"/>
        <w:iCs w:val="0"/>
        <w:color w:val="FFFFFF" w:themeColor="background1"/>
      </w:rPr>
      <w:tblPr/>
      <w:tcPr>
        <w:tcBorders>
          <w:top w:val="single" w:sz="8" w:space="0" w:color="FFFFFF" w:themeColor="background1"/>
          <w:left w:val="single" w:sz="8" w:space="0" w:color="FFFFFF" w:themeColor="background1"/>
          <w:bottom w:val="single" w:sz="24" w:space="0" w:color="FFFFFF" w:themeColor="background1"/>
          <w:right w:val="single" w:sz="8" w:space="0" w:color="FFFFFF" w:themeColor="background1"/>
          <w:insideH w:val="nil"/>
          <w:insideV w:val="single" w:sz="8" w:space="0" w:color="FFFFFF" w:themeColor="background1"/>
        </w:tcBorders>
        <w:shd w:val="clear" w:color="auto" w:fill="000000" w:themeFill="text1"/>
      </w:tcPr>
    </w:tblStylePr>
    <w:tblStylePr w:type="lastRow">
      <w:rPr>
        <w:b/>
        <w:bCs/>
        <w:i w:val="0"/>
        <w:iCs w:val="0"/>
        <w:color w:val="FFFFFF" w:themeColor="background1"/>
      </w:rPr>
      <w:tblPr/>
      <w:tcPr>
        <w:tcBorders>
          <w:top w:val="single" w:sz="24" w:space="0" w:color="FFFFFF" w:themeColor="background1"/>
          <w:left w:val="single" w:sz="8" w:space="0" w:color="FFFFFF" w:themeColor="background1"/>
          <w:bottom w:val="single" w:sz="8" w:space="0" w:color="FFFFFF" w:themeColor="background1"/>
          <w:right w:val="single" w:sz="8" w:space="0" w:color="FFFFFF" w:themeColor="background1"/>
          <w:insideH w:val="nil"/>
          <w:insideV w:val="single" w:sz="8" w:space="0" w:color="FFFFFF" w:themeColor="background1"/>
        </w:tcBorders>
        <w:shd w:val="clear" w:color="auto" w:fill="000000" w:themeFill="text1"/>
      </w:tcPr>
    </w:tblStylePr>
    <w:tblStylePr w:type="firstCol">
      <w:rPr>
        <w:b/>
        <w:bCs/>
        <w:i w:val="0"/>
        <w:iCs w:val="0"/>
        <w:color w:val="FFFFFF" w:themeColor="background1"/>
      </w:rPr>
      <w:tblPr/>
      <w:tcPr>
        <w:tcBorders>
          <w:left w:val="single" w:sz="8" w:space="0" w:color="FFFFFF" w:themeColor="background1"/>
          <w:right w:val="single" w:sz="24" w:space="0" w:color="FFFFFF" w:themeColor="background1"/>
          <w:insideH w:val="nil"/>
          <w:insideV w:val="nil"/>
        </w:tcBorders>
        <w:shd w:val="clear" w:color="auto" w:fill="000000" w:themeFill="text1"/>
      </w:tcPr>
    </w:tblStylePr>
    <w:tblStylePr w:type="lastCol">
      <w:rPr>
        <w:b/>
        <w:bCs/>
        <w:i w:val="0"/>
        <w:iCs w:val="0"/>
        <w:color w:val="FFFFFF" w:themeColor="background1"/>
      </w:rPr>
      <w:tblPr/>
      <w:tcPr>
        <w:tcBorders>
          <w:top w:val="nil"/>
          <w:left w:val="single" w:sz="24" w:space="0" w:color="FFFFFF" w:themeColor="background1"/>
          <w:bottom w:val="nil"/>
          <w:right w:val="nil"/>
          <w:insideH w:val="nil"/>
          <w:insideV w:val="nil"/>
        </w:tcBorders>
        <w:shd w:val="clear" w:color="auto" w:fill="000000" w:themeFill="text1"/>
      </w:tcPr>
    </w:tblStylePr>
    <w:tblStylePr w:type="band1Vert">
      <w:tblPr/>
      <w:tcPr>
        <w:tc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nil"/>
          <w:insideV w:val="nil"/>
        </w:tcBorders>
        <w:shd w:val="clear" w:color="auto" w:fill="808080" w:themeFill="text1" w:themeFillTint="7F"/>
      </w:tcPr>
    </w:tblStylePr>
    <w:tblStylePr w:type="band1Horz">
      <w:tblPr/>
      <w:tcPr>
        <w:tc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single" w:sz="8" w:space="0" w:color="FFFFFF" w:themeColor="background1"/>
          <w:insideV w:val="single" w:sz="8" w:space="0" w:color="FFFFFF" w:themeColor="background1"/>
        </w:tcBorders>
        <w:shd w:val="clear" w:color="auto" w:fill="808080" w:themeFill="text1" w:themeFillTint="7F"/>
      </w:tcPr>
    </w:tblStylePr>
  </w:style>
  <w:style w:type="table" w:styleId="MediumGrid3-Accent1">
    <w:name w:val="Medium Grid 3 Accent 1"/>
    <w:basedOn w:val="TableNormal"/>
    <w:uiPriority w:val="69"/>
    <w:rsid w:val="00CB0664"/>
    <w:pPr>
      <w:spacing w:after="0" w:line="240" w:lineRule="auto"/>
    </w:pPr>
    <w:tblPr>
      <w:tblStyleRowBandSize w:val="1"/>
      <w:tblStyleColBandSize w:val="1"/>
      <w:tblInd w:w="0" w:type="dxa"/>
      <w:tbl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single" w:sz="6" w:space="0" w:color="FFFFFF" w:themeColor="background1"/>
        <w:insideV w:val="single" w:sz="6" w:space="0" w:color="FFFFFF" w:themeColor="background1"/>
      </w:tblBorders>
      <w:tblCellMar>
        <w:top w:w="0" w:type="dxa"/>
        <w:left w:w="108" w:type="dxa"/>
        <w:bottom w:w="0" w:type="dxa"/>
        <w:right w:w="108" w:type="dxa"/>
      </w:tblCellMar>
    </w:tblPr>
    <w:tcPr>
      <w:shd w:val="clear" w:color="auto" w:fill="D3DFEE" w:themeFill="accent1" w:themeFillTint="3F"/>
    </w:tcPr>
    <w:tblStylePr w:type="firstRow">
      <w:rPr>
        <w:b/>
        <w:bCs/>
        <w:i w:val="0"/>
        <w:iCs w:val="0"/>
        <w:color w:val="FFFFFF" w:themeColor="background1"/>
      </w:rPr>
      <w:tblPr/>
      <w:tcPr>
        <w:tcBorders>
          <w:top w:val="single" w:sz="8" w:space="0" w:color="FFFFFF" w:themeColor="background1"/>
          <w:left w:val="single" w:sz="8" w:space="0" w:color="FFFFFF" w:themeColor="background1"/>
          <w:bottom w:val="single" w:sz="24" w:space="0" w:color="FFFFFF" w:themeColor="background1"/>
          <w:right w:val="single" w:sz="8" w:space="0" w:color="FFFFFF" w:themeColor="background1"/>
          <w:insideH w:val="nil"/>
          <w:insideV w:val="single" w:sz="8" w:space="0" w:color="FFFFFF" w:themeColor="background1"/>
        </w:tcBorders>
        <w:shd w:val="clear" w:color="auto" w:fill="4F81BD" w:themeFill="accent1"/>
      </w:tcPr>
    </w:tblStylePr>
    <w:tblStylePr w:type="lastRow">
      <w:rPr>
        <w:b/>
        <w:bCs/>
        <w:i w:val="0"/>
        <w:iCs w:val="0"/>
        <w:color w:val="FFFFFF" w:themeColor="background1"/>
      </w:rPr>
      <w:tblPr/>
      <w:tcPr>
        <w:tcBorders>
          <w:top w:val="single" w:sz="24" w:space="0" w:color="FFFFFF" w:themeColor="background1"/>
          <w:left w:val="single" w:sz="8" w:space="0" w:color="FFFFFF" w:themeColor="background1"/>
          <w:bottom w:val="single" w:sz="8" w:space="0" w:color="FFFFFF" w:themeColor="background1"/>
          <w:right w:val="single" w:sz="8" w:space="0" w:color="FFFFFF" w:themeColor="background1"/>
          <w:insideH w:val="nil"/>
          <w:insideV w:val="single" w:sz="8" w:space="0" w:color="FFFFFF" w:themeColor="background1"/>
        </w:tcBorders>
        <w:shd w:val="clear" w:color="auto" w:fill="4F81BD" w:themeFill="accent1"/>
      </w:tcPr>
    </w:tblStylePr>
    <w:tblStylePr w:type="firstCol">
      <w:rPr>
        <w:b/>
        <w:bCs/>
        <w:i w:val="0"/>
        <w:iCs w:val="0"/>
        <w:color w:val="FFFFFF" w:themeColor="background1"/>
      </w:rPr>
      <w:tblPr/>
      <w:tcPr>
        <w:tcBorders>
          <w:left w:val="single" w:sz="8" w:space="0" w:color="FFFFFF" w:themeColor="background1"/>
          <w:right w:val="single" w:sz="24" w:space="0" w:color="FFFFFF" w:themeColor="background1"/>
          <w:insideH w:val="nil"/>
          <w:insideV w:val="nil"/>
        </w:tcBorders>
        <w:shd w:val="clear" w:color="auto" w:fill="4F81BD" w:themeFill="accent1"/>
      </w:tcPr>
    </w:tblStylePr>
    <w:tblStylePr w:type="lastCol">
      <w:rPr>
        <w:b/>
        <w:bCs/>
        <w:i w:val="0"/>
        <w:iCs w:val="0"/>
        <w:color w:val="FFFFFF" w:themeColor="background1"/>
      </w:rPr>
      <w:tblPr/>
      <w:tcPr>
        <w:tcBorders>
          <w:top w:val="nil"/>
          <w:left w:val="single" w:sz="24" w:space="0" w:color="FFFFFF" w:themeColor="background1"/>
          <w:bottom w:val="nil"/>
          <w:right w:val="nil"/>
          <w:insideH w:val="nil"/>
          <w:insideV w:val="nil"/>
        </w:tcBorders>
        <w:shd w:val="clear" w:color="auto" w:fill="4F81BD" w:themeFill="accent1"/>
      </w:tcPr>
    </w:tblStylePr>
    <w:tblStylePr w:type="band1Vert">
      <w:tblPr/>
      <w:tcPr>
        <w:tc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nil"/>
          <w:insideV w:val="nil"/>
        </w:tcBorders>
        <w:shd w:val="clear" w:color="auto" w:fill="A7BFDE" w:themeFill="accent1" w:themeFillTint="7F"/>
      </w:tcPr>
    </w:tblStylePr>
    <w:tblStylePr w:type="band1Horz">
      <w:tblPr/>
      <w:tcPr>
        <w:tc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single" w:sz="8" w:space="0" w:color="FFFFFF" w:themeColor="background1"/>
          <w:insideV w:val="single" w:sz="8" w:space="0" w:color="FFFFFF" w:themeColor="background1"/>
        </w:tcBorders>
        <w:shd w:val="clear" w:color="auto" w:fill="A7BFDE" w:themeFill="accent1" w:themeFillTint="7F"/>
      </w:tcPr>
    </w:tblStylePr>
  </w:style>
  <w:style w:type="table" w:styleId="MediumGrid3-Accent2">
    <w:name w:val="Medium Grid 3 Accent 2"/>
    <w:basedOn w:val="TableNormal"/>
    <w:uiPriority w:val="69"/>
    <w:rsid w:val="00CB0664"/>
    <w:pPr>
      <w:spacing w:after="0" w:line="240" w:lineRule="auto"/>
    </w:pPr>
    <w:tblPr>
      <w:tblStyleRowBandSize w:val="1"/>
      <w:tblStyleColBandSize w:val="1"/>
      <w:tblInd w:w="0" w:type="dxa"/>
      <w:tbl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single" w:sz="6" w:space="0" w:color="FFFFFF" w:themeColor="background1"/>
        <w:insideV w:val="single" w:sz="6" w:space="0" w:color="FFFFFF" w:themeColor="background1"/>
      </w:tblBorders>
      <w:tblCellMar>
        <w:top w:w="0" w:type="dxa"/>
        <w:left w:w="108" w:type="dxa"/>
        <w:bottom w:w="0" w:type="dxa"/>
        <w:right w:w="108" w:type="dxa"/>
      </w:tblCellMar>
    </w:tblPr>
    <w:tcPr>
      <w:shd w:val="clear" w:color="auto" w:fill="EFD3D2" w:themeFill="accent2" w:themeFillTint="3F"/>
    </w:tcPr>
    <w:tblStylePr w:type="firstRow">
      <w:rPr>
        <w:b/>
        <w:bCs/>
        <w:i w:val="0"/>
        <w:iCs w:val="0"/>
        <w:color w:val="FFFFFF" w:themeColor="background1"/>
      </w:rPr>
      <w:tblPr/>
      <w:tcPr>
        <w:tcBorders>
          <w:top w:val="single" w:sz="8" w:space="0" w:color="FFFFFF" w:themeColor="background1"/>
          <w:left w:val="single" w:sz="8" w:space="0" w:color="FFFFFF" w:themeColor="background1"/>
          <w:bottom w:val="single" w:sz="24" w:space="0" w:color="FFFFFF" w:themeColor="background1"/>
          <w:right w:val="single" w:sz="8" w:space="0" w:color="FFFFFF" w:themeColor="background1"/>
          <w:insideH w:val="nil"/>
          <w:insideV w:val="single" w:sz="8" w:space="0" w:color="FFFFFF" w:themeColor="background1"/>
        </w:tcBorders>
        <w:shd w:val="clear" w:color="auto" w:fill="C0504D" w:themeFill="accent2"/>
      </w:tcPr>
    </w:tblStylePr>
    <w:tblStylePr w:type="lastRow">
      <w:rPr>
        <w:b/>
        <w:bCs/>
        <w:i w:val="0"/>
        <w:iCs w:val="0"/>
        <w:color w:val="FFFFFF" w:themeColor="background1"/>
      </w:rPr>
      <w:tblPr/>
      <w:tcPr>
        <w:tcBorders>
          <w:top w:val="single" w:sz="24" w:space="0" w:color="FFFFFF" w:themeColor="background1"/>
          <w:left w:val="single" w:sz="8" w:space="0" w:color="FFFFFF" w:themeColor="background1"/>
          <w:bottom w:val="single" w:sz="8" w:space="0" w:color="FFFFFF" w:themeColor="background1"/>
          <w:right w:val="single" w:sz="8" w:space="0" w:color="FFFFFF" w:themeColor="background1"/>
          <w:insideH w:val="nil"/>
          <w:insideV w:val="single" w:sz="8" w:space="0" w:color="FFFFFF" w:themeColor="background1"/>
        </w:tcBorders>
        <w:shd w:val="clear" w:color="auto" w:fill="C0504D" w:themeFill="accent2"/>
      </w:tcPr>
    </w:tblStylePr>
    <w:tblStylePr w:type="firstCol">
      <w:rPr>
        <w:b/>
        <w:bCs/>
        <w:i w:val="0"/>
        <w:iCs w:val="0"/>
        <w:color w:val="FFFFFF" w:themeColor="background1"/>
      </w:rPr>
      <w:tblPr/>
      <w:tcPr>
        <w:tcBorders>
          <w:left w:val="single" w:sz="8" w:space="0" w:color="FFFFFF" w:themeColor="background1"/>
          <w:right w:val="single" w:sz="24" w:space="0" w:color="FFFFFF" w:themeColor="background1"/>
          <w:insideH w:val="nil"/>
          <w:insideV w:val="nil"/>
        </w:tcBorders>
        <w:shd w:val="clear" w:color="auto" w:fill="C0504D" w:themeFill="accent2"/>
      </w:tcPr>
    </w:tblStylePr>
    <w:tblStylePr w:type="lastCol">
      <w:rPr>
        <w:b/>
        <w:bCs/>
        <w:i w:val="0"/>
        <w:iCs w:val="0"/>
        <w:color w:val="FFFFFF" w:themeColor="background1"/>
      </w:rPr>
      <w:tblPr/>
      <w:tcPr>
        <w:tcBorders>
          <w:top w:val="nil"/>
          <w:left w:val="single" w:sz="24" w:space="0" w:color="FFFFFF" w:themeColor="background1"/>
          <w:bottom w:val="nil"/>
          <w:right w:val="nil"/>
          <w:insideH w:val="nil"/>
          <w:insideV w:val="nil"/>
        </w:tcBorders>
        <w:shd w:val="clear" w:color="auto" w:fill="C0504D" w:themeFill="accent2"/>
      </w:tcPr>
    </w:tblStylePr>
    <w:tblStylePr w:type="band1Vert">
      <w:tblPr/>
      <w:tcPr>
        <w:tc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nil"/>
          <w:insideV w:val="nil"/>
        </w:tcBorders>
        <w:shd w:val="clear" w:color="auto" w:fill="DFA7A6" w:themeFill="accent2" w:themeFillTint="7F"/>
      </w:tcPr>
    </w:tblStylePr>
    <w:tblStylePr w:type="band1Horz">
      <w:tblPr/>
      <w:tcPr>
        <w:tc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single" w:sz="8" w:space="0" w:color="FFFFFF" w:themeColor="background1"/>
          <w:insideV w:val="single" w:sz="8" w:space="0" w:color="FFFFFF" w:themeColor="background1"/>
        </w:tcBorders>
        <w:shd w:val="clear" w:color="auto" w:fill="DFA7A6" w:themeFill="accent2" w:themeFillTint="7F"/>
      </w:tcPr>
    </w:tblStylePr>
  </w:style>
  <w:style w:type="table" w:styleId="MediumGrid3-Accent3">
    <w:name w:val="Medium Grid 3 Accent 3"/>
    <w:basedOn w:val="TableNormal"/>
    <w:uiPriority w:val="69"/>
    <w:rsid w:val="00CB0664"/>
    <w:pPr>
      <w:spacing w:after="0" w:line="240" w:lineRule="auto"/>
    </w:pPr>
    <w:tblPr>
      <w:tblStyleRowBandSize w:val="1"/>
      <w:tblStyleColBandSize w:val="1"/>
      <w:tblInd w:w="0" w:type="dxa"/>
      <w:tbl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single" w:sz="6" w:space="0" w:color="FFFFFF" w:themeColor="background1"/>
        <w:insideV w:val="single" w:sz="6" w:space="0" w:color="FFFFFF" w:themeColor="background1"/>
      </w:tblBorders>
      <w:tblCellMar>
        <w:top w:w="0" w:type="dxa"/>
        <w:left w:w="108" w:type="dxa"/>
        <w:bottom w:w="0" w:type="dxa"/>
        <w:right w:w="108" w:type="dxa"/>
      </w:tblCellMar>
    </w:tblPr>
    <w:tcPr>
      <w:shd w:val="clear" w:color="auto" w:fill="E6EED5" w:themeFill="accent3" w:themeFillTint="3F"/>
    </w:tcPr>
    <w:tblStylePr w:type="firstRow">
      <w:rPr>
        <w:b/>
        <w:bCs/>
        <w:i w:val="0"/>
        <w:iCs w:val="0"/>
        <w:color w:val="FFFFFF" w:themeColor="background1"/>
      </w:rPr>
      <w:tblPr/>
      <w:tcPr>
        <w:tcBorders>
          <w:top w:val="single" w:sz="8" w:space="0" w:color="FFFFFF" w:themeColor="background1"/>
          <w:left w:val="single" w:sz="8" w:space="0" w:color="FFFFFF" w:themeColor="background1"/>
          <w:bottom w:val="single" w:sz="24" w:space="0" w:color="FFFFFF" w:themeColor="background1"/>
          <w:right w:val="single" w:sz="8" w:space="0" w:color="FFFFFF" w:themeColor="background1"/>
          <w:insideH w:val="nil"/>
          <w:insideV w:val="single" w:sz="8" w:space="0" w:color="FFFFFF" w:themeColor="background1"/>
        </w:tcBorders>
        <w:shd w:val="clear" w:color="auto" w:fill="9BBB59" w:themeFill="accent3"/>
      </w:tcPr>
    </w:tblStylePr>
    <w:tblStylePr w:type="lastRow">
      <w:rPr>
        <w:b/>
        <w:bCs/>
        <w:i w:val="0"/>
        <w:iCs w:val="0"/>
        <w:color w:val="FFFFFF" w:themeColor="background1"/>
      </w:rPr>
      <w:tblPr/>
      <w:tcPr>
        <w:tcBorders>
          <w:top w:val="single" w:sz="24" w:space="0" w:color="FFFFFF" w:themeColor="background1"/>
          <w:left w:val="single" w:sz="8" w:space="0" w:color="FFFFFF" w:themeColor="background1"/>
          <w:bottom w:val="single" w:sz="8" w:space="0" w:color="FFFFFF" w:themeColor="background1"/>
          <w:right w:val="single" w:sz="8" w:space="0" w:color="FFFFFF" w:themeColor="background1"/>
          <w:insideH w:val="nil"/>
          <w:insideV w:val="single" w:sz="8" w:space="0" w:color="FFFFFF" w:themeColor="background1"/>
        </w:tcBorders>
        <w:shd w:val="clear" w:color="auto" w:fill="9BBB59" w:themeFill="accent3"/>
      </w:tcPr>
    </w:tblStylePr>
    <w:tblStylePr w:type="firstCol">
      <w:rPr>
        <w:b/>
        <w:bCs/>
        <w:i w:val="0"/>
        <w:iCs w:val="0"/>
        <w:color w:val="FFFFFF" w:themeColor="background1"/>
      </w:rPr>
      <w:tblPr/>
      <w:tcPr>
        <w:tcBorders>
          <w:left w:val="single" w:sz="8" w:space="0" w:color="FFFFFF" w:themeColor="background1"/>
          <w:right w:val="single" w:sz="24" w:space="0" w:color="FFFFFF" w:themeColor="background1"/>
          <w:insideH w:val="nil"/>
          <w:insideV w:val="nil"/>
        </w:tcBorders>
        <w:shd w:val="clear" w:color="auto" w:fill="9BBB59" w:themeFill="accent3"/>
      </w:tcPr>
    </w:tblStylePr>
    <w:tblStylePr w:type="lastCol">
      <w:rPr>
        <w:b/>
        <w:bCs/>
        <w:i w:val="0"/>
        <w:iCs w:val="0"/>
        <w:color w:val="FFFFFF" w:themeColor="background1"/>
      </w:rPr>
      <w:tblPr/>
      <w:tcPr>
        <w:tcBorders>
          <w:top w:val="nil"/>
          <w:left w:val="single" w:sz="24" w:space="0" w:color="FFFFFF" w:themeColor="background1"/>
          <w:bottom w:val="nil"/>
          <w:right w:val="nil"/>
          <w:insideH w:val="nil"/>
          <w:insideV w:val="nil"/>
        </w:tcBorders>
        <w:shd w:val="clear" w:color="auto" w:fill="9BBB59" w:themeFill="accent3"/>
      </w:tcPr>
    </w:tblStylePr>
    <w:tblStylePr w:type="band1Vert">
      <w:tblPr/>
      <w:tcPr>
        <w:tc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nil"/>
          <w:insideV w:val="nil"/>
        </w:tcBorders>
        <w:shd w:val="clear" w:color="auto" w:fill="CDDDAC" w:themeFill="accent3" w:themeFillTint="7F"/>
      </w:tcPr>
    </w:tblStylePr>
    <w:tblStylePr w:type="band1Horz">
      <w:tblPr/>
      <w:tcPr>
        <w:tc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single" w:sz="8" w:space="0" w:color="FFFFFF" w:themeColor="background1"/>
          <w:insideV w:val="single" w:sz="8" w:space="0" w:color="FFFFFF" w:themeColor="background1"/>
        </w:tcBorders>
        <w:shd w:val="clear" w:color="auto" w:fill="CDDDAC" w:themeFill="accent3" w:themeFillTint="7F"/>
      </w:tcPr>
    </w:tblStylePr>
  </w:style>
  <w:style w:type="table" w:styleId="MediumGrid3-Accent4">
    <w:name w:val="Medium Grid 3 Accent 4"/>
    <w:basedOn w:val="TableNormal"/>
    <w:uiPriority w:val="69"/>
    <w:rsid w:val="00CB0664"/>
    <w:pPr>
      <w:spacing w:after="0" w:line="240" w:lineRule="auto"/>
    </w:pPr>
    <w:tblPr>
      <w:tblStyleRowBandSize w:val="1"/>
      <w:tblStyleColBandSize w:val="1"/>
      <w:tblInd w:w="0" w:type="dxa"/>
      <w:tbl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single" w:sz="6" w:space="0" w:color="FFFFFF" w:themeColor="background1"/>
        <w:insideV w:val="single" w:sz="6" w:space="0" w:color="FFFFFF" w:themeColor="background1"/>
      </w:tblBorders>
      <w:tblCellMar>
        <w:top w:w="0" w:type="dxa"/>
        <w:left w:w="108" w:type="dxa"/>
        <w:bottom w:w="0" w:type="dxa"/>
        <w:right w:w="108" w:type="dxa"/>
      </w:tblCellMar>
    </w:tblPr>
    <w:tcPr>
      <w:shd w:val="clear" w:color="auto" w:fill="DFD8E8" w:themeFill="accent4" w:themeFillTint="3F"/>
    </w:tcPr>
    <w:tblStylePr w:type="firstRow">
      <w:rPr>
        <w:b/>
        <w:bCs/>
        <w:i w:val="0"/>
        <w:iCs w:val="0"/>
        <w:color w:val="FFFFFF" w:themeColor="background1"/>
      </w:rPr>
      <w:tblPr/>
      <w:tcPr>
        <w:tcBorders>
          <w:top w:val="single" w:sz="8" w:space="0" w:color="FFFFFF" w:themeColor="background1"/>
          <w:left w:val="single" w:sz="8" w:space="0" w:color="FFFFFF" w:themeColor="background1"/>
          <w:bottom w:val="single" w:sz="24" w:space="0" w:color="FFFFFF" w:themeColor="background1"/>
          <w:right w:val="single" w:sz="8" w:space="0" w:color="FFFFFF" w:themeColor="background1"/>
          <w:insideH w:val="nil"/>
          <w:insideV w:val="single" w:sz="8" w:space="0" w:color="FFFFFF" w:themeColor="background1"/>
        </w:tcBorders>
        <w:shd w:val="clear" w:color="auto" w:fill="8064A2" w:themeFill="accent4"/>
      </w:tcPr>
    </w:tblStylePr>
    <w:tblStylePr w:type="lastRow">
      <w:rPr>
        <w:b/>
        <w:bCs/>
        <w:i w:val="0"/>
        <w:iCs w:val="0"/>
        <w:color w:val="FFFFFF" w:themeColor="background1"/>
      </w:rPr>
      <w:tblPr/>
      <w:tcPr>
        <w:tcBorders>
          <w:top w:val="single" w:sz="24" w:space="0" w:color="FFFFFF" w:themeColor="background1"/>
          <w:left w:val="single" w:sz="8" w:space="0" w:color="FFFFFF" w:themeColor="background1"/>
          <w:bottom w:val="single" w:sz="8" w:space="0" w:color="FFFFFF" w:themeColor="background1"/>
          <w:right w:val="single" w:sz="8" w:space="0" w:color="FFFFFF" w:themeColor="background1"/>
          <w:insideH w:val="nil"/>
          <w:insideV w:val="single" w:sz="8" w:space="0" w:color="FFFFFF" w:themeColor="background1"/>
        </w:tcBorders>
        <w:shd w:val="clear" w:color="auto" w:fill="8064A2" w:themeFill="accent4"/>
      </w:tcPr>
    </w:tblStylePr>
    <w:tblStylePr w:type="firstCol">
      <w:rPr>
        <w:b/>
        <w:bCs/>
        <w:i w:val="0"/>
        <w:iCs w:val="0"/>
        <w:color w:val="FFFFFF" w:themeColor="background1"/>
      </w:rPr>
      <w:tblPr/>
      <w:tcPr>
        <w:tcBorders>
          <w:left w:val="single" w:sz="8" w:space="0" w:color="FFFFFF" w:themeColor="background1"/>
          <w:right w:val="single" w:sz="24" w:space="0" w:color="FFFFFF" w:themeColor="background1"/>
          <w:insideH w:val="nil"/>
          <w:insideV w:val="nil"/>
        </w:tcBorders>
        <w:shd w:val="clear" w:color="auto" w:fill="8064A2" w:themeFill="accent4"/>
      </w:tcPr>
    </w:tblStylePr>
    <w:tblStylePr w:type="lastCol">
      <w:rPr>
        <w:b/>
        <w:bCs/>
        <w:i w:val="0"/>
        <w:iCs w:val="0"/>
        <w:color w:val="FFFFFF" w:themeColor="background1"/>
      </w:rPr>
      <w:tblPr/>
      <w:tcPr>
        <w:tcBorders>
          <w:top w:val="nil"/>
          <w:left w:val="single" w:sz="24" w:space="0" w:color="FFFFFF" w:themeColor="background1"/>
          <w:bottom w:val="nil"/>
          <w:right w:val="nil"/>
          <w:insideH w:val="nil"/>
          <w:insideV w:val="nil"/>
        </w:tcBorders>
        <w:shd w:val="clear" w:color="auto" w:fill="8064A2" w:themeFill="accent4"/>
      </w:tcPr>
    </w:tblStylePr>
    <w:tblStylePr w:type="band1Vert">
      <w:tblPr/>
      <w:tcPr>
        <w:tc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nil"/>
          <w:insideV w:val="nil"/>
        </w:tcBorders>
        <w:shd w:val="clear" w:color="auto" w:fill="BFB1D0" w:themeFill="accent4" w:themeFillTint="7F"/>
      </w:tcPr>
    </w:tblStylePr>
    <w:tblStylePr w:type="band1Horz">
      <w:tblPr/>
      <w:tcPr>
        <w:tc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single" w:sz="8" w:space="0" w:color="FFFFFF" w:themeColor="background1"/>
          <w:insideV w:val="single" w:sz="8" w:space="0" w:color="FFFFFF" w:themeColor="background1"/>
        </w:tcBorders>
        <w:shd w:val="clear" w:color="auto" w:fill="BFB1D0" w:themeFill="accent4" w:themeFillTint="7F"/>
      </w:tcPr>
    </w:tblStylePr>
  </w:style>
  <w:style w:type="table" w:styleId="MediumGrid3-Accent5">
    <w:name w:val="Medium Grid 3 Accent 5"/>
    <w:basedOn w:val="TableNormal"/>
    <w:uiPriority w:val="69"/>
    <w:rsid w:val="00CB0664"/>
    <w:pPr>
      <w:spacing w:after="0" w:line="240" w:lineRule="auto"/>
    </w:pPr>
    <w:tblPr>
      <w:tblStyleRowBandSize w:val="1"/>
      <w:tblStyleColBandSize w:val="1"/>
      <w:tblInd w:w="0" w:type="dxa"/>
      <w:tbl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single" w:sz="6" w:space="0" w:color="FFFFFF" w:themeColor="background1"/>
        <w:insideV w:val="single" w:sz="6" w:space="0" w:color="FFFFFF" w:themeColor="background1"/>
      </w:tblBorders>
      <w:tblCellMar>
        <w:top w:w="0" w:type="dxa"/>
        <w:left w:w="108" w:type="dxa"/>
        <w:bottom w:w="0" w:type="dxa"/>
        <w:right w:w="108" w:type="dxa"/>
      </w:tblCellMar>
    </w:tblPr>
    <w:tcPr>
      <w:shd w:val="clear" w:color="auto" w:fill="D2EAF1" w:themeFill="accent5" w:themeFillTint="3F"/>
    </w:tcPr>
    <w:tblStylePr w:type="firstRow">
      <w:rPr>
        <w:b/>
        <w:bCs/>
        <w:i w:val="0"/>
        <w:iCs w:val="0"/>
        <w:color w:val="FFFFFF" w:themeColor="background1"/>
      </w:rPr>
      <w:tblPr/>
      <w:tcPr>
        <w:tcBorders>
          <w:top w:val="single" w:sz="8" w:space="0" w:color="FFFFFF" w:themeColor="background1"/>
          <w:left w:val="single" w:sz="8" w:space="0" w:color="FFFFFF" w:themeColor="background1"/>
          <w:bottom w:val="single" w:sz="24" w:space="0" w:color="FFFFFF" w:themeColor="background1"/>
          <w:right w:val="single" w:sz="8" w:space="0" w:color="FFFFFF" w:themeColor="background1"/>
          <w:insideH w:val="nil"/>
          <w:insideV w:val="single" w:sz="8" w:space="0" w:color="FFFFFF" w:themeColor="background1"/>
        </w:tcBorders>
        <w:shd w:val="clear" w:color="auto" w:fill="4BACC6" w:themeFill="accent5"/>
      </w:tcPr>
    </w:tblStylePr>
    <w:tblStylePr w:type="lastRow">
      <w:rPr>
        <w:b/>
        <w:bCs/>
        <w:i w:val="0"/>
        <w:iCs w:val="0"/>
        <w:color w:val="FFFFFF" w:themeColor="background1"/>
      </w:rPr>
      <w:tblPr/>
      <w:tcPr>
        <w:tcBorders>
          <w:top w:val="single" w:sz="24" w:space="0" w:color="FFFFFF" w:themeColor="background1"/>
          <w:left w:val="single" w:sz="8" w:space="0" w:color="FFFFFF" w:themeColor="background1"/>
          <w:bottom w:val="single" w:sz="8" w:space="0" w:color="FFFFFF" w:themeColor="background1"/>
          <w:right w:val="single" w:sz="8" w:space="0" w:color="FFFFFF" w:themeColor="background1"/>
          <w:insideH w:val="nil"/>
          <w:insideV w:val="single" w:sz="8" w:space="0" w:color="FFFFFF" w:themeColor="background1"/>
        </w:tcBorders>
        <w:shd w:val="clear" w:color="auto" w:fill="4BACC6" w:themeFill="accent5"/>
      </w:tcPr>
    </w:tblStylePr>
    <w:tblStylePr w:type="firstCol">
      <w:rPr>
        <w:b/>
        <w:bCs/>
        <w:i w:val="0"/>
        <w:iCs w:val="0"/>
        <w:color w:val="FFFFFF" w:themeColor="background1"/>
      </w:rPr>
      <w:tblPr/>
      <w:tcPr>
        <w:tcBorders>
          <w:left w:val="single" w:sz="8" w:space="0" w:color="FFFFFF" w:themeColor="background1"/>
          <w:right w:val="single" w:sz="24" w:space="0" w:color="FFFFFF" w:themeColor="background1"/>
          <w:insideH w:val="nil"/>
          <w:insideV w:val="nil"/>
        </w:tcBorders>
        <w:shd w:val="clear" w:color="auto" w:fill="4BACC6" w:themeFill="accent5"/>
      </w:tcPr>
    </w:tblStylePr>
    <w:tblStylePr w:type="lastCol">
      <w:rPr>
        <w:b/>
        <w:bCs/>
        <w:i w:val="0"/>
        <w:iCs w:val="0"/>
        <w:color w:val="FFFFFF" w:themeColor="background1"/>
      </w:rPr>
      <w:tblPr/>
      <w:tcPr>
        <w:tcBorders>
          <w:top w:val="nil"/>
          <w:left w:val="single" w:sz="24" w:space="0" w:color="FFFFFF" w:themeColor="background1"/>
          <w:bottom w:val="nil"/>
          <w:right w:val="nil"/>
          <w:insideH w:val="nil"/>
          <w:insideV w:val="nil"/>
        </w:tcBorders>
        <w:shd w:val="clear" w:color="auto" w:fill="4BACC6" w:themeFill="accent5"/>
      </w:tcPr>
    </w:tblStylePr>
    <w:tblStylePr w:type="band1Vert">
      <w:tblPr/>
      <w:tcPr>
        <w:tc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nil"/>
          <w:insideV w:val="nil"/>
        </w:tcBorders>
        <w:shd w:val="clear" w:color="auto" w:fill="A5D5E2" w:themeFill="accent5" w:themeFillTint="7F"/>
      </w:tcPr>
    </w:tblStylePr>
    <w:tblStylePr w:type="band1Horz">
      <w:tblPr/>
      <w:tcPr>
        <w:tc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single" w:sz="8" w:space="0" w:color="FFFFFF" w:themeColor="background1"/>
          <w:insideV w:val="single" w:sz="8" w:space="0" w:color="FFFFFF" w:themeColor="background1"/>
        </w:tcBorders>
        <w:shd w:val="clear" w:color="auto" w:fill="A5D5E2" w:themeFill="accent5" w:themeFillTint="7F"/>
      </w:tcPr>
    </w:tblStylePr>
  </w:style>
  <w:style w:type="table" w:styleId="MediumGrid3-Accent6">
    <w:name w:val="Medium Grid 3 Accent 6"/>
    <w:basedOn w:val="TableNormal"/>
    <w:uiPriority w:val="69"/>
    <w:rsid w:val="00CB0664"/>
    <w:pPr>
      <w:spacing w:after="0" w:line="240" w:lineRule="auto"/>
    </w:pPr>
    <w:tblPr>
      <w:tblStyleRowBandSize w:val="1"/>
      <w:tblStyleColBandSize w:val="1"/>
      <w:tblInd w:w="0" w:type="dxa"/>
      <w:tbl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single" w:sz="6" w:space="0" w:color="FFFFFF" w:themeColor="background1"/>
        <w:insideV w:val="single" w:sz="6" w:space="0" w:color="FFFFFF" w:themeColor="background1"/>
      </w:tblBorders>
      <w:tblCellMar>
        <w:top w:w="0" w:type="dxa"/>
        <w:left w:w="108" w:type="dxa"/>
        <w:bottom w:w="0" w:type="dxa"/>
        <w:right w:w="108" w:type="dxa"/>
      </w:tblCellMar>
    </w:tblPr>
    <w:tcPr>
      <w:shd w:val="clear" w:color="auto" w:fill="FDE4D0" w:themeFill="accent6" w:themeFillTint="3F"/>
    </w:tcPr>
    <w:tblStylePr w:type="firstRow">
      <w:rPr>
        <w:b/>
        <w:bCs/>
        <w:i w:val="0"/>
        <w:iCs w:val="0"/>
        <w:color w:val="FFFFFF" w:themeColor="background1"/>
      </w:rPr>
      <w:tblPr/>
      <w:tcPr>
        <w:tcBorders>
          <w:top w:val="single" w:sz="8" w:space="0" w:color="FFFFFF" w:themeColor="background1"/>
          <w:left w:val="single" w:sz="8" w:space="0" w:color="FFFFFF" w:themeColor="background1"/>
          <w:bottom w:val="single" w:sz="24" w:space="0" w:color="FFFFFF" w:themeColor="background1"/>
          <w:right w:val="single" w:sz="8" w:space="0" w:color="FFFFFF" w:themeColor="background1"/>
          <w:insideH w:val="nil"/>
          <w:insideV w:val="single" w:sz="8" w:space="0" w:color="FFFFFF" w:themeColor="background1"/>
        </w:tcBorders>
        <w:shd w:val="clear" w:color="auto" w:fill="F79646" w:themeFill="accent6"/>
      </w:tcPr>
    </w:tblStylePr>
    <w:tblStylePr w:type="lastRow">
      <w:rPr>
        <w:b/>
        <w:bCs/>
        <w:i w:val="0"/>
        <w:iCs w:val="0"/>
        <w:color w:val="FFFFFF" w:themeColor="background1"/>
      </w:rPr>
      <w:tblPr/>
      <w:tcPr>
        <w:tcBorders>
          <w:top w:val="single" w:sz="24" w:space="0" w:color="FFFFFF" w:themeColor="background1"/>
          <w:left w:val="single" w:sz="8" w:space="0" w:color="FFFFFF" w:themeColor="background1"/>
          <w:bottom w:val="single" w:sz="8" w:space="0" w:color="FFFFFF" w:themeColor="background1"/>
          <w:right w:val="single" w:sz="8" w:space="0" w:color="FFFFFF" w:themeColor="background1"/>
          <w:insideH w:val="nil"/>
          <w:insideV w:val="single" w:sz="8" w:space="0" w:color="FFFFFF" w:themeColor="background1"/>
        </w:tcBorders>
        <w:shd w:val="clear" w:color="auto" w:fill="F79646" w:themeFill="accent6"/>
      </w:tcPr>
    </w:tblStylePr>
    <w:tblStylePr w:type="firstCol">
      <w:rPr>
        <w:b/>
        <w:bCs/>
        <w:i w:val="0"/>
        <w:iCs w:val="0"/>
        <w:color w:val="FFFFFF" w:themeColor="background1"/>
      </w:rPr>
      <w:tblPr/>
      <w:tcPr>
        <w:tcBorders>
          <w:left w:val="single" w:sz="8" w:space="0" w:color="FFFFFF" w:themeColor="background1"/>
          <w:right w:val="single" w:sz="24" w:space="0" w:color="FFFFFF" w:themeColor="background1"/>
          <w:insideH w:val="nil"/>
          <w:insideV w:val="nil"/>
        </w:tcBorders>
        <w:shd w:val="clear" w:color="auto" w:fill="F79646" w:themeFill="accent6"/>
      </w:tcPr>
    </w:tblStylePr>
    <w:tblStylePr w:type="lastCol">
      <w:rPr>
        <w:b/>
        <w:bCs/>
        <w:i w:val="0"/>
        <w:iCs w:val="0"/>
        <w:color w:val="FFFFFF" w:themeColor="background1"/>
      </w:rPr>
      <w:tblPr/>
      <w:tcPr>
        <w:tcBorders>
          <w:top w:val="nil"/>
          <w:left w:val="single" w:sz="24" w:space="0" w:color="FFFFFF" w:themeColor="background1"/>
          <w:bottom w:val="nil"/>
          <w:right w:val="nil"/>
          <w:insideH w:val="nil"/>
          <w:insideV w:val="nil"/>
        </w:tcBorders>
        <w:shd w:val="clear" w:color="auto" w:fill="F79646" w:themeFill="accent6"/>
      </w:tcPr>
    </w:tblStylePr>
    <w:tblStylePr w:type="band1Vert">
      <w:tblPr/>
      <w:tcPr>
        <w:tc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nil"/>
          <w:insideV w:val="nil"/>
        </w:tcBorders>
        <w:shd w:val="clear" w:color="auto" w:fill="FBCAA2" w:themeFill="accent6" w:themeFillTint="7F"/>
      </w:tcPr>
    </w:tblStylePr>
    <w:tblStylePr w:type="band1Horz">
      <w:tblPr/>
      <w:tcPr>
        <w:tc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single" w:sz="8" w:space="0" w:color="FFFFFF" w:themeColor="background1"/>
          <w:insideV w:val="single" w:sz="8" w:space="0" w:color="FFFFFF" w:themeColor="background1"/>
        </w:tcBorders>
        <w:shd w:val="clear" w:color="auto" w:fill="FBCAA2" w:themeFill="accent6" w:themeFillTint="7F"/>
      </w:tcPr>
    </w:tblStylePr>
  </w:style>
  <w:style w:type="table" w:styleId="DarkList">
    <w:name w:val="Dark List"/>
    <w:basedOn w:val="TableNormal"/>
    <w:uiPriority w:val="70"/>
    <w:rsid w:val="00CB0664"/>
    <w:pPr>
      <w:spacing w:after="0" w:line="240" w:lineRule="auto"/>
    </w:pPr>
    <w:rPr>
      <w:color w:val="FFFFFF" w:themeColor="background1"/>
    </w:rPr>
    <w:tblPr>
      <w:tblStyleRowBandSize w:val="1"/>
      <w:tblStyleColBandSize w:val="1"/>
      <w:tblInd w:w="0" w:type="dxa"/>
      <w:tblCellMar>
        <w:top w:w="0" w:type="dxa"/>
        <w:left w:w="108" w:type="dxa"/>
        <w:bottom w:w="0" w:type="dxa"/>
        <w:right w:w="108" w:type="dxa"/>
      </w:tblCellMar>
    </w:tblPr>
    <w:tcPr>
      <w:shd w:val="clear" w:color="auto" w:fill="000000" w:themeFill="text1"/>
    </w:tcPr>
    <w:tblStylePr w:type="firstRow">
      <w:rPr>
        <w:b/>
        <w:bCs/>
      </w:rPr>
      <w:tblPr/>
      <w:tcPr>
        <w:tcBorders>
          <w:top w:val="nil"/>
          <w:left w:val="nil"/>
          <w:bottom w:val="single" w:sz="18" w:space="0" w:color="FFFFFF" w:themeColor="background1"/>
          <w:right w:val="nil"/>
          <w:insideH w:val="nil"/>
          <w:insideV w:val="nil"/>
        </w:tcBorders>
        <w:shd w:val="clear" w:color="auto" w:fill="000000" w:themeFill="text1"/>
      </w:tcPr>
    </w:tblStylePr>
    <w:tblStylePr w:type="lastRow">
      <w:tblPr/>
      <w:tcPr>
        <w:tcBorders>
          <w:top w:val="single" w:sz="18" w:space="0" w:color="FFFFFF" w:themeColor="background1"/>
          <w:left w:val="nil"/>
          <w:bottom w:val="nil"/>
          <w:right w:val="nil"/>
          <w:insideH w:val="nil"/>
          <w:insideV w:val="nil"/>
        </w:tcBorders>
        <w:shd w:val="clear" w:color="auto" w:fill="000000" w:themeFill="text1" w:themeFillShade="7F"/>
      </w:tcPr>
    </w:tblStylePr>
    <w:tblStylePr w:type="firstCol">
      <w:tblPr/>
      <w:tcPr>
        <w:tcBorders>
          <w:top w:val="nil"/>
          <w:left w:val="nil"/>
          <w:bottom w:val="nil"/>
          <w:right w:val="single" w:sz="18" w:space="0" w:color="FFFFFF" w:themeColor="background1"/>
          <w:insideH w:val="nil"/>
          <w:insideV w:val="nil"/>
        </w:tcBorders>
        <w:shd w:val="clear" w:color="auto" w:fill="000000" w:themeFill="text1" w:themeFillShade="BF"/>
      </w:tcPr>
    </w:tblStylePr>
    <w:tblStylePr w:type="lastCol">
      <w:tblPr/>
      <w:tcPr>
        <w:tcBorders>
          <w:top w:val="nil"/>
          <w:left w:val="single" w:sz="18" w:space="0" w:color="FFFFFF" w:themeColor="background1"/>
          <w:bottom w:val="nil"/>
          <w:right w:val="nil"/>
          <w:insideH w:val="nil"/>
          <w:insideV w:val="nil"/>
        </w:tcBorders>
        <w:shd w:val="clear" w:color="auto" w:fill="000000" w:themeFill="text1" w:themeFillShade="BF"/>
      </w:tcPr>
    </w:tblStylePr>
    <w:tblStylePr w:type="band1Vert">
      <w:tblPr/>
      <w:tcPr>
        <w:tcBorders>
          <w:top w:val="nil"/>
          <w:left w:val="nil"/>
          <w:bottom w:val="nil"/>
          <w:right w:val="nil"/>
          <w:insideH w:val="nil"/>
          <w:insideV w:val="nil"/>
        </w:tcBorders>
        <w:shd w:val="clear" w:color="auto" w:fill="000000" w:themeFill="text1" w:themeFillShade="BF"/>
      </w:tcPr>
    </w:tblStylePr>
    <w:tblStylePr w:type="band1Horz">
      <w:tblPr/>
      <w:tcPr>
        <w:tcBorders>
          <w:top w:val="nil"/>
          <w:left w:val="nil"/>
          <w:bottom w:val="nil"/>
          <w:right w:val="nil"/>
          <w:insideH w:val="nil"/>
          <w:insideV w:val="nil"/>
        </w:tcBorders>
        <w:shd w:val="clear" w:color="auto" w:fill="000000" w:themeFill="text1" w:themeFillShade="BF"/>
      </w:tcPr>
    </w:tblStylePr>
  </w:style>
  <w:style w:type="table" w:styleId="DarkList-Accent1">
    <w:name w:val="Dark List Accent 1"/>
    <w:basedOn w:val="TableNormal"/>
    <w:uiPriority w:val="70"/>
    <w:rsid w:val="00CB0664"/>
    <w:pPr>
      <w:spacing w:after="0" w:line="240" w:lineRule="auto"/>
    </w:pPr>
    <w:rPr>
      <w:color w:val="FFFFFF" w:themeColor="background1"/>
    </w:rPr>
    <w:tblPr>
      <w:tblStyleRowBandSize w:val="1"/>
      <w:tblStyleColBandSize w:val="1"/>
      <w:tblInd w:w="0" w:type="dxa"/>
      <w:tblCellMar>
        <w:top w:w="0" w:type="dxa"/>
        <w:left w:w="108" w:type="dxa"/>
        <w:bottom w:w="0" w:type="dxa"/>
        <w:right w:w="108" w:type="dxa"/>
      </w:tblCellMar>
    </w:tblPr>
    <w:tcPr>
      <w:shd w:val="clear" w:color="auto" w:fill="4F81BD" w:themeFill="accent1"/>
    </w:tcPr>
    <w:tblStylePr w:type="firstRow">
      <w:rPr>
        <w:b/>
        <w:bCs/>
      </w:rPr>
      <w:tblPr/>
      <w:tcPr>
        <w:tcBorders>
          <w:top w:val="nil"/>
          <w:left w:val="nil"/>
          <w:bottom w:val="single" w:sz="18" w:space="0" w:color="FFFFFF" w:themeColor="background1"/>
          <w:right w:val="nil"/>
          <w:insideH w:val="nil"/>
          <w:insideV w:val="nil"/>
        </w:tcBorders>
        <w:shd w:val="clear" w:color="auto" w:fill="000000" w:themeFill="text1"/>
      </w:tcPr>
    </w:tblStylePr>
    <w:tblStylePr w:type="lastRow">
      <w:tblPr/>
      <w:tcPr>
        <w:tcBorders>
          <w:top w:val="single" w:sz="18" w:space="0" w:color="FFFFFF" w:themeColor="background1"/>
          <w:left w:val="nil"/>
          <w:bottom w:val="nil"/>
          <w:right w:val="nil"/>
          <w:insideH w:val="nil"/>
          <w:insideV w:val="nil"/>
        </w:tcBorders>
        <w:shd w:val="clear" w:color="auto" w:fill="243F60" w:themeFill="accent1" w:themeFillShade="7F"/>
      </w:tcPr>
    </w:tblStylePr>
    <w:tblStylePr w:type="firstCol">
      <w:tblPr/>
      <w:tcPr>
        <w:tcBorders>
          <w:top w:val="nil"/>
          <w:left w:val="nil"/>
          <w:bottom w:val="nil"/>
          <w:right w:val="single" w:sz="18" w:space="0" w:color="FFFFFF" w:themeColor="background1"/>
          <w:insideH w:val="nil"/>
          <w:insideV w:val="nil"/>
        </w:tcBorders>
        <w:shd w:val="clear" w:color="auto" w:fill="365F91" w:themeFill="accent1" w:themeFillShade="BF"/>
      </w:tcPr>
    </w:tblStylePr>
    <w:tblStylePr w:type="lastCol">
      <w:tblPr/>
      <w:tcPr>
        <w:tcBorders>
          <w:top w:val="nil"/>
          <w:left w:val="single" w:sz="18" w:space="0" w:color="FFFFFF" w:themeColor="background1"/>
          <w:bottom w:val="nil"/>
          <w:right w:val="nil"/>
          <w:insideH w:val="nil"/>
          <w:insideV w:val="nil"/>
        </w:tcBorders>
        <w:shd w:val="clear" w:color="auto" w:fill="365F91" w:themeFill="accent1" w:themeFillShade="BF"/>
      </w:tcPr>
    </w:tblStylePr>
    <w:tblStylePr w:type="band1Vert">
      <w:tblPr/>
      <w:tcPr>
        <w:tcBorders>
          <w:top w:val="nil"/>
          <w:left w:val="nil"/>
          <w:bottom w:val="nil"/>
          <w:right w:val="nil"/>
          <w:insideH w:val="nil"/>
          <w:insideV w:val="nil"/>
        </w:tcBorders>
        <w:shd w:val="clear" w:color="auto" w:fill="365F91" w:themeFill="accent1" w:themeFillShade="BF"/>
      </w:tcPr>
    </w:tblStylePr>
    <w:tblStylePr w:type="band1Horz">
      <w:tblPr/>
      <w:tcPr>
        <w:tcBorders>
          <w:top w:val="nil"/>
          <w:left w:val="nil"/>
          <w:bottom w:val="nil"/>
          <w:right w:val="nil"/>
          <w:insideH w:val="nil"/>
          <w:insideV w:val="nil"/>
        </w:tcBorders>
        <w:shd w:val="clear" w:color="auto" w:fill="365F91" w:themeFill="accent1" w:themeFillShade="BF"/>
      </w:tcPr>
    </w:tblStylePr>
  </w:style>
  <w:style w:type="table" w:styleId="DarkList-Accent2">
    <w:name w:val="Dark List Accent 2"/>
    <w:basedOn w:val="TableNormal"/>
    <w:uiPriority w:val="70"/>
    <w:rsid w:val="00CB0664"/>
    <w:pPr>
      <w:spacing w:after="0" w:line="240" w:lineRule="auto"/>
    </w:pPr>
    <w:rPr>
      <w:color w:val="FFFFFF" w:themeColor="background1"/>
    </w:rPr>
    <w:tblPr>
      <w:tblStyleRowBandSize w:val="1"/>
      <w:tblStyleColBandSize w:val="1"/>
      <w:tblInd w:w="0" w:type="dxa"/>
      <w:tblCellMar>
        <w:top w:w="0" w:type="dxa"/>
        <w:left w:w="108" w:type="dxa"/>
        <w:bottom w:w="0" w:type="dxa"/>
        <w:right w:w="108" w:type="dxa"/>
      </w:tblCellMar>
    </w:tblPr>
    <w:tcPr>
      <w:shd w:val="clear" w:color="auto" w:fill="C0504D" w:themeFill="accent2"/>
    </w:tcPr>
    <w:tblStylePr w:type="firstRow">
      <w:rPr>
        <w:b/>
        <w:bCs/>
      </w:rPr>
      <w:tblPr/>
      <w:tcPr>
        <w:tcBorders>
          <w:top w:val="nil"/>
          <w:left w:val="nil"/>
          <w:bottom w:val="single" w:sz="18" w:space="0" w:color="FFFFFF" w:themeColor="background1"/>
          <w:right w:val="nil"/>
          <w:insideH w:val="nil"/>
          <w:insideV w:val="nil"/>
        </w:tcBorders>
        <w:shd w:val="clear" w:color="auto" w:fill="000000" w:themeFill="text1"/>
      </w:tcPr>
    </w:tblStylePr>
    <w:tblStylePr w:type="lastRow">
      <w:tblPr/>
      <w:tcPr>
        <w:tcBorders>
          <w:top w:val="single" w:sz="18" w:space="0" w:color="FFFFFF" w:themeColor="background1"/>
          <w:left w:val="nil"/>
          <w:bottom w:val="nil"/>
          <w:right w:val="nil"/>
          <w:insideH w:val="nil"/>
          <w:insideV w:val="nil"/>
        </w:tcBorders>
        <w:shd w:val="clear" w:color="auto" w:fill="622423" w:themeFill="accent2" w:themeFillShade="7F"/>
      </w:tcPr>
    </w:tblStylePr>
    <w:tblStylePr w:type="firstCol">
      <w:tblPr/>
      <w:tcPr>
        <w:tcBorders>
          <w:top w:val="nil"/>
          <w:left w:val="nil"/>
          <w:bottom w:val="nil"/>
          <w:right w:val="single" w:sz="18" w:space="0" w:color="FFFFFF" w:themeColor="background1"/>
          <w:insideH w:val="nil"/>
          <w:insideV w:val="nil"/>
        </w:tcBorders>
        <w:shd w:val="clear" w:color="auto" w:fill="943634" w:themeFill="accent2" w:themeFillShade="BF"/>
      </w:tcPr>
    </w:tblStylePr>
    <w:tblStylePr w:type="lastCol">
      <w:tblPr/>
      <w:tcPr>
        <w:tcBorders>
          <w:top w:val="nil"/>
          <w:left w:val="single" w:sz="18" w:space="0" w:color="FFFFFF" w:themeColor="background1"/>
          <w:bottom w:val="nil"/>
          <w:right w:val="nil"/>
          <w:insideH w:val="nil"/>
          <w:insideV w:val="nil"/>
        </w:tcBorders>
        <w:shd w:val="clear" w:color="auto" w:fill="943634" w:themeFill="accent2" w:themeFillShade="BF"/>
      </w:tcPr>
    </w:tblStylePr>
    <w:tblStylePr w:type="band1Vert">
      <w:tblPr/>
      <w:tcPr>
        <w:tcBorders>
          <w:top w:val="nil"/>
          <w:left w:val="nil"/>
          <w:bottom w:val="nil"/>
          <w:right w:val="nil"/>
          <w:insideH w:val="nil"/>
          <w:insideV w:val="nil"/>
        </w:tcBorders>
        <w:shd w:val="clear" w:color="auto" w:fill="943634" w:themeFill="accent2" w:themeFillShade="BF"/>
      </w:tcPr>
    </w:tblStylePr>
    <w:tblStylePr w:type="band1Horz">
      <w:tblPr/>
      <w:tcPr>
        <w:tcBorders>
          <w:top w:val="nil"/>
          <w:left w:val="nil"/>
          <w:bottom w:val="nil"/>
          <w:right w:val="nil"/>
          <w:insideH w:val="nil"/>
          <w:insideV w:val="nil"/>
        </w:tcBorders>
        <w:shd w:val="clear" w:color="auto" w:fill="943634" w:themeFill="accent2" w:themeFillShade="BF"/>
      </w:tcPr>
    </w:tblStylePr>
  </w:style>
  <w:style w:type="table" w:styleId="DarkList-Accent3">
    <w:name w:val="Dark List Accent 3"/>
    <w:basedOn w:val="TableNormal"/>
    <w:uiPriority w:val="70"/>
    <w:rsid w:val="00CB0664"/>
    <w:pPr>
      <w:spacing w:after="0" w:line="240" w:lineRule="auto"/>
    </w:pPr>
    <w:rPr>
      <w:color w:val="FFFFFF" w:themeColor="background1"/>
    </w:rPr>
    <w:tblPr>
      <w:tblStyleRowBandSize w:val="1"/>
      <w:tblStyleColBandSize w:val="1"/>
      <w:tblInd w:w="0" w:type="dxa"/>
      <w:tblCellMar>
        <w:top w:w="0" w:type="dxa"/>
        <w:left w:w="108" w:type="dxa"/>
        <w:bottom w:w="0" w:type="dxa"/>
        <w:right w:w="108" w:type="dxa"/>
      </w:tblCellMar>
    </w:tblPr>
    <w:tcPr>
      <w:shd w:val="clear" w:color="auto" w:fill="9BBB59" w:themeFill="accent3"/>
    </w:tcPr>
    <w:tblStylePr w:type="firstRow">
      <w:rPr>
        <w:b/>
        <w:bCs/>
      </w:rPr>
      <w:tblPr/>
      <w:tcPr>
        <w:tcBorders>
          <w:top w:val="nil"/>
          <w:left w:val="nil"/>
          <w:bottom w:val="single" w:sz="18" w:space="0" w:color="FFFFFF" w:themeColor="background1"/>
          <w:right w:val="nil"/>
          <w:insideH w:val="nil"/>
          <w:insideV w:val="nil"/>
        </w:tcBorders>
        <w:shd w:val="clear" w:color="auto" w:fill="000000" w:themeFill="text1"/>
      </w:tcPr>
    </w:tblStylePr>
    <w:tblStylePr w:type="lastRow">
      <w:tblPr/>
      <w:tcPr>
        <w:tcBorders>
          <w:top w:val="single" w:sz="18" w:space="0" w:color="FFFFFF" w:themeColor="background1"/>
          <w:left w:val="nil"/>
          <w:bottom w:val="nil"/>
          <w:right w:val="nil"/>
          <w:insideH w:val="nil"/>
          <w:insideV w:val="nil"/>
        </w:tcBorders>
        <w:shd w:val="clear" w:color="auto" w:fill="4E6128" w:themeFill="accent3" w:themeFillShade="7F"/>
      </w:tcPr>
    </w:tblStylePr>
    <w:tblStylePr w:type="firstCol">
      <w:tblPr/>
      <w:tcPr>
        <w:tcBorders>
          <w:top w:val="nil"/>
          <w:left w:val="nil"/>
          <w:bottom w:val="nil"/>
          <w:right w:val="single" w:sz="18" w:space="0" w:color="FFFFFF" w:themeColor="background1"/>
          <w:insideH w:val="nil"/>
          <w:insideV w:val="nil"/>
        </w:tcBorders>
        <w:shd w:val="clear" w:color="auto" w:fill="76923C" w:themeFill="accent3" w:themeFillShade="BF"/>
      </w:tcPr>
    </w:tblStylePr>
    <w:tblStylePr w:type="lastCol">
      <w:tblPr/>
      <w:tcPr>
        <w:tcBorders>
          <w:top w:val="nil"/>
          <w:left w:val="single" w:sz="18" w:space="0" w:color="FFFFFF" w:themeColor="background1"/>
          <w:bottom w:val="nil"/>
          <w:right w:val="nil"/>
          <w:insideH w:val="nil"/>
          <w:insideV w:val="nil"/>
        </w:tcBorders>
        <w:shd w:val="clear" w:color="auto" w:fill="76923C" w:themeFill="accent3" w:themeFillShade="BF"/>
      </w:tcPr>
    </w:tblStylePr>
    <w:tblStylePr w:type="band1Vert">
      <w:tblPr/>
      <w:tcPr>
        <w:tcBorders>
          <w:top w:val="nil"/>
          <w:left w:val="nil"/>
          <w:bottom w:val="nil"/>
          <w:right w:val="nil"/>
          <w:insideH w:val="nil"/>
          <w:insideV w:val="nil"/>
        </w:tcBorders>
        <w:shd w:val="clear" w:color="auto" w:fill="76923C" w:themeFill="accent3" w:themeFillShade="BF"/>
      </w:tcPr>
    </w:tblStylePr>
    <w:tblStylePr w:type="band1Horz">
      <w:tblPr/>
      <w:tcPr>
        <w:tcBorders>
          <w:top w:val="nil"/>
          <w:left w:val="nil"/>
          <w:bottom w:val="nil"/>
          <w:right w:val="nil"/>
          <w:insideH w:val="nil"/>
          <w:insideV w:val="nil"/>
        </w:tcBorders>
        <w:shd w:val="clear" w:color="auto" w:fill="76923C" w:themeFill="accent3" w:themeFillShade="BF"/>
      </w:tcPr>
    </w:tblStylePr>
  </w:style>
  <w:style w:type="table" w:styleId="DarkList-Accent4">
    <w:name w:val="Dark List Accent 4"/>
    <w:basedOn w:val="TableNormal"/>
    <w:uiPriority w:val="70"/>
    <w:rsid w:val="00CB0664"/>
    <w:pPr>
      <w:spacing w:after="0" w:line="240" w:lineRule="auto"/>
    </w:pPr>
    <w:rPr>
      <w:color w:val="FFFFFF" w:themeColor="background1"/>
    </w:rPr>
    <w:tblPr>
      <w:tblStyleRowBandSize w:val="1"/>
      <w:tblStyleColBandSize w:val="1"/>
      <w:tblInd w:w="0" w:type="dxa"/>
      <w:tblCellMar>
        <w:top w:w="0" w:type="dxa"/>
        <w:left w:w="108" w:type="dxa"/>
        <w:bottom w:w="0" w:type="dxa"/>
        <w:right w:w="108" w:type="dxa"/>
      </w:tblCellMar>
    </w:tblPr>
    <w:tcPr>
      <w:shd w:val="clear" w:color="auto" w:fill="8064A2" w:themeFill="accent4"/>
    </w:tcPr>
    <w:tblStylePr w:type="firstRow">
      <w:rPr>
        <w:b/>
        <w:bCs/>
      </w:rPr>
      <w:tblPr/>
      <w:tcPr>
        <w:tcBorders>
          <w:top w:val="nil"/>
          <w:left w:val="nil"/>
          <w:bottom w:val="single" w:sz="18" w:space="0" w:color="FFFFFF" w:themeColor="background1"/>
          <w:right w:val="nil"/>
          <w:insideH w:val="nil"/>
          <w:insideV w:val="nil"/>
        </w:tcBorders>
        <w:shd w:val="clear" w:color="auto" w:fill="000000" w:themeFill="text1"/>
      </w:tcPr>
    </w:tblStylePr>
    <w:tblStylePr w:type="lastRow">
      <w:tblPr/>
      <w:tcPr>
        <w:tcBorders>
          <w:top w:val="single" w:sz="18" w:space="0" w:color="FFFFFF" w:themeColor="background1"/>
          <w:left w:val="nil"/>
          <w:bottom w:val="nil"/>
          <w:right w:val="nil"/>
          <w:insideH w:val="nil"/>
          <w:insideV w:val="nil"/>
        </w:tcBorders>
        <w:shd w:val="clear" w:color="auto" w:fill="3F3151" w:themeFill="accent4" w:themeFillShade="7F"/>
      </w:tcPr>
    </w:tblStylePr>
    <w:tblStylePr w:type="firstCol">
      <w:tblPr/>
      <w:tcPr>
        <w:tcBorders>
          <w:top w:val="nil"/>
          <w:left w:val="nil"/>
          <w:bottom w:val="nil"/>
          <w:right w:val="single" w:sz="18" w:space="0" w:color="FFFFFF" w:themeColor="background1"/>
          <w:insideH w:val="nil"/>
          <w:insideV w:val="nil"/>
        </w:tcBorders>
        <w:shd w:val="clear" w:color="auto" w:fill="5F497A" w:themeFill="accent4" w:themeFillShade="BF"/>
      </w:tcPr>
    </w:tblStylePr>
    <w:tblStylePr w:type="lastCol">
      <w:tblPr/>
      <w:tcPr>
        <w:tcBorders>
          <w:top w:val="nil"/>
          <w:left w:val="single" w:sz="18" w:space="0" w:color="FFFFFF" w:themeColor="background1"/>
          <w:bottom w:val="nil"/>
          <w:right w:val="nil"/>
          <w:insideH w:val="nil"/>
          <w:insideV w:val="nil"/>
        </w:tcBorders>
        <w:shd w:val="clear" w:color="auto" w:fill="5F497A" w:themeFill="accent4" w:themeFillShade="BF"/>
      </w:tcPr>
    </w:tblStylePr>
    <w:tblStylePr w:type="band1Vert">
      <w:tblPr/>
      <w:tcPr>
        <w:tcBorders>
          <w:top w:val="nil"/>
          <w:left w:val="nil"/>
          <w:bottom w:val="nil"/>
          <w:right w:val="nil"/>
          <w:insideH w:val="nil"/>
          <w:insideV w:val="nil"/>
        </w:tcBorders>
        <w:shd w:val="clear" w:color="auto" w:fill="5F497A" w:themeFill="accent4" w:themeFillShade="BF"/>
      </w:tcPr>
    </w:tblStylePr>
    <w:tblStylePr w:type="band1Horz">
      <w:tblPr/>
      <w:tcPr>
        <w:tcBorders>
          <w:top w:val="nil"/>
          <w:left w:val="nil"/>
          <w:bottom w:val="nil"/>
          <w:right w:val="nil"/>
          <w:insideH w:val="nil"/>
          <w:insideV w:val="nil"/>
        </w:tcBorders>
        <w:shd w:val="clear" w:color="auto" w:fill="5F497A" w:themeFill="accent4" w:themeFillShade="BF"/>
      </w:tcPr>
    </w:tblStylePr>
  </w:style>
  <w:style w:type="table" w:styleId="DarkList-Accent5">
    <w:name w:val="Dark List Accent 5"/>
    <w:basedOn w:val="TableNormal"/>
    <w:uiPriority w:val="70"/>
    <w:rsid w:val="00CB0664"/>
    <w:pPr>
      <w:spacing w:after="0" w:line="240" w:lineRule="auto"/>
    </w:pPr>
    <w:rPr>
      <w:color w:val="FFFFFF" w:themeColor="background1"/>
    </w:rPr>
    <w:tblPr>
      <w:tblStyleRowBandSize w:val="1"/>
      <w:tblStyleColBandSize w:val="1"/>
      <w:tblInd w:w="0" w:type="dxa"/>
      <w:tblCellMar>
        <w:top w:w="0" w:type="dxa"/>
        <w:left w:w="108" w:type="dxa"/>
        <w:bottom w:w="0" w:type="dxa"/>
        <w:right w:w="108" w:type="dxa"/>
      </w:tblCellMar>
    </w:tblPr>
    <w:tcPr>
      <w:shd w:val="clear" w:color="auto" w:fill="4BACC6" w:themeFill="accent5"/>
    </w:tcPr>
    <w:tblStylePr w:type="firstRow">
      <w:rPr>
        <w:b/>
        <w:bCs/>
      </w:rPr>
      <w:tblPr/>
      <w:tcPr>
        <w:tcBorders>
          <w:top w:val="nil"/>
          <w:left w:val="nil"/>
          <w:bottom w:val="single" w:sz="18" w:space="0" w:color="FFFFFF" w:themeColor="background1"/>
          <w:right w:val="nil"/>
          <w:insideH w:val="nil"/>
          <w:insideV w:val="nil"/>
        </w:tcBorders>
        <w:shd w:val="clear" w:color="auto" w:fill="000000" w:themeFill="text1"/>
      </w:tcPr>
    </w:tblStylePr>
    <w:tblStylePr w:type="lastRow">
      <w:tblPr/>
      <w:tcPr>
        <w:tcBorders>
          <w:top w:val="single" w:sz="18" w:space="0" w:color="FFFFFF" w:themeColor="background1"/>
          <w:left w:val="nil"/>
          <w:bottom w:val="nil"/>
          <w:right w:val="nil"/>
          <w:insideH w:val="nil"/>
          <w:insideV w:val="nil"/>
        </w:tcBorders>
        <w:shd w:val="clear" w:color="auto" w:fill="205867" w:themeFill="accent5" w:themeFillShade="7F"/>
      </w:tcPr>
    </w:tblStylePr>
    <w:tblStylePr w:type="firstCol">
      <w:tblPr/>
      <w:tcPr>
        <w:tcBorders>
          <w:top w:val="nil"/>
          <w:left w:val="nil"/>
          <w:bottom w:val="nil"/>
          <w:right w:val="single" w:sz="18" w:space="0" w:color="FFFFFF" w:themeColor="background1"/>
          <w:insideH w:val="nil"/>
          <w:insideV w:val="nil"/>
        </w:tcBorders>
        <w:shd w:val="clear" w:color="auto" w:fill="31849B" w:themeFill="accent5" w:themeFillShade="BF"/>
      </w:tcPr>
    </w:tblStylePr>
    <w:tblStylePr w:type="lastCol">
      <w:tblPr/>
      <w:tcPr>
        <w:tcBorders>
          <w:top w:val="nil"/>
          <w:left w:val="single" w:sz="18" w:space="0" w:color="FFFFFF" w:themeColor="background1"/>
          <w:bottom w:val="nil"/>
          <w:right w:val="nil"/>
          <w:insideH w:val="nil"/>
          <w:insideV w:val="nil"/>
        </w:tcBorders>
        <w:shd w:val="clear" w:color="auto" w:fill="31849B" w:themeFill="accent5" w:themeFillShade="BF"/>
      </w:tcPr>
    </w:tblStylePr>
    <w:tblStylePr w:type="band1Vert">
      <w:tblPr/>
      <w:tcPr>
        <w:tcBorders>
          <w:top w:val="nil"/>
          <w:left w:val="nil"/>
          <w:bottom w:val="nil"/>
          <w:right w:val="nil"/>
          <w:insideH w:val="nil"/>
          <w:insideV w:val="nil"/>
        </w:tcBorders>
        <w:shd w:val="clear" w:color="auto" w:fill="31849B" w:themeFill="accent5" w:themeFillShade="BF"/>
      </w:tcPr>
    </w:tblStylePr>
    <w:tblStylePr w:type="band1Horz">
      <w:tblPr/>
      <w:tcPr>
        <w:tcBorders>
          <w:top w:val="nil"/>
          <w:left w:val="nil"/>
          <w:bottom w:val="nil"/>
          <w:right w:val="nil"/>
          <w:insideH w:val="nil"/>
          <w:insideV w:val="nil"/>
        </w:tcBorders>
        <w:shd w:val="clear" w:color="auto" w:fill="31849B" w:themeFill="accent5" w:themeFillShade="BF"/>
      </w:tcPr>
    </w:tblStylePr>
  </w:style>
  <w:style w:type="table" w:styleId="DarkList-Accent6">
    <w:name w:val="Dark List Accent 6"/>
    <w:basedOn w:val="TableNormal"/>
    <w:uiPriority w:val="70"/>
    <w:rsid w:val="00CB0664"/>
    <w:pPr>
      <w:spacing w:after="0" w:line="240" w:lineRule="auto"/>
    </w:pPr>
    <w:rPr>
      <w:color w:val="FFFFFF" w:themeColor="background1"/>
    </w:rPr>
    <w:tblPr>
      <w:tblStyleRowBandSize w:val="1"/>
      <w:tblStyleColBandSize w:val="1"/>
      <w:tblInd w:w="0" w:type="dxa"/>
      <w:tblCellMar>
        <w:top w:w="0" w:type="dxa"/>
        <w:left w:w="108" w:type="dxa"/>
        <w:bottom w:w="0" w:type="dxa"/>
        <w:right w:w="108" w:type="dxa"/>
      </w:tblCellMar>
    </w:tblPr>
    <w:tcPr>
      <w:shd w:val="clear" w:color="auto" w:fill="F79646" w:themeFill="accent6"/>
    </w:tcPr>
    <w:tblStylePr w:type="firstRow">
      <w:rPr>
        <w:b/>
        <w:bCs/>
      </w:rPr>
      <w:tblPr/>
      <w:tcPr>
        <w:tcBorders>
          <w:top w:val="nil"/>
          <w:left w:val="nil"/>
          <w:bottom w:val="single" w:sz="18" w:space="0" w:color="FFFFFF" w:themeColor="background1"/>
          <w:right w:val="nil"/>
          <w:insideH w:val="nil"/>
          <w:insideV w:val="nil"/>
        </w:tcBorders>
        <w:shd w:val="clear" w:color="auto" w:fill="000000" w:themeFill="text1"/>
      </w:tcPr>
    </w:tblStylePr>
    <w:tblStylePr w:type="lastRow">
      <w:tblPr/>
      <w:tcPr>
        <w:tcBorders>
          <w:top w:val="single" w:sz="18" w:space="0" w:color="FFFFFF" w:themeColor="background1"/>
          <w:left w:val="nil"/>
          <w:bottom w:val="nil"/>
          <w:right w:val="nil"/>
          <w:insideH w:val="nil"/>
          <w:insideV w:val="nil"/>
        </w:tcBorders>
        <w:shd w:val="clear" w:color="auto" w:fill="974706" w:themeFill="accent6" w:themeFillShade="7F"/>
      </w:tcPr>
    </w:tblStylePr>
    <w:tblStylePr w:type="firstCol">
      <w:tblPr/>
      <w:tcPr>
        <w:tcBorders>
          <w:top w:val="nil"/>
          <w:left w:val="nil"/>
          <w:bottom w:val="nil"/>
          <w:right w:val="single" w:sz="18" w:space="0" w:color="FFFFFF" w:themeColor="background1"/>
          <w:insideH w:val="nil"/>
          <w:insideV w:val="nil"/>
        </w:tcBorders>
        <w:shd w:val="clear" w:color="auto" w:fill="E36C0A" w:themeFill="accent6" w:themeFillShade="BF"/>
      </w:tcPr>
    </w:tblStylePr>
    <w:tblStylePr w:type="lastCol">
      <w:tblPr/>
      <w:tcPr>
        <w:tcBorders>
          <w:top w:val="nil"/>
          <w:left w:val="single" w:sz="18" w:space="0" w:color="FFFFFF" w:themeColor="background1"/>
          <w:bottom w:val="nil"/>
          <w:right w:val="nil"/>
          <w:insideH w:val="nil"/>
          <w:insideV w:val="nil"/>
        </w:tcBorders>
        <w:shd w:val="clear" w:color="auto" w:fill="E36C0A" w:themeFill="accent6" w:themeFillShade="BF"/>
      </w:tcPr>
    </w:tblStylePr>
    <w:tblStylePr w:type="band1Vert">
      <w:tblPr/>
      <w:tcPr>
        <w:tcBorders>
          <w:top w:val="nil"/>
          <w:left w:val="nil"/>
          <w:bottom w:val="nil"/>
          <w:right w:val="nil"/>
          <w:insideH w:val="nil"/>
          <w:insideV w:val="nil"/>
        </w:tcBorders>
        <w:shd w:val="clear" w:color="auto" w:fill="E36C0A" w:themeFill="accent6" w:themeFillShade="BF"/>
      </w:tcPr>
    </w:tblStylePr>
    <w:tblStylePr w:type="band1Horz">
      <w:tblPr/>
      <w:tcPr>
        <w:tcBorders>
          <w:top w:val="nil"/>
          <w:left w:val="nil"/>
          <w:bottom w:val="nil"/>
          <w:right w:val="nil"/>
          <w:insideH w:val="nil"/>
          <w:insideV w:val="nil"/>
        </w:tcBorders>
        <w:shd w:val="clear" w:color="auto" w:fill="E36C0A" w:themeFill="accent6" w:themeFillShade="BF"/>
      </w:tcPr>
    </w:tblStylePr>
  </w:style>
  <w:style w:type="table" w:styleId="ColorfulShading">
    <w:name w:val="Colorful Shading"/>
    <w:basedOn w:val="TableNormal"/>
    <w:uiPriority w:val="71"/>
    <w:rsid w:val="00CB0664"/>
    <w:pPr>
      <w:spacing w:after="0" w:line="240" w:lineRule="auto"/>
    </w:pPr>
    <w:rPr>
      <w:color w:val="000000" w:themeColor="text1"/>
    </w:rPr>
    <w:tblPr>
      <w:tblStyleRowBandSize w:val="1"/>
      <w:tblStyleColBandSize w:val="1"/>
      <w:tblInd w:w="0" w:type="dxa"/>
      <w:tblBorders>
        <w:top w:val="single" w:sz="24" w:space="0" w:color="C0504D" w:themeColor="accent2"/>
        <w:left w:val="single" w:sz="4" w:space="0" w:color="000000" w:themeColor="text1"/>
        <w:bottom w:val="single" w:sz="4" w:space="0" w:color="000000" w:themeColor="text1"/>
        <w:right w:val="single" w:sz="4" w:space="0" w:color="000000" w:themeColor="text1"/>
        <w:insideH w:val="single" w:sz="4" w:space="0" w:color="FFFFFF" w:themeColor="background1"/>
        <w:insideV w:val="single" w:sz="4" w:space="0" w:color="FFFFFF" w:themeColor="background1"/>
      </w:tblBorders>
      <w:tblCellMar>
        <w:top w:w="0" w:type="dxa"/>
        <w:left w:w="108" w:type="dxa"/>
        <w:bottom w:w="0" w:type="dxa"/>
        <w:right w:w="108" w:type="dxa"/>
      </w:tblCellMar>
    </w:tblPr>
    <w:tcPr>
      <w:shd w:val="clear" w:color="auto" w:fill="E6E6E6" w:themeFill="text1" w:themeFillTint="19"/>
    </w:tcPr>
    <w:tblStylePr w:type="firstRow">
      <w:rPr>
        <w:b/>
        <w:bCs/>
      </w:rPr>
      <w:tblPr/>
      <w:tcPr>
        <w:tcBorders>
          <w:top w:val="nil"/>
          <w:left w:val="nil"/>
          <w:bottom w:val="single" w:sz="24" w:space="0" w:color="C0504D" w:themeColor="accent2"/>
          <w:right w:val="nil"/>
          <w:insideH w:val="nil"/>
          <w:insideV w:val="nil"/>
        </w:tcBorders>
        <w:shd w:val="clear" w:color="auto" w:fill="FFFFFF" w:themeFill="background1"/>
      </w:tcPr>
    </w:tblStylePr>
    <w:tblStylePr w:type="lastRow">
      <w:rPr>
        <w:b/>
        <w:bCs/>
        <w:color w:val="FFFFFF" w:themeColor="background1"/>
      </w:rPr>
      <w:tblPr/>
      <w:tcPr>
        <w:tcBorders>
          <w:top w:val="single" w:sz="6" w:space="0" w:color="FFFFFF" w:themeColor="background1"/>
        </w:tcBorders>
        <w:shd w:val="clear" w:color="auto" w:fill="000000" w:themeFill="text1" w:themeFillShade="99"/>
      </w:tcPr>
    </w:tblStylePr>
    <w:tblStylePr w:type="firstCol">
      <w:rPr>
        <w:color w:val="FFFFFF" w:themeColor="background1"/>
      </w:rPr>
      <w:tblPr/>
      <w:tcPr>
        <w:tcBorders>
          <w:top w:val="nil"/>
          <w:left w:val="nil"/>
          <w:bottom w:val="nil"/>
          <w:right w:val="nil"/>
          <w:insideH w:val="single" w:sz="4" w:space="0" w:color="000000" w:themeColor="text1" w:themeShade="99"/>
          <w:insideV w:val="nil"/>
        </w:tcBorders>
        <w:shd w:val="clear" w:color="auto" w:fill="000000" w:themeFill="text1" w:themeFillShade="99"/>
      </w:tcPr>
    </w:tblStylePr>
    <w:tblStylePr w:type="lastCol">
      <w:rPr>
        <w:color w:val="FFFFFF" w:themeColor="background1"/>
      </w:rPr>
      <w:tblPr/>
      <w:tcPr>
        <w:tcBorders>
          <w:top w:val="nil"/>
          <w:left w:val="nil"/>
          <w:bottom w:val="nil"/>
          <w:right w:val="nil"/>
          <w:insideH w:val="nil"/>
          <w:insideV w:val="nil"/>
        </w:tcBorders>
        <w:shd w:val="clear" w:color="auto" w:fill="000000" w:themeFill="text1" w:themeFillShade="BF"/>
      </w:tcPr>
    </w:tblStylePr>
    <w:tblStylePr w:type="band1Vert">
      <w:tblPr/>
      <w:tcPr>
        <w:shd w:val="clear" w:color="auto" w:fill="999999" w:themeFill="text1" w:themeFillTint="66"/>
      </w:tcPr>
    </w:tblStylePr>
    <w:tblStylePr w:type="band1Horz">
      <w:tblPr/>
      <w:tcPr>
        <w:shd w:val="clear" w:color="auto" w:fill="808080" w:themeFill="text1" w:themeFillTint="7F"/>
      </w:tcPr>
    </w:tblStylePr>
    <w:tblStylePr w:type="neCell">
      <w:rPr>
        <w:color w:val="000000" w:themeColor="text1"/>
      </w:rPr>
    </w:tblStylePr>
    <w:tblStylePr w:type="nwCell">
      <w:rPr>
        <w:color w:val="000000" w:themeColor="text1"/>
      </w:rPr>
    </w:tblStylePr>
  </w:style>
  <w:style w:type="table" w:styleId="ColorfulShading-Accent1">
    <w:name w:val="Colorful Shading Accent 1"/>
    <w:basedOn w:val="TableNormal"/>
    <w:uiPriority w:val="71"/>
    <w:rsid w:val="00CB0664"/>
    <w:pPr>
      <w:spacing w:after="0" w:line="240" w:lineRule="auto"/>
    </w:pPr>
    <w:rPr>
      <w:color w:val="000000" w:themeColor="text1"/>
    </w:rPr>
    <w:tblPr>
      <w:tblStyleRowBandSize w:val="1"/>
      <w:tblStyleColBandSize w:val="1"/>
      <w:tblInd w:w="0" w:type="dxa"/>
      <w:tblBorders>
        <w:top w:val="single" w:sz="24" w:space="0" w:color="C0504D" w:themeColor="accent2"/>
        <w:left w:val="single" w:sz="4" w:space="0" w:color="4F81BD" w:themeColor="accent1"/>
        <w:bottom w:val="single" w:sz="4" w:space="0" w:color="4F81BD" w:themeColor="accent1"/>
        <w:right w:val="single" w:sz="4" w:space="0" w:color="4F81BD" w:themeColor="accent1"/>
        <w:insideH w:val="single" w:sz="4" w:space="0" w:color="FFFFFF" w:themeColor="background1"/>
        <w:insideV w:val="single" w:sz="4" w:space="0" w:color="FFFFFF" w:themeColor="background1"/>
      </w:tblBorders>
      <w:tblCellMar>
        <w:top w:w="0" w:type="dxa"/>
        <w:left w:w="108" w:type="dxa"/>
        <w:bottom w:w="0" w:type="dxa"/>
        <w:right w:w="108" w:type="dxa"/>
      </w:tblCellMar>
    </w:tblPr>
    <w:tcPr>
      <w:shd w:val="clear" w:color="auto" w:fill="EDF2F8" w:themeFill="accent1" w:themeFillTint="19"/>
    </w:tcPr>
    <w:tblStylePr w:type="firstRow">
      <w:rPr>
        <w:b/>
        <w:bCs/>
      </w:rPr>
      <w:tblPr/>
      <w:tcPr>
        <w:tcBorders>
          <w:top w:val="nil"/>
          <w:left w:val="nil"/>
          <w:bottom w:val="single" w:sz="24" w:space="0" w:color="C0504D" w:themeColor="accent2"/>
          <w:right w:val="nil"/>
          <w:insideH w:val="nil"/>
          <w:insideV w:val="nil"/>
        </w:tcBorders>
        <w:shd w:val="clear" w:color="auto" w:fill="FFFFFF" w:themeFill="background1"/>
      </w:tcPr>
    </w:tblStylePr>
    <w:tblStylePr w:type="lastRow">
      <w:rPr>
        <w:b/>
        <w:bCs/>
        <w:color w:val="FFFFFF" w:themeColor="background1"/>
      </w:rPr>
      <w:tblPr/>
      <w:tcPr>
        <w:tcBorders>
          <w:top w:val="single" w:sz="6" w:space="0" w:color="FFFFFF" w:themeColor="background1"/>
        </w:tcBorders>
        <w:shd w:val="clear" w:color="auto" w:fill="2C4C74" w:themeFill="accent1" w:themeFillShade="99"/>
      </w:tcPr>
    </w:tblStylePr>
    <w:tblStylePr w:type="firstCol">
      <w:rPr>
        <w:color w:val="FFFFFF" w:themeColor="background1"/>
      </w:rPr>
      <w:tblPr/>
      <w:tcPr>
        <w:tcBorders>
          <w:top w:val="nil"/>
          <w:left w:val="nil"/>
          <w:bottom w:val="nil"/>
          <w:right w:val="nil"/>
          <w:insideH w:val="single" w:sz="4" w:space="0" w:color="2C4C74" w:themeColor="accent1" w:themeShade="99"/>
          <w:insideV w:val="nil"/>
        </w:tcBorders>
        <w:shd w:val="clear" w:color="auto" w:fill="2C4C74" w:themeFill="accent1" w:themeFillShade="99"/>
      </w:tcPr>
    </w:tblStylePr>
    <w:tblStylePr w:type="lastCol">
      <w:rPr>
        <w:color w:val="FFFFFF" w:themeColor="background1"/>
      </w:rPr>
      <w:tblPr/>
      <w:tcPr>
        <w:tcBorders>
          <w:top w:val="nil"/>
          <w:left w:val="nil"/>
          <w:bottom w:val="nil"/>
          <w:right w:val="nil"/>
          <w:insideH w:val="nil"/>
          <w:insideV w:val="nil"/>
        </w:tcBorders>
        <w:shd w:val="clear" w:color="auto" w:fill="2C4C74" w:themeFill="accent1" w:themeFillShade="99"/>
      </w:tcPr>
    </w:tblStylePr>
    <w:tblStylePr w:type="band1Vert">
      <w:tblPr/>
      <w:tcPr>
        <w:shd w:val="clear" w:color="auto" w:fill="B8CCE4" w:themeFill="accent1" w:themeFillTint="66"/>
      </w:tcPr>
    </w:tblStylePr>
    <w:tblStylePr w:type="band1Horz">
      <w:tblPr/>
      <w:tcPr>
        <w:shd w:val="clear" w:color="auto" w:fill="A7BFDE" w:themeFill="accent1" w:themeFillTint="7F"/>
      </w:tcPr>
    </w:tblStylePr>
    <w:tblStylePr w:type="neCell">
      <w:rPr>
        <w:color w:val="000000" w:themeColor="text1"/>
      </w:rPr>
    </w:tblStylePr>
    <w:tblStylePr w:type="nwCell">
      <w:rPr>
        <w:color w:val="000000" w:themeColor="text1"/>
      </w:rPr>
    </w:tblStylePr>
  </w:style>
  <w:style w:type="table" w:styleId="ColorfulShading-Accent2">
    <w:name w:val="Colorful Shading Accent 2"/>
    <w:basedOn w:val="TableNormal"/>
    <w:uiPriority w:val="71"/>
    <w:rsid w:val="00CB0664"/>
    <w:pPr>
      <w:spacing w:after="0" w:line="240" w:lineRule="auto"/>
    </w:pPr>
    <w:rPr>
      <w:color w:val="000000" w:themeColor="text1"/>
    </w:rPr>
    <w:tblPr>
      <w:tblStyleRowBandSize w:val="1"/>
      <w:tblStyleColBandSize w:val="1"/>
      <w:tblInd w:w="0" w:type="dxa"/>
      <w:tblBorders>
        <w:top w:val="single" w:sz="24" w:space="0" w:color="C0504D" w:themeColor="accent2"/>
        <w:left w:val="single" w:sz="4" w:space="0" w:color="C0504D" w:themeColor="accent2"/>
        <w:bottom w:val="single" w:sz="4" w:space="0" w:color="C0504D" w:themeColor="accent2"/>
        <w:right w:val="single" w:sz="4" w:space="0" w:color="C0504D" w:themeColor="accent2"/>
        <w:insideH w:val="single" w:sz="4" w:space="0" w:color="FFFFFF" w:themeColor="background1"/>
        <w:insideV w:val="single" w:sz="4" w:space="0" w:color="FFFFFF" w:themeColor="background1"/>
      </w:tblBorders>
      <w:tblCellMar>
        <w:top w:w="0" w:type="dxa"/>
        <w:left w:w="108" w:type="dxa"/>
        <w:bottom w:w="0" w:type="dxa"/>
        <w:right w:w="108" w:type="dxa"/>
      </w:tblCellMar>
    </w:tblPr>
    <w:tcPr>
      <w:shd w:val="clear" w:color="auto" w:fill="F8EDED" w:themeFill="accent2" w:themeFillTint="19"/>
    </w:tcPr>
    <w:tblStylePr w:type="firstRow">
      <w:rPr>
        <w:b/>
        <w:bCs/>
      </w:rPr>
      <w:tblPr/>
      <w:tcPr>
        <w:tcBorders>
          <w:top w:val="nil"/>
          <w:left w:val="nil"/>
          <w:bottom w:val="single" w:sz="24" w:space="0" w:color="C0504D" w:themeColor="accent2"/>
          <w:right w:val="nil"/>
          <w:insideH w:val="nil"/>
          <w:insideV w:val="nil"/>
        </w:tcBorders>
        <w:shd w:val="clear" w:color="auto" w:fill="FFFFFF" w:themeFill="background1"/>
      </w:tcPr>
    </w:tblStylePr>
    <w:tblStylePr w:type="lastRow">
      <w:rPr>
        <w:b/>
        <w:bCs/>
        <w:color w:val="FFFFFF" w:themeColor="background1"/>
      </w:rPr>
      <w:tblPr/>
      <w:tcPr>
        <w:tcBorders>
          <w:top w:val="single" w:sz="6" w:space="0" w:color="FFFFFF" w:themeColor="background1"/>
        </w:tcBorders>
        <w:shd w:val="clear" w:color="auto" w:fill="772C2A" w:themeFill="accent2" w:themeFillShade="99"/>
      </w:tcPr>
    </w:tblStylePr>
    <w:tblStylePr w:type="firstCol">
      <w:rPr>
        <w:color w:val="FFFFFF" w:themeColor="background1"/>
      </w:rPr>
      <w:tblPr/>
      <w:tcPr>
        <w:tcBorders>
          <w:top w:val="nil"/>
          <w:left w:val="nil"/>
          <w:bottom w:val="nil"/>
          <w:right w:val="nil"/>
          <w:insideH w:val="single" w:sz="4" w:space="0" w:color="772C2A" w:themeColor="accent2" w:themeShade="99"/>
          <w:insideV w:val="nil"/>
        </w:tcBorders>
        <w:shd w:val="clear" w:color="auto" w:fill="772C2A" w:themeFill="accent2" w:themeFillShade="99"/>
      </w:tcPr>
    </w:tblStylePr>
    <w:tblStylePr w:type="lastCol">
      <w:rPr>
        <w:color w:val="FFFFFF" w:themeColor="background1"/>
      </w:rPr>
      <w:tblPr/>
      <w:tcPr>
        <w:tcBorders>
          <w:top w:val="nil"/>
          <w:left w:val="nil"/>
          <w:bottom w:val="nil"/>
          <w:right w:val="nil"/>
          <w:insideH w:val="nil"/>
          <w:insideV w:val="nil"/>
        </w:tcBorders>
        <w:shd w:val="clear" w:color="auto" w:fill="772C2A" w:themeFill="accent2" w:themeFillShade="99"/>
      </w:tcPr>
    </w:tblStylePr>
    <w:tblStylePr w:type="band1Vert">
      <w:tblPr/>
      <w:tcPr>
        <w:shd w:val="clear" w:color="auto" w:fill="E5B8B7" w:themeFill="accent2" w:themeFillTint="66"/>
      </w:tcPr>
    </w:tblStylePr>
    <w:tblStylePr w:type="band1Horz">
      <w:tblPr/>
      <w:tcPr>
        <w:shd w:val="clear" w:color="auto" w:fill="DFA7A6" w:themeFill="accent2" w:themeFillTint="7F"/>
      </w:tcPr>
    </w:tblStylePr>
    <w:tblStylePr w:type="neCell">
      <w:rPr>
        <w:color w:val="000000" w:themeColor="text1"/>
      </w:rPr>
    </w:tblStylePr>
    <w:tblStylePr w:type="nwCell">
      <w:rPr>
        <w:color w:val="000000" w:themeColor="text1"/>
      </w:rPr>
    </w:tblStylePr>
  </w:style>
  <w:style w:type="table" w:styleId="ColorfulShading-Accent3">
    <w:name w:val="Colorful Shading Accent 3"/>
    <w:basedOn w:val="TableNormal"/>
    <w:uiPriority w:val="71"/>
    <w:rsid w:val="00CB0664"/>
    <w:pPr>
      <w:spacing w:after="0" w:line="240" w:lineRule="auto"/>
    </w:pPr>
    <w:rPr>
      <w:color w:val="000000" w:themeColor="text1"/>
    </w:rPr>
    <w:tblPr>
      <w:tblStyleRowBandSize w:val="1"/>
      <w:tblStyleColBandSize w:val="1"/>
      <w:tblInd w:w="0" w:type="dxa"/>
      <w:tblBorders>
        <w:top w:val="single" w:sz="24" w:space="0" w:color="8064A2" w:themeColor="accent4"/>
        <w:left w:val="single" w:sz="4" w:space="0" w:color="9BBB59" w:themeColor="accent3"/>
        <w:bottom w:val="single" w:sz="4" w:space="0" w:color="9BBB59" w:themeColor="accent3"/>
        <w:right w:val="single" w:sz="4" w:space="0" w:color="9BBB59" w:themeColor="accent3"/>
        <w:insideH w:val="single" w:sz="4" w:space="0" w:color="FFFFFF" w:themeColor="background1"/>
        <w:insideV w:val="single" w:sz="4" w:space="0" w:color="FFFFFF" w:themeColor="background1"/>
      </w:tblBorders>
      <w:tblCellMar>
        <w:top w:w="0" w:type="dxa"/>
        <w:left w:w="108" w:type="dxa"/>
        <w:bottom w:w="0" w:type="dxa"/>
        <w:right w:w="108" w:type="dxa"/>
      </w:tblCellMar>
    </w:tblPr>
    <w:tcPr>
      <w:shd w:val="clear" w:color="auto" w:fill="F5F8EE" w:themeFill="accent3" w:themeFillTint="19"/>
    </w:tcPr>
    <w:tblStylePr w:type="firstRow">
      <w:rPr>
        <w:b/>
        <w:bCs/>
      </w:rPr>
      <w:tblPr/>
      <w:tcPr>
        <w:tcBorders>
          <w:top w:val="nil"/>
          <w:left w:val="nil"/>
          <w:bottom w:val="single" w:sz="24" w:space="0" w:color="8064A2" w:themeColor="accent4"/>
          <w:right w:val="nil"/>
          <w:insideH w:val="nil"/>
          <w:insideV w:val="nil"/>
        </w:tcBorders>
        <w:shd w:val="clear" w:color="auto" w:fill="FFFFFF" w:themeFill="background1"/>
      </w:tcPr>
    </w:tblStylePr>
    <w:tblStylePr w:type="lastRow">
      <w:rPr>
        <w:b/>
        <w:bCs/>
        <w:color w:val="FFFFFF" w:themeColor="background1"/>
      </w:rPr>
      <w:tblPr/>
      <w:tcPr>
        <w:tcBorders>
          <w:top w:val="single" w:sz="6" w:space="0" w:color="FFFFFF" w:themeColor="background1"/>
        </w:tcBorders>
        <w:shd w:val="clear" w:color="auto" w:fill="5E7530" w:themeFill="accent3" w:themeFillShade="99"/>
      </w:tcPr>
    </w:tblStylePr>
    <w:tblStylePr w:type="firstCol">
      <w:rPr>
        <w:color w:val="FFFFFF" w:themeColor="background1"/>
      </w:rPr>
      <w:tblPr/>
      <w:tcPr>
        <w:tcBorders>
          <w:top w:val="nil"/>
          <w:left w:val="nil"/>
          <w:bottom w:val="nil"/>
          <w:right w:val="nil"/>
          <w:insideH w:val="single" w:sz="4" w:space="0" w:color="5E7530" w:themeColor="accent3" w:themeShade="99"/>
          <w:insideV w:val="nil"/>
        </w:tcBorders>
        <w:shd w:val="clear" w:color="auto" w:fill="5E7530" w:themeFill="accent3" w:themeFillShade="99"/>
      </w:tcPr>
    </w:tblStylePr>
    <w:tblStylePr w:type="lastCol">
      <w:rPr>
        <w:color w:val="FFFFFF" w:themeColor="background1"/>
      </w:rPr>
      <w:tblPr/>
      <w:tcPr>
        <w:tcBorders>
          <w:top w:val="nil"/>
          <w:left w:val="nil"/>
          <w:bottom w:val="nil"/>
          <w:right w:val="nil"/>
          <w:insideH w:val="nil"/>
          <w:insideV w:val="nil"/>
        </w:tcBorders>
        <w:shd w:val="clear" w:color="auto" w:fill="5E7530" w:themeFill="accent3" w:themeFillShade="99"/>
      </w:tcPr>
    </w:tblStylePr>
    <w:tblStylePr w:type="band1Vert">
      <w:tblPr/>
      <w:tcPr>
        <w:shd w:val="clear" w:color="auto" w:fill="D6E3BC" w:themeFill="accent3" w:themeFillTint="66"/>
      </w:tcPr>
    </w:tblStylePr>
    <w:tblStylePr w:type="band1Horz">
      <w:tblPr/>
      <w:tcPr>
        <w:shd w:val="clear" w:color="auto" w:fill="CDDDAC" w:themeFill="accent3" w:themeFillTint="7F"/>
      </w:tcPr>
    </w:tblStylePr>
  </w:style>
  <w:style w:type="table" w:styleId="ColorfulShading-Accent4">
    <w:name w:val="Colorful Shading Accent 4"/>
    <w:basedOn w:val="TableNormal"/>
    <w:uiPriority w:val="71"/>
    <w:rsid w:val="00CB0664"/>
    <w:pPr>
      <w:spacing w:after="0" w:line="240" w:lineRule="auto"/>
    </w:pPr>
    <w:rPr>
      <w:color w:val="000000" w:themeColor="text1"/>
    </w:rPr>
    <w:tblPr>
      <w:tblStyleRowBandSize w:val="1"/>
      <w:tblStyleColBandSize w:val="1"/>
      <w:tblInd w:w="0" w:type="dxa"/>
      <w:tblBorders>
        <w:top w:val="single" w:sz="24" w:space="0" w:color="9BBB59" w:themeColor="accent3"/>
        <w:left w:val="single" w:sz="4" w:space="0" w:color="8064A2" w:themeColor="accent4"/>
        <w:bottom w:val="single" w:sz="4" w:space="0" w:color="8064A2" w:themeColor="accent4"/>
        <w:right w:val="single" w:sz="4" w:space="0" w:color="8064A2" w:themeColor="accent4"/>
        <w:insideH w:val="single" w:sz="4" w:space="0" w:color="FFFFFF" w:themeColor="background1"/>
        <w:insideV w:val="single" w:sz="4" w:space="0" w:color="FFFFFF" w:themeColor="background1"/>
      </w:tblBorders>
      <w:tblCellMar>
        <w:top w:w="0" w:type="dxa"/>
        <w:left w:w="108" w:type="dxa"/>
        <w:bottom w:w="0" w:type="dxa"/>
        <w:right w:w="108" w:type="dxa"/>
      </w:tblCellMar>
    </w:tblPr>
    <w:tcPr>
      <w:shd w:val="clear" w:color="auto" w:fill="F2EFF6" w:themeFill="accent4" w:themeFillTint="19"/>
    </w:tcPr>
    <w:tblStylePr w:type="firstRow">
      <w:rPr>
        <w:b/>
        <w:bCs/>
      </w:rPr>
      <w:tblPr/>
      <w:tcPr>
        <w:tcBorders>
          <w:top w:val="nil"/>
          <w:left w:val="nil"/>
          <w:bottom w:val="single" w:sz="24" w:space="0" w:color="9BBB59" w:themeColor="accent3"/>
          <w:right w:val="nil"/>
          <w:insideH w:val="nil"/>
          <w:insideV w:val="nil"/>
        </w:tcBorders>
        <w:shd w:val="clear" w:color="auto" w:fill="FFFFFF" w:themeFill="background1"/>
      </w:tcPr>
    </w:tblStylePr>
    <w:tblStylePr w:type="lastRow">
      <w:rPr>
        <w:b/>
        <w:bCs/>
        <w:color w:val="FFFFFF" w:themeColor="background1"/>
      </w:rPr>
      <w:tblPr/>
      <w:tcPr>
        <w:tcBorders>
          <w:top w:val="single" w:sz="6" w:space="0" w:color="FFFFFF" w:themeColor="background1"/>
        </w:tcBorders>
        <w:shd w:val="clear" w:color="auto" w:fill="4C3B62" w:themeFill="accent4" w:themeFillShade="99"/>
      </w:tcPr>
    </w:tblStylePr>
    <w:tblStylePr w:type="firstCol">
      <w:rPr>
        <w:color w:val="FFFFFF" w:themeColor="background1"/>
      </w:rPr>
      <w:tblPr/>
      <w:tcPr>
        <w:tcBorders>
          <w:top w:val="nil"/>
          <w:left w:val="nil"/>
          <w:bottom w:val="nil"/>
          <w:right w:val="nil"/>
          <w:insideH w:val="single" w:sz="4" w:space="0" w:color="4C3B62" w:themeColor="accent4" w:themeShade="99"/>
          <w:insideV w:val="nil"/>
        </w:tcBorders>
        <w:shd w:val="clear" w:color="auto" w:fill="4C3B62" w:themeFill="accent4" w:themeFillShade="99"/>
      </w:tcPr>
    </w:tblStylePr>
    <w:tblStylePr w:type="lastCol">
      <w:rPr>
        <w:color w:val="FFFFFF" w:themeColor="background1"/>
      </w:rPr>
      <w:tblPr/>
      <w:tcPr>
        <w:tcBorders>
          <w:top w:val="nil"/>
          <w:left w:val="nil"/>
          <w:bottom w:val="nil"/>
          <w:right w:val="nil"/>
          <w:insideH w:val="nil"/>
          <w:insideV w:val="nil"/>
        </w:tcBorders>
        <w:shd w:val="clear" w:color="auto" w:fill="4C3B62" w:themeFill="accent4" w:themeFillShade="99"/>
      </w:tcPr>
    </w:tblStylePr>
    <w:tblStylePr w:type="band1Vert">
      <w:tblPr/>
      <w:tcPr>
        <w:shd w:val="clear" w:color="auto" w:fill="CCC0D9" w:themeFill="accent4" w:themeFillTint="66"/>
      </w:tcPr>
    </w:tblStylePr>
    <w:tblStylePr w:type="band1Horz">
      <w:tblPr/>
      <w:tcPr>
        <w:shd w:val="clear" w:color="auto" w:fill="BFB1D0" w:themeFill="accent4" w:themeFillTint="7F"/>
      </w:tcPr>
    </w:tblStylePr>
    <w:tblStylePr w:type="neCell">
      <w:rPr>
        <w:color w:val="000000" w:themeColor="text1"/>
      </w:rPr>
    </w:tblStylePr>
    <w:tblStylePr w:type="nwCell">
      <w:rPr>
        <w:color w:val="000000" w:themeColor="text1"/>
      </w:rPr>
    </w:tblStylePr>
  </w:style>
  <w:style w:type="table" w:styleId="ColorfulShading-Accent5">
    <w:name w:val="Colorful Shading Accent 5"/>
    <w:basedOn w:val="TableNormal"/>
    <w:uiPriority w:val="71"/>
    <w:rsid w:val="00CB0664"/>
    <w:pPr>
      <w:spacing w:after="0" w:line="240" w:lineRule="auto"/>
    </w:pPr>
    <w:rPr>
      <w:color w:val="000000" w:themeColor="text1"/>
    </w:rPr>
    <w:tblPr>
      <w:tblStyleRowBandSize w:val="1"/>
      <w:tblStyleColBandSize w:val="1"/>
      <w:tblInd w:w="0" w:type="dxa"/>
      <w:tblBorders>
        <w:top w:val="single" w:sz="24" w:space="0" w:color="F79646" w:themeColor="accent6"/>
        <w:left w:val="single" w:sz="4" w:space="0" w:color="4BACC6" w:themeColor="accent5"/>
        <w:bottom w:val="single" w:sz="4" w:space="0" w:color="4BACC6" w:themeColor="accent5"/>
        <w:right w:val="single" w:sz="4" w:space="0" w:color="4BACC6" w:themeColor="accent5"/>
        <w:insideH w:val="single" w:sz="4" w:space="0" w:color="FFFFFF" w:themeColor="background1"/>
        <w:insideV w:val="single" w:sz="4" w:space="0" w:color="FFFFFF" w:themeColor="background1"/>
      </w:tblBorders>
      <w:tblCellMar>
        <w:top w:w="0" w:type="dxa"/>
        <w:left w:w="108" w:type="dxa"/>
        <w:bottom w:w="0" w:type="dxa"/>
        <w:right w:w="108" w:type="dxa"/>
      </w:tblCellMar>
    </w:tblPr>
    <w:tcPr>
      <w:shd w:val="clear" w:color="auto" w:fill="EDF6F9" w:themeFill="accent5" w:themeFillTint="19"/>
    </w:tcPr>
    <w:tblStylePr w:type="firstRow">
      <w:rPr>
        <w:b/>
        <w:bCs/>
      </w:rPr>
      <w:tblPr/>
      <w:tcPr>
        <w:tcBorders>
          <w:top w:val="nil"/>
          <w:left w:val="nil"/>
          <w:bottom w:val="single" w:sz="24" w:space="0" w:color="F79646" w:themeColor="accent6"/>
          <w:right w:val="nil"/>
          <w:insideH w:val="nil"/>
          <w:insideV w:val="nil"/>
        </w:tcBorders>
        <w:shd w:val="clear" w:color="auto" w:fill="FFFFFF" w:themeFill="background1"/>
      </w:tcPr>
    </w:tblStylePr>
    <w:tblStylePr w:type="lastRow">
      <w:rPr>
        <w:b/>
        <w:bCs/>
        <w:color w:val="FFFFFF" w:themeColor="background1"/>
      </w:rPr>
      <w:tblPr/>
      <w:tcPr>
        <w:tcBorders>
          <w:top w:val="single" w:sz="6" w:space="0" w:color="FFFFFF" w:themeColor="background1"/>
        </w:tcBorders>
        <w:shd w:val="clear" w:color="auto" w:fill="276A7C" w:themeFill="accent5" w:themeFillShade="99"/>
      </w:tcPr>
    </w:tblStylePr>
    <w:tblStylePr w:type="firstCol">
      <w:rPr>
        <w:color w:val="FFFFFF" w:themeColor="background1"/>
      </w:rPr>
      <w:tblPr/>
      <w:tcPr>
        <w:tcBorders>
          <w:top w:val="nil"/>
          <w:left w:val="nil"/>
          <w:bottom w:val="nil"/>
          <w:right w:val="nil"/>
          <w:insideH w:val="single" w:sz="4" w:space="0" w:color="276A7C" w:themeColor="accent5" w:themeShade="99"/>
          <w:insideV w:val="nil"/>
        </w:tcBorders>
        <w:shd w:val="clear" w:color="auto" w:fill="276A7C" w:themeFill="accent5" w:themeFillShade="99"/>
      </w:tcPr>
    </w:tblStylePr>
    <w:tblStylePr w:type="lastCol">
      <w:rPr>
        <w:color w:val="FFFFFF" w:themeColor="background1"/>
      </w:rPr>
      <w:tblPr/>
      <w:tcPr>
        <w:tcBorders>
          <w:top w:val="nil"/>
          <w:left w:val="nil"/>
          <w:bottom w:val="nil"/>
          <w:right w:val="nil"/>
          <w:insideH w:val="nil"/>
          <w:insideV w:val="nil"/>
        </w:tcBorders>
        <w:shd w:val="clear" w:color="auto" w:fill="276A7C" w:themeFill="accent5" w:themeFillShade="99"/>
      </w:tcPr>
    </w:tblStylePr>
    <w:tblStylePr w:type="band1Vert">
      <w:tblPr/>
      <w:tcPr>
        <w:shd w:val="clear" w:color="auto" w:fill="B6DDE8" w:themeFill="accent5" w:themeFillTint="66"/>
      </w:tcPr>
    </w:tblStylePr>
    <w:tblStylePr w:type="band1Horz">
      <w:tblPr/>
      <w:tcPr>
        <w:shd w:val="clear" w:color="auto" w:fill="A5D5E2" w:themeFill="accent5" w:themeFillTint="7F"/>
      </w:tcPr>
    </w:tblStylePr>
    <w:tblStylePr w:type="neCell">
      <w:rPr>
        <w:color w:val="000000" w:themeColor="text1"/>
      </w:rPr>
    </w:tblStylePr>
    <w:tblStylePr w:type="nwCell">
      <w:rPr>
        <w:color w:val="000000" w:themeColor="text1"/>
      </w:rPr>
    </w:tblStylePr>
  </w:style>
  <w:style w:type="table" w:styleId="ColorfulShading-Accent6">
    <w:name w:val="Colorful Shading Accent 6"/>
    <w:basedOn w:val="TableNormal"/>
    <w:uiPriority w:val="71"/>
    <w:rsid w:val="00CB0664"/>
    <w:pPr>
      <w:spacing w:after="0" w:line="240" w:lineRule="auto"/>
    </w:pPr>
    <w:rPr>
      <w:color w:val="000000" w:themeColor="text1"/>
    </w:rPr>
    <w:tblPr>
      <w:tblStyleRowBandSize w:val="1"/>
      <w:tblStyleColBandSize w:val="1"/>
      <w:tblInd w:w="0" w:type="dxa"/>
      <w:tblBorders>
        <w:top w:val="single" w:sz="24" w:space="0" w:color="4BACC6" w:themeColor="accent5"/>
        <w:left w:val="single" w:sz="4" w:space="0" w:color="F79646" w:themeColor="accent6"/>
        <w:bottom w:val="single" w:sz="4" w:space="0" w:color="F79646" w:themeColor="accent6"/>
        <w:right w:val="single" w:sz="4" w:space="0" w:color="F79646" w:themeColor="accent6"/>
        <w:insideH w:val="single" w:sz="4" w:space="0" w:color="FFFFFF" w:themeColor="background1"/>
        <w:insideV w:val="single" w:sz="4" w:space="0" w:color="FFFFFF" w:themeColor="background1"/>
      </w:tblBorders>
      <w:tblCellMar>
        <w:top w:w="0" w:type="dxa"/>
        <w:left w:w="108" w:type="dxa"/>
        <w:bottom w:w="0" w:type="dxa"/>
        <w:right w:w="108" w:type="dxa"/>
      </w:tblCellMar>
    </w:tblPr>
    <w:tcPr>
      <w:shd w:val="clear" w:color="auto" w:fill="FEF4EC" w:themeFill="accent6" w:themeFillTint="19"/>
    </w:tcPr>
    <w:tblStylePr w:type="firstRow">
      <w:rPr>
        <w:b/>
        <w:bCs/>
      </w:rPr>
      <w:tblPr/>
      <w:tcPr>
        <w:tcBorders>
          <w:top w:val="nil"/>
          <w:left w:val="nil"/>
          <w:bottom w:val="single" w:sz="24" w:space="0" w:color="4BACC6" w:themeColor="accent5"/>
          <w:right w:val="nil"/>
          <w:insideH w:val="nil"/>
          <w:insideV w:val="nil"/>
        </w:tcBorders>
        <w:shd w:val="clear" w:color="auto" w:fill="FFFFFF" w:themeFill="background1"/>
      </w:tcPr>
    </w:tblStylePr>
    <w:tblStylePr w:type="lastRow">
      <w:rPr>
        <w:b/>
        <w:bCs/>
        <w:color w:val="FFFFFF" w:themeColor="background1"/>
      </w:rPr>
      <w:tblPr/>
      <w:tcPr>
        <w:tcBorders>
          <w:top w:val="single" w:sz="6" w:space="0" w:color="FFFFFF" w:themeColor="background1"/>
        </w:tcBorders>
        <w:shd w:val="clear" w:color="auto" w:fill="B65608" w:themeFill="accent6" w:themeFillShade="99"/>
      </w:tcPr>
    </w:tblStylePr>
    <w:tblStylePr w:type="firstCol">
      <w:rPr>
        <w:color w:val="FFFFFF" w:themeColor="background1"/>
      </w:rPr>
      <w:tblPr/>
      <w:tcPr>
        <w:tcBorders>
          <w:top w:val="nil"/>
          <w:left w:val="nil"/>
          <w:bottom w:val="nil"/>
          <w:right w:val="nil"/>
          <w:insideH w:val="single" w:sz="4" w:space="0" w:color="B65608" w:themeColor="accent6" w:themeShade="99"/>
          <w:insideV w:val="nil"/>
        </w:tcBorders>
        <w:shd w:val="clear" w:color="auto" w:fill="B65608" w:themeFill="accent6" w:themeFillShade="99"/>
      </w:tcPr>
    </w:tblStylePr>
    <w:tblStylePr w:type="lastCol">
      <w:rPr>
        <w:color w:val="FFFFFF" w:themeColor="background1"/>
      </w:rPr>
      <w:tblPr/>
      <w:tcPr>
        <w:tcBorders>
          <w:top w:val="nil"/>
          <w:left w:val="nil"/>
          <w:bottom w:val="nil"/>
          <w:right w:val="nil"/>
          <w:insideH w:val="nil"/>
          <w:insideV w:val="nil"/>
        </w:tcBorders>
        <w:shd w:val="clear" w:color="auto" w:fill="B65608" w:themeFill="accent6" w:themeFillShade="99"/>
      </w:tcPr>
    </w:tblStylePr>
    <w:tblStylePr w:type="band1Vert">
      <w:tblPr/>
      <w:tcPr>
        <w:shd w:val="clear" w:color="auto" w:fill="FBD4B4" w:themeFill="accent6" w:themeFillTint="66"/>
      </w:tcPr>
    </w:tblStylePr>
    <w:tblStylePr w:type="band1Horz">
      <w:tblPr/>
      <w:tcPr>
        <w:shd w:val="clear" w:color="auto" w:fill="FBCAA2" w:themeFill="accent6" w:themeFillTint="7F"/>
      </w:tcPr>
    </w:tblStylePr>
    <w:tblStylePr w:type="neCell">
      <w:rPr>
        <w:color w:val="000000" w:themeColor="text1"/>
      </w:rPr>
    </w:tblStylePr>
    <w:tblStylePr w:type="nwCell">
      <w:rPr>
        <w:color w:val="000000" w:themeColor="text1"/>
      </w:rPr>
    </w:tblStylePr>
  </w:style>
  <w:style w:type="table" w:styleId="ColorfulList">
    <w:name w:val="Colorful List"/>
    <w:basedOn w:val="TableNormal"/>
    <w:uiPriority w:val="72"/>
    <w:rsid w:val="00CB0664"/>
    <w:pPr>
      <w:spacing w:after="0" w:line="240" w:lineRule="auto"/>
    </w:pPr>
    <w:rPr>
      <w:color w:val="000000" w:themeColor="text1"/>
    </w:rPr>
    <w:tblPr>
      <w:tblStyleRowBandSize w:val="1"/>
      <w:tblStyleColBandSize w:val="1"/>
      <w:tblInd w:w="0" w:type="dxa"/>
      <w:tblCellMar>
        <w:top w:w="0" w:type="dxa"/>
        <w:left w:w="108" w:type="dxa"/>
        <w:bottom w:w="0" w:type="dxa"/>
        <w:right w:w="108" w:type="dxa"/>
      </w:tblCellMar>
    </w:tblPr>
    <w:tcPr>
      <w:shd w:val="clear" w:color="auto" w:fill="E6E6E6" w:themeFill="text1" w:themeFillTint="19"/>
    </w:tcPr>
    <w:tblStylePr w:type="firstRow">
      <w:rPr>
        <w:b/>
        <w:bCs/>
        <w:color w:val="FFFFFF" w:themeColor="background1"/>
      </w:rPr>
      <w:tblPr/>
      <w:tcPr>
        <w:tcBorders>
          <w:bottom w:val="single" w:sz="12" w:space="0" w:color="FFFFFF" w:themeColor="background1"/>
        </w:tcBorders>
        <w:shd w:val="clear" w:color="auto" w:fill="9E3A38" w:themeFill="accent2" w:themeFillShade="CC"/>
      </w:tcPr>
    </w:tblStylePr>
    <w:tblStylePr w:type="lastRow">
      <w:rPr>
        <w:b/>
        <w:bCs/>
        <w:color w:val="9E3A38" w:themeColor="accent2" w:themeShade="CC"/>
      </w:rPr>
      <w:tblPr/>
      <w:tcPr>
        <w:tcBorders>
          <w:top w:val="single" w:sz="12" w:space="0" w:color="000000" w:themeColor="text1"/>
        </w:tcBorders>
        <w:shd w:val="clear" w:color="auto" w:fill="FFFFFF" w:themeFill="background1"/>
      </w:tcPr>
    </w:tblStylePr>
    <w:tblStylePr w:type="firstCol">
      <w:rPr>
        <w:b/>
        <w:bCs/>
      </w:rPr>
    </w:tblStylePr>
    <w:tblStylePr w:type="lastCol">
      <w:rPr>
        <w:b/>
        <w:bCs/>
      </w:rPr>
    </w:tblStylePr>
    <w:tblStylePr w:type="band1Vert">
      <w:tblPr/>
      <w:tcPr>
        <w:tcBorders>
          <w:top w:val="nil"/>
          <w:left w:val="nil"/>
          <w:bottom w:val="nil"/>
          <w:right w:val="nil"/>
          <w:insideH w:val="nil"/>
          <w:insideV w:val="nil"/>
        </w:tcBorders>
        <w:shd w:val="clear" w:color="auto" w:fill="C0C0C0" w:themeFill="text1" w:themeFillTint="3F"/>
      </w:tcPr>
    </w:tblStylePr>
    <w:tblStylePr w:type="band1Horz">
      <w:tblPr/>
      <w:tcPr>
        <w:shd w:val="clear" w:color="auto" w:fill="CCCCCC" w:themeFill="text1" w:themeFillTint="33"/>
      </w:tcPr>
    </w:tblStylePr>
  </w:style>
  <w:style w:type="table" w:styleId="ColorfulList-Accent1">
    <w:name w:val="Colorful List Accent 1"/>
    <w:basedOn w:val="TableNormal"/>
    <w:uiPriority w:val="72"/>
    <w:rsid w:val="00CB0664"/>
    <w:pPr>
      <w:spacing w:after="0" w:line="240" w:lineRule="auto"/>
    </w:pPr>
    <w:rPr>
      <w:color w:val="000000" w:themeColor="text1"/>
    </w:rPr>
    <w:tblPr>
      <w:tblStyleRowBandSize w:val="1"/>
      <w:tblStyleColBandSize w:val="1"/>
      <w:tblInd w:w="0" w:type="dxa"/>
      <w:tblCellMar>
        <w:top w:w="0" w:type="dxa"/>
        <w:left w:w="108" w:type="dxa"/>
        <w:bottom w:w="0" w:type="dxa"/>
        <w:right w:w="108" w:type="dxa"/>
      </w:tblCellMar>
    </w:tblPr>
    <w:tcPr>
      <w:shd w:val="clear" w:color="auto" w:fill="EDF2F8" w:themeFill="accent1" w:themeFillTint="19"/>
    </w:tcPr>
    <w:tblStylePr w:type="firstRow">
      <w:rPr>
        <w:b/>
        <w:bCs/>
        <w:color w:val="FFFFFF" w:themeColor="background1"/>
      </w:rPr>
      <w:tblPr/>
      <w:tcPr>
        <w:tcBorders>
          <w:bottom w:val="single" w:sz="12" w:space="0" w:color="FFFFFF" w:themeColor="background1"/>
        </w:tcBorders>
        <w:shd w:val="clear" w:color="auto" w:fill="9E3A38" w:themeFill="accent2" w:themeFillShade="CC"/>
      </w:tcPr>
    </w:tblStylePr>
    <w:tblStylePr w:type="lastRow">
      <w:rPr>
        <w:b/>
        <w:bCs/>
        <w:color w:val="9E3A38" w:themeColor="accent2" w:themeShade="CC"/>
      </w:rPr>
      <w:tblPr/>
      <w:tcPr>
        <w:tcBorders>
          <w:top w:val="single" w:sz="12" w:space="0" w:color="000000" w:themeColor="text1"/>
        </w:tcBorders>
        <w:shd w:val="clear" w:color="auto" w:fill="FFFFFF" w:themeFill="background1"/>
      </w:tcPr>
    </w:tblStylePr>
    <w:tblStylePr w:type="firstCol">
      <w:rPr>
        <w:b/>
        <w:bCs/>
      </w:rPr>
    </w:tblStylePr>
    <w:tblStylePr w:type="lastCol">
      <w:rPr>
        <w:b/>
        <w:bCs/>
      </w:rPr>
    </w:tblStylePr>
    <w:tblStylePr w:type="band1Vert">
      <w:tblPr/>
      <w:tcPr>
        <w:tcBorders>
          <w:top w:val="nil"/>
          <w:left w:val="nil"/>
          <w:bottom w:val="nil"/>
          <w:right w:val="nil"/>
          <w:insideH w:val="nil"/>
          <w:insideV w:val="nil"/>
        </w:tcBorders>
        <w:shd w:val="clear" w:color="auto" w:fill="D3DFEE" w:themeFill="accent1" w:themeFillTint="3F"/>
      </w:tcPr>
    </w:tblStylePr>
    <w:tblStylePr w:type="band1Horz">
      <w:tblPr/>
      <w:tcPr>
        <w:shd w:val="clear" w:color="auto" w:fill="DBE5F1" w:themeFill="accent1" w:themeFillTint="33"/>
      </w:tcPr>
    </w:tblStylePr>
  </w:style>
  <w:style w:type="table" w:styleId="ColorfulList-Accent2">
    <w:name w:val="Colorful List Accent 2"/>
    <w:basedOn w:val="TableNormal"/>
    <w:uiPriority w:val="72"/>
    <w:rsid w:val="00CB0664"/>
    <w:pPr>
      <w:spacing w:after="0" w:line="240" w:lineRule="auto"/>
    </w:pPr>
    <w:rPr>
      <w:color w:val="000000" w:themeColor="text1"/>
    </w:rPr>
    <w:tblPr>
      <w:tblStyleRowBandSize w:val="1"/>
      <w:tblStyleColBandSize w:val="1"/>
      <w:tblInd w:w="0" w:type="dxa"/>
      <w:tblCellMar>
        <w:top w:w="0" w:type="dxa"/>
        <w:left w:w="108" w:type="dxa"/>
        <w:bottom w:w="0" w:type="dxa"/>
        <w:right w:w="108" w:type="dxa"/>
      </w:tblCellMar>
    </w:tblPr>
    <w:tcPr>
      <w:shd w:val="clear" w:color="auto" w:fill="F8EDED" w:themeFill="accent2" w:themeFillTint="19"/>
    </w:tcPr>
    <w:tblStylePr w:type="firstRow">
      <w:rPr>
        <w:b/>
        <w:bCs/>
        <w:color w:val="FFFFFF" w:themeColor="background1"/>
      </w:rPr>
      <w:tblPr/>
      <w:tcPr>
        <w:tcBorders>
          <w:bottom w:val="single" w:sz="12" w:space="0" w:color="FFFFFF" w:themeColor="background1"/>
        </w:tcBorders>
        <w:shd w:val="clear" w:color="auto" w:fill="9E3A38" w:themeFill="accent2" w:themeFillShade="CC"/>
      </w:tcPr>
    </w:tblStylePr>
    <w:tblStylePr w:type="lastRow">
      <w:rPr>
        <w:b/>
        <w:bCs/>
        <w:color w:val="9E3A38" w:themeColor="accent2" w:themeShade="CC"/>
      </w:rPr>
      <w:tblPr/>
      <w:tcPr>
        <w:tcBorders>
          <w:top w:val="single" w:sz="12" w:space="0" w:color="000000" w:themeColor="text1"/>
        </w:tcBorders>
        <w:shd w:val="clear" w:color="auto" w:fill="FFFFFF" w:themeFill="background1"/>
      </w:tcPr>
    </w:tblStylePr>
    <w:tblStylePr w:type="firstCol">
      <w:rPr>
        <w:b/>
        <w:bCs/>
      </w:rPr>
    </w:tblStylePr>
    <w:tblStylePr w:type="lastCol">
      <w:rPr>
        <w:b/>
        <w:bCs/>
      </w:rPr>
    </w:tblStylePr>
    <w:tblStylePr w:type="band1Vert">
      <w:tblPr/>
      <w:tcPr>
        <w:tcBorders>
          <w:top w:val="nil"/>
          <w:left w:val="nil"/>
          <w:bottom w:val="nil"/>
          <w:right w:val="nil"/>
          <w:insideH w:val="nil"/>
          <w:insideV w:val="nil"/>
        </w:tcBorders>
        <w:shd w:val="clear" w:color="auto" w:fill="EFD3D2" w:themeFill="accent2" w:themeFillTint="3F"/>
      </w:tcPr>
    </w:tblStylePr>
    <w:tblStylePr w:type="band1Horz">
      <w:tblPr/>
      <w:tcPr>
        <w:shd w:val="clear" w:color="auto" w:fill="F2DBDB" w:themeFill="accent2" w:themeFillTint="33"/>
      </w:tcPr>
    </w:tblStylePr>
  </w:style>
  <w:style w:type="table" w:styleId="ColorfulList-Accent3">
    <w:name w:val="Colorful List Accent 3"/>
    <w:basedOn w:val="TableNormal"/>
    <w:uiPriority w:val="72"/>
    <w:rsid w:val="00CB0664"/>
    <w:pPr>
      <w:spacing w:after="0" w:line="240" w:lineRule="auto"/>
    </w:pPr>
    <w:rPr>
      <w:color w:val="000000" w:themeColor="text1"/>
    </w:rPr>
    <w:tblPr>
      <w:tblStyleRowBandSize w:val="1"/>
      <w:tblStyleColBandSize w:val="1"/>
      <w:tblInd w:w="0" w:type="dxa"/>
      <w:tblCellMar>
        <w:top w:w="0" w:type="dxa"/>
        <w:left w:w="108" w:type="dxa"/>
        <w:bottom w:w="0" w:type="dxa"/>
        <w:right w:w="108" w:type="dxa"/>
      </w:tblCellMar>
    </w:tblPr>
    <w:tcPr>
      <w:shd w:val="clear" w:color="auto" w:fill="F5F8EE" w:themeFill="accent3" w:themeFillTint="19"/>
    </w:tcPr>
    <w:tblStylePr w:type="firstRow">
      <w:rPr>
        <w:b/>
        <w:bCs/>
        <w:color w:val="FFFFFF" w:themeColor="background1"/>
      </w:rPr>
      <w:tblPr/>
      <w:tcPr>
        <w:tcBorders>
          <w:bottom w:val="single" w:sz="12" w:space="0" w:color="FFFFFF" w:themeColor="background1"/>
        </w:tcBorders>
        <w:shd w:val="clear" w:color="auto" w:fill="664E82" w:themeFill="accent4" w:themeFillShade="CC"/>
      </w:tcPr>
    </w:tblStylePr>
    <w:tblStylePr w:type="lastRow">
      <w:rPr>
        <w:b/>
        <w:bCs/>
        <w:color w:val="664E82" w:themeColor="accent4" w:themeShade="CC"/>
      </w:rPr>
      <w:tblPr/>
      <w:tcPr>
        <w:tcBorders>
          <w:top w:val="single" w:sz="12" w:space="0" w:color="000000" w:themeColor="text1"/>
        </w:tcBorders>
        <w:shd w:val="clear" w:color="auto" w:fill="FFFFFF" w:themeFill="background1"/>
      </w:tcPr>
    </w:tblStylePr>
    <w:tblStylePr w:type="firstCol">
      <w:rPr>
        <w:b/>
        <w:bCs/>
      </w:rPr>
    </w:tblStylePr>
    <w:tblStylePr w:type="lastCol">
      <w:rPr>
        <w:b/>
        <w:bCs/>
      </w:rPr>
    </w:tblStylePr>
    <w:tblStylePr w:type="band1Vert">
      <w:tblPr/>
      <w:tcPr>
        <w:tcBorders>
          <w:top w:val="nil"/>
          <w:left w:val="nil"/>
          <w:bottom w:val="nil"/>
          <w:right w:val="nil"/>
          <w:insideH w:val="nil"/>
          <w:insideV w:val="nil"/>
        </w:tcBorders>
        <w:shd w:val="clear" w:color="auto" w:fill="E6EED5" w:themeFill="accent3" w:themeFillTint="3F"/>
      </w:tcPr>
    </w:tblStylePr>
    <w:tblStylePr w:type="band1Horz">
      <w:tblPr/>
      <w:tcPr>
        <w:shd w:val="clear" w:color="auto" w:fill="EAF1DD" w:themeFill="accent3" w:themeFillTint="33"/>
      </w:tcPr>
    </w:tblStylePr>
  </w:style>
  <w:style w:type="table" w:styleId="ColorfulList-Accent4">
    <w:name w:val="Colorful List Accent 4"/>
    <w:basedOn w:val="TableNormal"/>
    <w:uiPriority w:val="72"/>
    <w:rsid w:val="00CB0664"/>
    <w:pPr>
      <w:spacing w:after="0" w:line="240" w:lineRule="auto"/>
    </w:pPr>
    <w:rPr>
      <w:color w:val="000000" w:themeColor="text1"/>
    </w:rPr>
    <w:tblPr>
      <w:tblStyleRowBandSize w:val="1"/>
      <w:tblStyleColBandSize w:val="1"/>
      <w:tblInd w:w="0" w:type="dxa"/>
      <w:tblCellMar>
        <w:top w:w="0" w:type="dxa"/>
        <w:left w:w="108" w:type="dxa"/>
        <w:bottom w:w="0" w:type="dxa"/>
        <w:right w:w="108" w:type="dxa"/>
      </w:tblCellMar>
    </w:tblPr>
    <w:tcPr>
      <w:shd w:val="clear" w:color="auto" w:fill="F2EFF6" w:themeFill="accent4" w:themeFillTint="19"/>
    </w:tcPr>
    <w:tblStylePr w:type="firstRow">
      <w:rPr>
        <w:b/>
        <w:bCs/>
        <w:color w:val="FFFFFF" w:themeColor="background1"/>
      </w:rPr>
      <w:tblPr/>
      <w:tcPr>
        <w:tcBorders>
          <w:bottom w:val="single" w:sz="12" w:space="0" w:color="FFFFFF" w:themeColor="background1"/>
        </w:tcBorders>
        <w:shd w:val="clear" w:color="auto" w:fill="7E9C40" w:themeFill="accent3" w:themeFillShade="CC"/>
      </w:tcPr>
    </w:tblStylePr>
    <w:tblStylePr w:type="lastRow">
      <w:rPr>
        <w:b/>
        <w:bCs/>
        <w:color w:val="7E9C40" w:themeColor="accent3" w:themeShade="CC"/>
      </w:rPr>
      <w:tblPr/>
      <w:tcPr>
        <w:tcBorders>
          <w:top w:val="single" w:sz="12" w:space="0" w:color="000000" w:themeColor="text1"/>
        </w:tcBorders>
        <w:shd w:val="clear" w:color="auto" w:fill="FFFFFF" w:themeFill="background1"/>
      </w:tcPr>
    </w:tblStylePr>
    <w:tblStylePr w:type="firstCol">
      <w:rPr>
        <w:b/>
        <w:bCs/>
      </w:rPr>
    </w:tblStylePr>
    <w:tblStylePr w:type="lastCol">
      <w:rPr>
        <w:b/>
        <w:bCs/>
      </w:rPr>
    </w:tblStylePr>
    <w:tblStylePr w:type="band1Vert">
      <w:tblPr/>
      <w:tcPr>
        <w:tcBorders>
          <w:top w:val="nil"/>
          <w:left w:val="nil"/>
          <w:bottom w:val="nil"/>
          <w:right w:val="nil"/>
          <w:insideH w:val="nil"/>
          <w:insideV w:val="nil"/>
        </w:tcBorders>
        <w:shd w:val="clear" w:color="auto" w:fill="DFD8E8" w:themeFill="accent4" w:themeFillTint="3F"/>
      </w:tcPr>
    </w:tblStylePr>
    <w:tblStylePr w:type="band1Horz">
      <w:tblPr/>
      <w:tcPr>
        <w:shd w:val="clear" w:color="auto" w:fill="E5DFEC" w:themeFill="accent4" w:themeFillTint="33"/>
      </w:tcPr>
    </w:tblStylePr>
  </w:style>
  <w:style w:type="table" w:styleId="ColorfulList-Accent5">
    <w:name w:val="Colorful List Accent 5"/>
    <w:basedOn w:val="TableNormal"/>
    <w:uiPriority w:val="72"/>
    <w:rsid w:val="00CB0664"/>
    <w:pPr>
      <w:spacing w:after="0" w:line="240" w:lineRule="auto"/>
    </w:pPr>
    <w:rPr>
      <w:color w:val="000000" w:themeColor="text1"/>
    </w:rPr>
    <w:tblPr>
      <w:tblStyleRowBandSize w:val="1"/>
      <w:tblStyleColBandSize w:val="1"/>
      <w:tblInd w:w="0" w:type="dxa"/>
      <w:tblCellMar>
        <w:top w:w="0" w:type="dxa"/>
        <w:left w:w="108" w:type="dxa"/>
        <w:bottom w:w="0" w:type="dxa"/>
        <w:right w:w="108" w:type="dxa"/>
      </w:tblCellMar>
    </w:tblPr>
    <w:tcPr>
      <w:shd w:val="clear" w:color="auto" w:fill="EDF6F9" w:themeFill="accent5" w:themeFillTint="19"/>
    </w:tcPr>
    <w:tblStylePr w:type="firstRow">
      <w:rPr>
        <w:b/>
        <w:bCs/>
        <w:color w:val="FFFFFF" w:themeColor="background1"/>
      </w:rPr>
      <w:tblPr/>
      <w:tcPr>
        <w:tcBorders>
          <w:bottom w:val="single" w:sz="12" w:space="0" w:color="FFFFFF" w:themeColor="background1"/>
        </w:tcBorders>
        <w:shd w:val="clear" w:color="auto" w:fill="F2730A" w:themeFill="accent6" w:themeFillShade="CC"/>
      </w:tcPr>
    </w:tblStylePr>
    <w:tblStylePr w:type="lastRow">
      <w:rPr>
        <w:b/>
        <w:bCs/>
        <w:color w:val="F2730A" w:themeColor="accent6" w:themeShade="CC"/>
      </w:rPr>
      <w:tblPr/>
      <w:tcPr>
        <w:tcBorders>
          <w:top w:val="single" w:sz="12" w:space="0" w:color="000000" w:themeColor="text1"/>
        </w:tcBorders>
        <w:shd w:val="clear" w:color="auto" w:fill="FFFFFF" w:themeFill="background1"/>
      </w:tcPr>
    </w:tblStylePr>
    <w:tblStylePr w:type="firstCol">
      <w:rPr>
        <w:b/>
        <w:bCs/>
      </w:rPr>
    </w:tblStylePr>
    <w:tblStylePr w:type="lastCol">
      <w:rPr>
        <w:b/>
        <w:bCs/>
      </w:rPr>
    </w:tblStylePr>
    <w:tblStylePr w:type="band1Vert">
      <w:tblPr/>
      <w:tcPr>
        <w:tcBorders>
          <w:top w:val="nil"/>
          <w:left w:val="nil"/>
          <w:bottom w:val="nil"/>
          <w:right w:val="nil"/>
          <w:insideH w:val="nil"/>
          <w:insideV w:val="nil"/>
        </w:tcBorders>
        <w:shd w:val="clear" w:color="auto" w:fill="D2EAF1" w:themeFill="accent5" w:themeFillTint="3F"/>
      </w:tcPr>
    </w:tblStylePr>
    <w:tblStylePr w:type="band1Horz">
      <w:tblPr/>
      <w:tcPr>
        <w:shd w:val="clear" w:color="auto" w:fill="DAEEF3" w:themeFill="accent5" w:themeFillTint="33"/>
      </w:tcPr>
    </w:tblStylePr>
  </w:style>
  <w:style w:type="table" w:styleId="ColorfulList-Accent6">
    <w:name w:val="Colorful List Accent 6"/>
    <w:basedOn w:val="TableNormal"/>
    <w:uiPriority w:val="72"/>
    <w:rsid w:val="00CB0664"/>
    <w:pPr>
      <w:spacing w:after="0" w:line="240" w:lineRule="auto"/>
    </w:pPr>
    <w:rPr>
      <w:color w:val="000000" w:themeColor="text1"/>
    </w:rPr>
    <w:tblPr>
      <w:tblStyleRowBandSize w:val="1"/>
      <w:tblStyleColBandSize w:val="1"/>
      <w:tblInd w:w="0" w:type="dxa"/>
      <w:tblCellMar>
        <w:top w:w="0" w:type="dxa"/>
        <w:left w:w="108" w:type="dxa"/>
        <w:bottom w:w="0" w:type="dxa"/>
        <w:right w:w="108" w:type="dxa"/>
      </w:tblCellMar>
    </w:tblPr>
    <w:tcPr>
      <w:shd w:val="clear" w:color="auto" w:fill="FEF4EC" w:themeFill="accent6" w:themeFillTint="19"/>
    </w:tcPr>
    <w:tblStylePr w:type="firstRow">
      <w:rPr>
        <w:b/>
        <w:bCs/>
        <w:color w:val="FFFFFF" w:themeColor="background1"/>
      </w:rPr>
      <w:tblPr/>
      <w:tcPr>
        <w:tcBorders>
          <w:bottom w:val="single" w:sz="12" w:space="0" w:color="FFFFFF" w:themeColor="background1"/>
        </w:tcBorders>
        <w:shd w:val="clear" w:color="auto" w:fill="348DA5" w:themeFill="accent5" w:themeFillShade="CC"/>
      </w:tcPr>
    </w:tblStylePr>
    <w:tblStylePr w:type="lastRow">
      <w:rPr>
        <w:b/>
        <w:bCs/>
        <w:color w:val="348DA5" w:themeColor="accent5" w:themeShade="CC"/>
      </w:rPr>
      <w:tblPr/>
      <w:tcPr>
        <w:tcBorders>
          <w:top w:val="single" w:sz="12" w:space="0" w:color="000000" w:themeColor="text1"/>
        </w:tcBorders>
        <w:shd w:val="clear" w:color="auto" w:fill="FFFFFF" w:themeFill="background1"/>
      </w:tcPr>
    </w:tblStylePr>
    <w:tblStylePr w:type="firstCol">
      <w:rPr>
        <w:b/>
        <w:bCs/>
      </w:rPr>
    </w:tblStylePr>
    <w:tblStylePr w:type="lastCol">
      <w:rPr>
        <w:b/>
        <w:bCs/>
      </w:rPr>
    </w:tblStylePr>
    <w:tblStylePr w:type="band1Vert">
      <w:tblPr/>
      <w:tcPr>
        <w:tcBorders>
          <w:top w:val="nil"/>
          <w:left w:val="nil"/>
          <w:bottom w:val="nil"/>
          <w:right w:val="nil"/>
          <w:insideH w:val="nil"/>
          <w:insideV w:val="nil"/>
        </w:tcBorders>
        <w:shd w:val="clear" w:color="auto" w:fill="FDE4D0" w:themeFill="accent6" w:themeFillTint="3F"/>
      </w:tcPr>
    </w:tblStylePr>
    <w:tblStylePr w:type="band1Horz">
      <w:tblPr/>
      <w:tcPr>
        <w:shd w:val="clear" w:color="auto" w:fill="FDE9D9" w:themeFill="accent6" w:themeFillTint="33"/>
      </w:tcPr>
    </w:tblStylePr>
  </w:style>
  <w:style w:type="table" w:styleId="ColorfulGrid">
    <w:name w:val="Colorful Grid"/>
    <w:basedOn w:val="TableNormal"/>
    <w:uiPriority w:val="73"/>
    <w:rsid w:val="00CB0664"/>
    <w:pPr>
      <w:spacing w:after="0" w:line="240" w:lineRule="auto"/>
    </w:pPr>
    <w:rPr>
      <w:color w:val="000000" w:themeColor="text1"/>
    </w:rPr>
    <w:tblPr>
      <w:tblStyleRowBandSize w:val="1"/>
      <w:tblStyleColBandSize w:val="1"/>
      <w:tblInd w:w="0" w:type="dxa"/>
      <w:tblBorders>
        <w:insideH w:val="single" w:sz="4" w:space="0" w:color="FFFFFF" w:themeColor="background1"/>
      </w:tblBorders>
      <w:tblCellMar>
        <w:top w:w="0" w:type="dxa"/>
        <w:left w:w="108" w:type="dxa"/>
        <w:bottom w:w="0" w:type="dxa"/>
        <w:right w:w="108" w:type="dxa"/>
      </w:tblCellMar>
    </w:tblPr>
    <w:tcPr>
      <w:shd w:val="clear" w:color="auto" w:fill="CCCCCC" w:themeFill="text1" w:themeFillTint="33"/>
    </w:tcPr>
    <w:tblStylePr w:type="firstRow">
      <w:rPr>
        <w:b/>
        <w:bCs/>
      </w:rPr>
      <w:tblPr/>
      <w:tcPr>
        <w:shd w:val="clear" w:color="auto" w:fill="999999" w:themeFill="text1" w:themeFillTint="66"/>
      </w:tcPr>
    </w:tblStylePr>
    <w:tblStylePr w:type="lastRow">
      <w:rPr>
        <w:b/>
        <w:bCs/>
        <w:color w:val="000000" w:themeColor="text1"/>
      </w:rPr>
      <w:tblPr/>
      <w:tcPr>
        <w:shd w:val="clear" w:color="auto" w:fill="999999" w:themeFill="text1" w:themeFillTint="66"/>
      </w:tcPr>
    </w:tblStylePr>
    <w:tblStylePr w:type="firstCol">
      <w:rPr>
        <w:color w:val="FFFFFF" w:themeColor="background1"/>
      </w:rPr>
      <w:tblPr/>
      <w:tcPr>
        <w:shd w:val="clear" w:color="auto" w:fill="000000" w:themeFill="text1" w:themeFillShade="BF"/>
      </w:tcPr>
    </w:tblStylePr>
    <w:tblStylePr w:type="lastCol">
      <w:rPr>
        <w:color w:val="FFFFFF" w:themeColor="background1"/>
      </w:rPr>
      <w:tblPr/>
      <w:tcPr>
        <w:shd w:val="clear" w:color="auto" w:fill="000000" w:themeFill="text1" w:themeFillShade="BF"/>
      </w:tcPr>
    </w:tblStylePr>
    <w:tblStylePr w:type="band1Vert">
      <w:tblPr/>
      <w:tcPr>
        <w:shd w:val="clear" w:color="auto" w:fill="808080" w:themeFill="text1" w:themeFillTint="7F"/>
      </w:tcPr>
    </w:tblStylePr>
    <w:tblStylePr w:type="band1Horz">
      <w:tblPr/>
      <w:tcPr>
        <w:shd w:val="clear" w:color="auto" w:fill="808080" w:themeFill="text1" w:themeFillTint="7F"/>
      </w:tcPr>
    </w:tblStylePr>
  </w:style>
  <w:style w:type="table" w:styleId="ColorfulGrid-Accent1">
    <w:name w:val="Colorful Grid Accent 1"/>
    <w:basedOn w:val="TableNormal"/>
    <w:uiPriority w:val="73"/>
    <w:rsid w:val="00CB0664"/>
    <w:pPr>
      <w:spacing w:after="0" w:line="240" w:lineRule="auto"/>
    </w:pPr>
    <w:rPr>
      <w:color w:val="000000" w:themeColor="text1"/>
    </w:rPr>
    <w:tblPr>
      <w:tblStyleRowBandSize w:val="1"/>
      <w:tblStyleColBandSize w:val="1"/>
      <w:tblInd w:w="0" w:type="dxa"/>
      <w:tblBorders>
        <w:insideH w:val="single" w:sz="4" w:space="0" w:color="FFFFFF" w:themeColor="background1"/>
      </w:tblBorders>
      <w:tblCellMar>
        <w:top w:w="0" w:type="dxa"/>
        <w:left w:w="108" w:type="dxa"/>
        <w:bottom w:w="0" w:type="dxa"/>
        <w:right w:w="108" w:type="dxa"/>
      </w:tblCellMar>
    </w:tblPr>
    <w:tcPr>
      <w:shd w:val="clear" w:color="auto" w:fill="DBE5F1" w:themeFill="accent1" w:themeFillTint="33"/>
    </w:tcPr>
    <w:tblStylePr w:type="firstRow">
      <w:rPr>
        <w:b/>
        <w:bCs/>
      </w:rPr>
      <w:tblPr/>
      <w:tcPr>
        <w:shd w:val="clear" w:color="auto" w:fill="B8CCE4" w:themeFill="accent1" w:themeFillTint="66"/>
      </w:tcPr>
    </w:tblStylePr>
    <w:tblStylePr w:type="lastRow">
      <w:rPr>
        <w:b/>
        <w:bCs/>
        <w:color w:val="000000" w:themeColor="text1"/>
      </w:rPr>
      <w:tblPr/>
      <w:tcPr>
        <w:shd w:val="clear" w:color="auto" w:fill="B8CCE4" w:themeFill="accent1" w:themeFillTint="66"/>
      </w:tcPr>
    </w:tblStylePr>
    <w:tblStylePr w:type="firstCol">
      <w:rPr>
        <w:color w:val="FFFFFF" w:themeColor="background1"/>
      </w:rPr>
      <w:tblPr/>
      <w:tcPr>
        <w:shd w:val="clear" w:color="auto" w:fill="365F91" w:themeFill="accent1" w:themeFillShade="BF"/>
      </w:tcPr>
    </w:tblStylePr>
    <w:tblStylePr w:type="lastCol">
      <w:rPr>
        <w:color w:val="FFFFFF" w:themeColor="background1"/>
      </w:rPr>
      <w:tblPr/>
      <w:tcPr>
        <w:shd w:val="clear" w:color="auto" w:fill="365F91" w:themeFill="accent1" w:themeFillShade="BF"/>
      </w:tcPr>
    </w:tblStylePr>
    <w:tblStylePr w:type="band1Vert">
      <w:tblPr/>
      <w:tcPr>
        <w:shd w:val="clear" w:color="auto" w:fill="A7BFDE" w:themeFill="accent1" w:themeFillTint="7F"/>
      </w:tcPr>
    </w:tblStylePr>
    <w:tblStylePr w:type="band1Horz">
      <w:tblPr/>
      <w:tcPr>
        <w:shd w:val="clear" w:color="auto" w:fill="A7BFDE" w:themeFill="accent1" w:themeFillTint="7F"/>
      </w:tcPr>
    </w:tblStylePr>
  </w:style>
  <w:style w:type="table" w:styleId="ColorfulGrid-Accent2">
    <w:name w:val="Colorful Grid Accent 2"/>
    <w:basedOn w:val="TableNormal"/>
    <w:uiPriority w:val="73"/>
    <w:rsid w:val="00CB0664"/>
    <w:pPr>
      <w:spacing w:after="0" w:line="240" w:lineRule="auto"/>
    </w:pPr>
    <w:rPr>
      <w:color w:val="000000" w:themeColor="text1"/>
    </w:rPr>
    <w:tblPr>
      <w:tblStyleRowBandSize w:val="1"/>
      <w:tblStyleColBandSize w:val="1"/>
      <w:tblInd w:w="0" w:type="dxa"/>
      <w:tblBorders>
        <w:insideH w:val="single" w:sz="4" w:space="0" w:color="FFFFFF" w:themeColor="background1"/>
      </w:tblBorders>
      <w:tblCellMar>
        <w:top w:w="0" w:type="dxa"/>
        <w:left w:w="108" w:type="dxa"/>
        <w:bottom w:w="0" w:type="dxa"/>
        <w:right w:w="108" w:type="dxa"/>
      </w:tblCellMar>
    </w:tblPr>
    <w:tcPr>
      <w:shd w:val="clear" w:color="auto" w:fill="F2DBDB" w:themeFill="accent2" w:themeFillTint="33"/>
    </w:tcPr>
    <w:tblStylePr w:type="firstRow">
      <w:rPr>
        <w:b/>
        <w:bCs/>
      </w:rPr>
      <w:tblPr/>
      <w:tcPr>
        <w:shd w:val="clear" w:color="auto" w:fill="E5B8B7" w:themeFill="accent2" w:themeFillTint="66"/>
      </w:tcPr>
    </w:tblStylePr>
    <w:tblStylePr w:type="lastRow">
      <w:rPr>
        <w:b/>
        <w:bCs/>
        <w:color w:val="000000" w:themeColor="text1"/>
      </w:rPr>
      <w:tblPr/>
      <w:tcPr>
        <w:shd w:val="clear" w:color="auto" w:fill="E5B8B7" w:themeFill="accent2" w:themeFillTint="66"/>
      </w:tcPr>
    </w:tblStylePr>
    <w:tblStylePr w:type="firstCol">
      <w:rPr>
        <w:color w:val="FFFFFF" w:themeColor="background1"/>
      </w:rPr>
      <w:tblPr/>
      <w:tcPr>
        <w:shd w:val="clear" w:color="auto" w:fill="943634" w:themeFill="accent2" w:themeFillShade="BF"/>
      </w:tcPr>
    </w:tblStylePr>
    <w:tblStylePr w:type="lastCol">
      <w:rPr>
        <w:color w:val="FFFFFF" w:themeColor="background1"/>
      </w:rPr>
      <w:tblPr/>
      <w:tcPr>
        <w:shd w:val="clear" w:color="auto" w:fill="943634" w:themeFill="accent2" w:themeFillShade="BF"/>
      </w:tcPr>
    </w:tblStylePr>
    <w:tblStylePr w:type="band1Vert">
      <w:tblPr/>
      <w:tcPr>
        <w:shd w:val="clear" w:color="auto" w:fill="DFA7A6" w:themeFill="accent2" w:themeFillTint="7F"/>
      </w:tcPr>
    </w:tblStylePr>
    <w:tblStylePr w:type="band1Horz">
      <w:tblPr/>
      <w:tcPr>
        <w:shd w:val="clear" w:color="auto" w:fill="DFA7A6" w:themeFill="accent2" w:themeFillTint="7F"/>
      </w:tcPr>
    </w:tblStylePr>
  </w:style>
  <w:style w:type="table" w:styleId="ColorfulGrid-Accent3">
    <w:name w:val="Colorful Grid Accent 3"/>
    <w:basedOn w:val="TableNormal"/>
    <w:uiPriority w:val="73"/>
    <w:rsid w:val="00CB0664"/>
    <w:pPr>
      <w:spacing w:after="0" w:line="240" w:lineRule="auto"/>
    </w:pPr>
    <w:rPr>
      <w:color w:val="000000" w:themeColor="text1"/>
    </w:rPr>
    <w:tblPr>
      <w:tblStyleRowBandSize w:val="1"/>
      <w:tblStyleColBandSize w:val="1"/>
      <w:tblInd w:w="0" w:type="dxa"/>
      <w:tblBorders>
        <w:insideH w:val="single" w:sz="4" w:space="0" w:color="FFFFFF" w:themeColor="background1"/>
      </w:tblBorders>
      <w:tblCellMar>
        <w:top w:w="0" w:type="dxa"/>
        <w:left w:w="108" w:type="dxa"/>
        <w:bottom w:w="0" w:type="dxa"/>
        <w:right w:w="108" w:type="dxa"/>
      </w:tblCellMar>
    </w:tblPr>
    <w:tcPr>
      <w:shd w:val="clear" w:color="auto" w:fill="EAF1DD" w:themeFill="accent3" w:themeFillTint="33"/>
    </w:tcPr>
    <w:tblStylePr w:type="firstRow">
      <w:rPr>
        <w:b/>
        <w:bCs/>
      </w:rPr>
      <w:tblPr/>
      <w:tcPr>
        <w:shd w:val="clear" w:color="auto" w:fill="D6E3BC" w:themeFill="accent3" w:themeFillTint="66"/>
      </w:tcPr>
    </w:tblStylePr>
    <w:tblStylePr w:type="lastRow">
      <w:rPr>
        <w:b/>
        <w:bCs/>
        <w:color w:val="000000" w:themeColor="text1"/>
      </w:rPr>
      <w:tblPr/>
      <w:tcPr>
        <w:shd w:val="clear" w:color="auto" w:fill="D6E3BC" w:themeFill="accent3" w:themeFillTint="66"/>
      </w:tcPr>
    </w:tblStylePr>
    <w:tblStylePr w:type="firstCol">
      <w:rPr>
        <w:color w:val="FFFFFF" w:themeColor="background1"/>
      </w:rPr>
      <w:tblPr/>
      <w:tcPr>
        <w:shd w:val="clear" w:color="auto" w:fill="76923C" w:themeFill="accent3" w:themeFillShade="BF"/>
      </w:tcPr>
    </w:tblStylePr>
    <w:tblStylePr w:type="lastCol">
      <w:rPr>
        <w:color w:val="FFFFFF" w:themeColor="background1"/>
      </w:rPr>
      <w:tblPr/>
      <w:tcPr>
        <w:shd w:val="clear" w:color="auto" w:fill="76923C" w:themeFill="accent3" w:themeFillShade="BF"/>
      </w:tcPr>
    </w:tblStylePr>
    <w:tblStylePr w:type="band1Vert">
      <w:tblPr/>
      <w:tcPr>
        <w:shd w:val="clear" w:color="auto" w:fill="CDDDAC" w:themeFill="accent3" w:themeFillTint="7F"/>
      </w:tcPr>
    </w:tblStylePr>
    <w:tblStylePr w:type="band1Horz">
      <w:tblPr/>
      <w:tcPr>
        <w:shd w:val="clear" w:color="auto" w:fill="CDDDAC" w:themeFill="accent3" w:themeFillTint="7F"/>
      </w:tcPr>
    </w:tblStylePr>
  </w:style>
  <w:style w:type="table" w:styleId="ColorfulGrid-Accent4">
    <w:name w:val="Colorful Grid Accent 4"/>
    <w:basedOn w:val="TableNormal"/>
    <w:uiPriority w:val="73"/>
    <w:rsid w:val="00CB0664"/>
    <w:pPr>
      <w:spacing w:after="0" w:line="240" w:lineRule="auto"/>
    </w:pPr>
    <w:rPr>
      <w:color w:val="000000" w:themeColor="text1"/>
    </w:rPr>
    <w:tblPr>
      <w:tblStyleRowBandSize w:val="1"/>
      <w:tblStyleColBandSize w:val="1"/>
      <w:tblInd w:w="0" w:type="dxa"/>
      <w:tblBorders>
        <w:insideH w:val="single" w:sz="4" w:space="0" w:color="FFFFFF" w:themeColor="background1"/>
      </w:tblBorders>
      <w:tblCellMar>
        <w:top w:w="0" w:type="dxa"/>
        <w:left w:w="108" w:type="dxa"/>
        <w:bottom w:w="0" w:type="dxa"/>
        <w:right w:w="108" w:type="dxa"/>
      </w:tblCellMar>
    </w:tblPr>
    <w:tcPr>
      <w:shd w:val="clear" w:color="auto" w:fill="E5DFEC" w:themeFill="accent4" w:themeFillTint="33"/>
    </w:tcPr>
    <w:tblStylePr w:type="firstRow">
      <w:rPr>
        <w:b/>
        <w:bCs/>
      </w:rPr>
      <w:tblPr/>
      <w:tcPr>
        <w:shd w:val="clear" w:color="auto" w:fill="CCC0D9" w:themeFill="accent4" w:themeFillTint="66"/>
      </w:tcPr>
    </w:tblStylePr>
    <w:tblStylePr w:type="lastRow">
      <w:rPr>
        <w:b/>
        <w:bCs/>
        <w:color w:val="000000" w:themeColor="text1"/>
      </w:rPr>
      <w:tblPr/>
      <w:tcPr>
        <w:shd w:val="clear" w:color="auto" w:fill="CCC0D9" w:themeFill="accent4" w:themeFillTint="66"/>
      </w:tcPr>
    </w:tblStylePr>
    <w:tblStylePr w:type="firstCol">
      <w:rPr>
        <w:color w:val="FFFFFF" w:themeColor="background1"/>
      </w:rPr>
      <w:tblPr/>
      <w:tcPr>
        <w:shd w:val="clear" w:color="auto" w:fill="5F497A" w:themeFill="accent4" w:themeFillShade="BF"/>
      </w:tcPr>
    </w:tblStylePr>
    <w:tblStylePr w:type="lastCol">
      <w:rPr>
        <w:color w:val="FFFFFF" w:themeColor="background1"/>
      </w:rPr>
      <w:tblPr/>
      <w:tcPr>
        <w:shd w:val="clear" w:color="auto" w:fill="5F497A" w:themeFill="accent4" w:themeFillShade="BF"/>
      </w:tcPr>
    </w:tblStylePr>
    <w:tblStylePr w:type="band1Vert">
      <w:tblPr/>
      <w:tcPr>
        <w:shd w:val="clear" w:color="auto" w:fill="BFB1D0" w:themeFill="accent4" w:themeFillTint="7F"/>
      </w:tcPr>
    </w:tblStylePr>
    <w:tblStylePr w:type="band1Horz">
      <w:tblPr/>
      <w:tcPr>
        <w:shd w:val="clear" w:color="auto" w:fill="BFB1D0" w:themeFill="accent4" w:themeFillTint="7F"/>
      </w:tcPr>
    </w:tblStylePr>
  </w:style>
  <w:style w:type="table" w:styleId="ColorfulGrid-Accent5">
    <w:name w:val="Colorful Grid Accent 5"/>
    <w:basedOn w:val="TableNormal"/>
    <w:uiPriority w:val="73"/>
    <w:rsid w:val="00CB0664"/>
    <w:pPr>
      <w:spacing w:after="0" w:line="240" w:lineRule="auto"/>
    </w:pPr>
    <w:rPr>
      <w:color w:val="000000" w:themeColor="text1"/>
    </w:rPr>
    <w:tblPr>
      <w:tblStyleRowBandSize w:val="1"/>
      <w:tblStyleColBandSize w:val="1"/>
      <w:tblInd w:w="0" w:type="dxa"/>
      <w:tblBorders>
        <w:insideH w:val="single" w:sz="4" w:space="0" w:color="FFFFFF" w:themeColor="background1"/>
      </w:tblBorders>
      <w:tblCellMar>
        <w:top w:w="0" w:type="dxa"/>
        <w:left w:w="108" w:type="dxa"/>
        <w:bottom w:w="0" w:type="dxa"/>
        <w:right w:w="108" w:type="dxa"/>
      </w:tblCellMar>
    </w:tblPr>
    <w:tcPr>
      <w:shd w:val="clear" w:color="auto" w:fill="DAEEF3" w:themeFill="accent5" w:themeFillTint="33"/>
    </w:tcPr>
    <w:tblStylePr w:type="firstRow">
      <w:rPr>
        <w:b/>
        <w:bCs/>
      </w:rPr>
      <w:tblPr/>
      <w:tcPr>
        <w:shd w:val="clear" w:color="auto" w:fill="B6DDE8" w:themeFill="accent5" w:themeFillTint="66"/>
      </w:tcPr>
    </w:tblStylePr>
    <w:tblStylePr w:type="lastRow">
      <w:rPr>
        <w:b/>
        <w:bCs/>
        <w:color w:val="000000" w:themeColor="text1"/>
      </w:rPr>
      <w:tblPr/>
      <w:tcPr>
        <w:shd w:val="clear" w:color="auto" w:fill="B6DDE8" w:themeFill="accent5" w:themeFillTint="66"/>
      </w:tcPr>
    </w:tblStylePr>
    <w:tblStylePr w:type="firstCol">
      <w:rPr>
        <w:color w:val="FFFFFF" w:themeColor="background1"/>
      </w:rPr>
      <w:tblPr/>
      <w:tcPr>
        <w:shd w:val="clear" w:color="auto" w:fill="31849B" w:themeFill="accent5" w:themeFillShade="BF"/>
      </w:tcPr>
    </w:tblStylePr>
    <w:tblStylePr w:type="lastCol">
      <w:rPr>
        <w:color w:val="FFFFFF" w:themeColor="background1"/>
      </w:rPr>
      <w:tblPr/>
      <w:tcPr>
        <w:shd w:val="clear" w:color="auto" w:fill="31849B" w:themeFill="accent5" w:themeFillShade="BF"/>
      </w:tcPr>
    </w:tblStylePr>
    <w:tblStylePr w:type="band1Vert">
      <w:tblPr/>
      <w:tcPr>
        <w:shd w:val="clear" w:color="auto" w:fill="A5D5E2" w:themeFill="accent5" w:themeFillTint="7F"/>
      </w:tcPr>
    </w:tblStylePr>
    <w:tblStylePr w:type="band1Horz">
      <w:tblPr/>
      <w:tcPr>
        <w:shd w:val="clear" w:color="auto" w:fill="A5D5E2" w:themeFill="accent5" w:themeFillTint="7F"/>
      </w:tcPr>
    </w:tblStylePr>
  </w:style>
  <w:style w:type="table" w:styleId="ColorfulGrid-Accent6">
    <w:name w:val="Colorful Grid Accent 6"/>
    <w:basedOn w:val="TableNormal"/>
    <w:uiPriority w:val="73"/>
    <w:rsid w:val="00CB0664"/>
    <w:pPr>
      <w:spacing w:after="0" w:line="240" w:lineRule="auto"/>
    </w:pPr>
    <w:rPr>
      <w:color w:val="000000" w:themeColor="text1"/>
    </w:rPr>
    <w:tblPr>
      <w:tblStyleRowBandSize w:val="1"/>
      <w:tblStyleColBandSize w:val="1"/>
      <w:tblInd w:w="0" w:type="dxa"/>
      <w:tblBorders>
        <w:insideH w:val="single" w:sz="4" w:space="0" w:color="FFFFFF" w:themeColor="background1"/>
      </w:tblBorders>
      <w:tblCellMar>
        <w:top w:w="0" w:type="dxa"/>
        <w:left w:w="108" w:type="dxa"/>
        <w:bottom w:w="0" w:type="dxa"/>
        <w:right w:w="108" w:type="dxa"/>
      </w:tblCellMar>
    </w:tblPr>
    <w:tcPr>
      <w:shd w:val="clear" w:color="auto" w:fill="FDE9D9" w:themeFill="accent6" w:themeFillTint="33"/>
    </w:tcPr>
    <w:tblStylePr w:type="firstRow">
      <w:rPr>
        <w:b/>
        <w:bCs/>
      </w:rPr>
      <w:tblPr/>
      <w:tcPr>
        <w:shd w:val="clear" w:color="auto" w:fill="FBD4B4" w:themeFill="accent6" w:themeFillTint="66"/>
      </w:tcPr>
    </w:tblStylePr>
    <w:tblStylePr w:type="lastRow">
      <w:rPr>
        <w:b/>
        <w:bCs/>
        <w:color w:val="000000" w:themeColor="text1"/>
      </w:rPr>
      <w:tblPr/>
      <w:tcPr>
        <w:shd w:val="clear" w:color="auto" w:fill="FBD4B4" w:themeFill="accent6" w:themeFillTint="66"/>
      </w:tcPr>
    </w:tblStylePr>
    <w:tblStylePr w:type="firstCol">
      <w:rPr>
        <w:color w:val="FFFFFF" w:themeColor="background1"/>
      </w:rPr>
      <w:tblPr/>
      <w:tcPr>
        <w:shd w:val="clear" w:color="auto" w:fill="E36C0A" w:themeFill="accent6" w:themeFillShade="BF"/>
      </w:tcPr>
    </w:tblStylePr>
    <w:tblStylePr w:type="lastCol">
      <w:rPr>
        <w:color w:val="FFFFFF" w:themeColor="background1"/>
      </w:rPr>
      <w:tblPr/>
      <w:tcPr>
        <w:shd w:val="clear" w:color="auto" w:fill="E36C0A" w:themeFill="accent6" w:themeFillShade="BF"/>
      </w:tcPr>
    </w:tblStylePr>
    <w:tblStylePr w:type="band1Vert">
      <w:tblPr/>
      <w:tcPr>
        <w:shd w:val="clear" w:color="auto" w:fill="FBCAA2" w:themeFill="accent6" w:themeFillTint="7F"/>
      </w:tcPr>
    </w:tblStylePr>
    <w:tblStylePr w:type="band1Horz">
      <w:tblPr/>
      <w:tcPr>
        <w:shd w:val="clear" w:color="auto" w:fill="FBCAA2" w:themeFill="accent6" w:themeFillTint="7F"/>
      </w:tcPr>
    </w:tblStyle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mc:Ignorable="w14">
  <w:allowPNG/>
  <w:doNotSaveAsSingleFile/>
</w:webSettings>
</file>

<file path=word/_rels/document.xml.rels><?xml version='1.0' encoding='UTF-8' standalone='yes'?>
<Relationships xmlns="http://schemas.openxmlformats.org/package/2006/relationships"><Relationship Id="rId3" Type="http://schemas.openxmlformats.org/officeDocument/2006/relationships/styles" Target="styles.xml"/><Relationship Id="rId4" Type="http://schemas.microsoft.com/office/2007/relationships/stylesWithEffects" Target="stylesWithEffects.xml"/><Relationship Id="rId5" Type="http://schemas.openxmlformats.org/officeDocument/2006/relationships/settings" Target="settings.xml"/><Relationship Id="rId6" Type="http://schemas.openxmlformats.org/officeDocument/2006/relationships/webSettings" Target="webSettings.xml"/><Relationship Id="rId7" Type="http://schemas.openxmlformats.org/officeDocument/2006/relationships/fontTable" Target="fontTable.xml"/><Relationship Id="rId8" Type="http://schemas.openxmlformats.org/officeDocument/2006/relationships/theme" Target="theme/theme1.xml"/><Relationship Id="rId1" Type="http://schemas.openxmlformats.org/officeDocument/2006/relationships/customXml" Target="../customXml/item1.xml"/><Relationship Id="rId2" Type="http://schemas.openxmlformats.org/officeDocument/2006/relationships/numbering" Target="numbering.xml"/></Relationships>
</file>

<file path=word/theme/theme1.xml><?xml version="1.0" encoding="utf-8"?>
<a:theme xmlns:a="http://schemas.openxmlformats.org/drawingml/2006/main" name="Office Theme">
  <a:themeElements>
    <a:clrScheme name="Office">
      <a:dk1>
        <a:sysClr val="windowText" lastClr="000000"/>
      </a:dk1>
      <a:lt1>
        <a:sysClr val="window" lastClr="FFFFFF"/>
      </a:lt1>
      <a:dk2>
        <a:srgbClr val="1F497D"/>
      </a:dk2>
      <a:lt2>
        <a:srgbClr val="EEECE1"/>
      </a:lt2>
      <a:accent1>
        <a:srgbClr val="4F81BD"/>
      </a:accent1>
      <a:accent2>
        <a:srgbClr val="C0504D"/>
      </a:accent2>
      <a:accent3>
        <a:srgbClr val="9BBB59"/>
      </a:accent3>
      <a:accent4>
        <a:srgbClr val="8064A2"/>
      </a:accent4>
      <a:accent5>
        <a:srgbClr val="4BACC6"/>
      </a:accent5>
      <a:accent6>
        <a:srgbClr val="F79646"/>
      </a:accent6>
      <a:hlink>
        <a:srgbClr val="0000FF"/>
      </a:hlink>
      <a:folHlink>
        <a:srgbClr val="800080"/>
      </a:folHlink>
    </a:clrScheme>
    <a:fontScheme name="Office">
      <a:majorFont>
        <a:latin typeface="Calibri"/>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mbria"/>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Office">
      <a:fillStyleLst>
        <a:solidFill>
          <a:schemeClr val="phClr"/>
        </a:solidFill>
        <a:gradFill rotWithShape="1">
          <a:gsLst>
            <a:gs pos="0">
              <a:schemeClr val="phClr">
                <a:tint val="50000"/>
                <a:satMod val="300000"/>
              </a:schemeClr>
            </a:gs>
            <a:gs pos="35000">
              <a:schemeClr val="phClr">
                <a:tint val="37000"/>
                <a:satMod val="300000"/>
              </a:schemeClr>
            </a:gs>
            <a:gs pos="100000">
              <a:schemeClr val="phClr">
                <a:tint val="15000"/>
                <a:satMod val="350000"/>
              </a:schemeClr>
            </a:gs>
          </a:gsLst>
          <a:lin ang="16200000" scaled="1"/>
        </a:gradFill>
        <a:gradFill rotWithShape="1">
          <a:gsLst>
            <a:gs pos="0">
              <a:schemeClr val="phClr">
                <a:tint val="100000"/>
                <a:shade val="100000"/>
                <a:satMod val="130000"/>
              </a:schemeClr>
            </a:gs>
            <a:gs pos="100000">
              <a:schemeClr val="phClr">
                <a:tint val="50000"/>
                <a:shade val="100000"/>
                <a:satMod val="350000"/>
              </a:schemeClr>
            </a:gs>
          </a:gsLst>
          <a:lin ang="16200000" scaled="0"/>
        </a:gradFill>
      </a:fillStyleLst>
      <a:lnStyleLst>
        <a:ln w="9525" cap="flat" cmpd="sng" algn="ctr">
          <a:solidFill>
            <a:schemeClr val="phClr">
              <a:shade val="95000"/>
              <a:satMod val="105000"/>
            </a:schemeClr>
          </a:solidFill>
          <a:prstDash val="solid"/>
        </a:ln>
        <a:ln w="25400" cap="flat" cmpd="sng" algn="ctr">
          <a:solidFill>
            <a:schemeClr val="phClr"/>
          </a:solidFill>
          <a:prstDash val="solid"/>
        </a:ln>
        <a:ln w="38100" cap="flat" cmpd="sng" algn="ctr">
          <a:solidFill>
            <a:schemeClr val="phClr"/>
          </a:solidFill>
          <a:prstDash val="solid"/>
        </a:ln>
      </a:lnStyleLst>
      <a:effectStyleLst>
        <a:effectStyle>
          <a:effectLst>
            <a:outerShdw blurRad="40000" dist="20000" dir="5400000" rotWithShape="0">
              <a:srgbClr val="000000">
                <a:alpha val="38000"/>
              </a:srgbClr>
            </a:outerShdw>
          </a:effectLst>
        </a:effectStyle>
        <a:effectStyle>
          <a:effectLst>
            <a:outerShdw blurRad="40000" dist="23000" dir="5400000" rotWithShape="0">
              <a:srgbClr val="000000">
                <a:alpha val="35000"/>
              </a:srgbClr>
            </a:outerShdw>
          </a:effectLst>
        </a:effectStyle>
        <a:effectStyle>
          <a:effectLst>
            <a:outerShdw blurRad="40000" dist="23000" dir="5400000" rotWithShape="0">
              <a:srgbClr val="000000">
                <a:alpha val="35000"/>
              </a:srgbClr>
            </a:outerShdw>
          </a:effectLst>
          <a:scene3d>
            <a:camera prst="orthographicFront">
              <a:rot lat="0" lon="0" rev="0"/>
            </a:camera>
            <a:lightRig rig="threePt" dir="t">
              <a:rot lat="0" lon="0" rev="1200000"/>
            </a:lightRig>
          </a:scene3d>
          <a:sp3d>
            <a:bevelT w="63500" h="25400"/>
          </a:sp3d>
        </a:effectStyle>
      </a:effectStyleLst>
      <a:bgFillStyleLst>
        <a:solidFill>
          <a:schemeClr val="phClr"/>
        </a:solidFill>
        <a:gradFill rotWithShape="1">
          <a:gsLst>
            <a:gs pos="0">
              <a:schemeClr val="phClr">
                <a:tint val="40000"/>
                <a:satMod val="350000"/>
              </a:schemeClr>
            </a:gs>
            <a:gs pos="40000">
              <a:schemeClr val="phClr">
                <a:tint val="45000"/>
                <a:shade val="99000"/>
                <a:satMod val="350000"/>
              </a:schemeClr>
            </a:gs>
            <a:gs pos="100000">
              <a:schemeClr val="phClr">
                <a:shade val="20000"/>
                <a:satMod val="255000"/>
              </a:schemeClr>
            </a:gs>
          </a:gsLst>
          <a:path path="circle">
            <a:fillToRect l="50000" t="-80000" r="50000" b="180000"/>
          </a:path>
        </a:gradFill>
        <a:gradFill rotWithShape="1">
          <a:gsLst>
            <a:gs pos="0">
              <a:schemeClr val="phClr">
                <a:tint val="80000"/>
                <a:satMod val="300000"/>
              </a:schemeClr>
            </a:gs>
            <a:gs pos="100000">
              <a:schemeClr val="phClr">
                <a:shade val="30000"/>
                <a:satMod val="200000"/>
              </a:schemeClr>
            </a:gs>
          </a:gsLst>
          <a:path path="circle">
            <a:fillToRect l="50000" t="50000" r="50000" b="50000"/>
          </a:path>
        </a:gradFill>
      </a:bgFillStyleLst>
    </a:fmtScheme>
  </a:themeElements>
  <a:objectDefaults>
    <a:spDef>
      <a:spPr/>
      <a:bodyPr/>
      <a:lstStyle/>
      <a:style>
        <a:lnRef idx="1">
          <a:schemeClr val="accent1"/>
        </a:lnRef>
        <a:fillRef idx="3">
          <a:schemeClr val="accent1"/>
        </a:fillRef>
        <a:effectRef idx="2">
          <a:schemeClr val="accent1"/>
        </a:effectRef>
        <a:fontRef idx="minor">
          <a:schemeClr val="lt1"/>
        </a:fontRef>
      </a:style>
    </a:spDef>
    <a:lnDef>
      <a:spPr/>
      <a:bodyPr/>
      <a:lstStyle/>
      <a:style>
        <a:lnRef idx="2">
          <a:schemeClr val="accent1"/>
        </a:lnRef>
        <a:fillRef idx="0">
          <a:schemeClr val="accent1"/>
        </a:fillRef>
        <a:effectRef idx="1">
          <a:schemeClr val="accent1"/>
        </a:effectRef>
        <a:fontRef idx="minor">
          <a:schemeClr val="tx1"/>
        </a:fontRef>
      </a:style>
    </a:lnDef>
  </a:objectDefaults>
  <a:extraClrSchemeLst/>
</a:theme>
</file>

<file path=customXml/_rels/item1.xml.rels><?xml version='1.0' encoding='UTF-8' standalone='yes'?>
<Relationships xmlns="http://schemas.openxmlformats.org/package/2006/relationships"><Relationship Id="rId1" Type="http://schemas.openxmlformats.org/officeDocument/2006/relationships/customXmlProps" Target="itemProps1.xml"/></Relationships>
</file>

<file path=customXml/item1.xml><?xml version="1.0" encoding="utf-8"?>
<b:Sources xmlns:b="http://schemas.openxmlformats.org/officeDocument/2006/bibliography" xmlns="http://schemas.openxmlformats.org/officeDocument/2006/bibliography" SelectedStyle="/APA.XSL" StyleName="APA"/>
</file>

<file path=customXml/itemProps1.xml><?xml version="1.0" encoding="utf-8"?>
<ds:datastoreItem xmlns:ds="http://schemas.openxmlformats.org/officeDocument/2006/customXml" ds:itemID="{EF278816-EC6F-A645-907D-7F25AECB1D4A}">
  <ds:schemaRefs>
    <ds:schemaRef ds:uri="http://schemas.openxmlformats.org/officeDocument/2006/bibliography"/>
  </ds:schemaRefs>
</ds:datastoreItem>
</file>

<file path=docProps/app.xml><?xml version="1.0" encoding="utf-8"?>
<Properties xmlns="http://schemas.openxmlformats.org/officeDocument/2006/extended-properties" xmlns:vt="http://schemas.openxmlformats.org/officeDocument/2006/docPropsVTypes">
  <Template>Normal.dotm</Template>
  <TotalTime>0</TotalTime>
  <Pages>1</Pages>
  <Words>0</Words>
  <Characters>0</Characters>
  <Application>Microsoft Macintosh Word</Application>
  <DocSecurity>0</DocSecurity>
  <Lines>0</Lines>
  <Paragraphs>0</Paragraphs>
  <ScaleCrop>false</ScaleCrop>
  <HeadingPairs>
    <vt:vector size="2" baseType="variant">
      <vt:variant>
        <vt:lpstr>Title</vt:lpstr>
      </vt:variant>
      <vt:variant>
        <vt:i4>1</vt:i4>
      </vt:variant>
    </vt:vector>
  </HeadingPairs>
  <TitlesOfParts>
    <vt:vector size="1" baseType="lpstr">
      <vt:lpstr/>
    </vt:vector>
  </TitlesOfParts>
  <Manager/>
  <Company/>
  <LinksUpToDate>false</LinksUpToDate>
  <CharactersWithSpaces>0</CharactersWithSpaces>
  <SharedDoc>false</SharedDoc>
  <HyperlinkBase/>
  <HyperlinksChanged>false</HyperlinksChanged>
  <AppVersion>14.0000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
  <dc:subject/>
  <dc:creator>python-docx</dc:creator>
  <cp:keywords/>
  <dc:description>generated by python-docx</dc:description>
  <cp:lastModifiedBy/>
  <cp:revision>1</cp:revision>
  <dcterms:created xsi:type="dcterms:W3CDTF">2013-12-23T23:15:00Z</dcterms:created>
  <dcterms:modified xsi:type="dcterms:W3CDTF">2013-12-23T23:15:00Z</dcterms:modified>
  <cp:category/>
</cp:coreProperties>
</file>