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2025年厨师安全常识试题及答案</w:t>
      </w:r>
    </w:p>
    <w:p>
      <w:r>
        <w:br/>
        <w:t>一、单项选择题（每题2分，共10题）</w:t>
        <w:br/>
        <w:br/>
        <w:t>1. 食品安全法规定，食品加工场所的温度应保持在多少摄氏度以下？</w:t>
        <w:br/>
        <w:br/>
        <w:t>A. 10℃</w:t>
        <w:br/>
        <w:br/>
        <w:t>B. 15℃</w:t>
        <w:br/>
        <w:br/>
        <w:t>C. 20℃</w:t>
        <w:br/>
        <w:br/>
        <w:t>D. 25℃</w:t>
        <w:br/>
        <w:br/>
        <w:t>2. 厨房中刀具使用完毕后，正确的存放方式是？</w:t>
        <w:br/>
        <w:br/>
        <w:t>A. 随意放在案台上</w:t>
        <w:br/>
        <w:br/>
        <w:t>B. 浸泡在水中</w:t>
        <w:br/>
        <w:br/>
        <w:t>C. 放在专门的刀架或刀柜中</w:t>
        <w:br/>
        <w:br/>
        <w:t>D. 放在抽屉里</w:t>
        <w:br/>
        <w:br/>
        <w:t>3. 食物中毒最常见的症状是？</w:t>
        <w:br/>
        <w:br/>
        <w:t>A. 头痛</w:t>
        <w:br/>
        <w:br/>
        <w:t>B. 发烧</w:t>
        <w:br/>
        <w:br/>
        <w:t>C. 腹泻和呕吐</w:t>
        <w:br/>
        <w:br/>
        <w:t>D. 皮疹</w:t>
        <w:br/>
        <w:br/>
        <w:t>4. 厨房中灭火器的检查周期应该是？</w:t>
        <w:br/>
        <w:br/>
        <w:t>A. 每月一次</w:t>
        <w:br/>
        <w:br/>
        <w:t>B. 每季度一次</w:t>
        <w:br/>
        <w:br/>
        <w:t>C. 每半年一次</w:t>
        <w:br/>
        <w:br/>
        <w:t>D. 每年一次</w:t>
        <w:br/>
        <w:br/>
        <w:t>5. 以下哪种食材最容易滋生细菌？</w:t>
        <w:br/>
        <w:br/>
        <w:t>A. 干燥的米面</w:t>
        <w:br/>
        <w:br/>
        <w:t>B. 冷冻肉类</w:t>
        <w:br/>
        <w:br/>
        <w:t>C. 新鲜蔬菜</w:t>
        <w:br/>
        <w:br/>
        <w:t>D. 熟食</w:t>
        <w:br/>
        <w:br/>
        <w:t>6. 厨房中防止滑倒的最有效措施是？</w:t>
        <w:br/>
        <w:br/>
        <w:t>A. 穿拖鞋</w:t>
        <w:br/>
        <w:br/>
        <w:t>B. 保持地面干燥清洁</w:t>
        <w:br/>
        <w:br/>
        <w:t>C. 快速行走</w:t>
        <w:br/>
        <w:br/>
        <w:t>D. 靠墙行走</w:t>
        <w:br/>
        <w:br/>
        <w:t>7. 食物解冻的正确方法是？</w:t>
        <w:br/>
        <w:br/>
        <w:t>A. 室温下自然解冻</w:t>
        <w:br/>
        <w:br/>
        <w:t>B. 热水浸泡解冻</w:t>
        <w:br/>
        <w:br/>
        <w:t>C. 微波炉快速解冻</w:t>
        <w:br/>
        <w:br/>
        <w:t>D. 冷藏室缓慢解冻</w:t>
        <w:br/>
        <w:br/>
        <w:t>8. 厨房中油锅起火时，应该？</w:t>
        <w:br/>
        <w:br/>
        <w:t>A. 用水浇灭</w:t>
        <w:br/>
        <w:br/>
        <w:t>B. 用锅盖盖住</w:t>
        <w:br/>
        <w:br/>
        <w:t>C. 用面粉覆盖</w:t>
        <w:br/>
        <w:br/>
        <w:t>D. 继续加热直到油烧完</w:t>
        <w:br/>
        <w:br/>
        <w:t>9. 食品加工中，生熟食品应该？</w:t>
        <w:br/>
        <w:br/>
        <w:t>A. 使用同一套工具</w:t>
        <w:br/>
        <w:br/>
        <w:t>B. 交叉使用工具以节省成本</w:t>
        <w:br/>
        <w:br/>
        <w:t>C. 使用不同的工具和容器</w:t>
        <w:br/>
        <w:br/>
        <w:t>D. 先处理熟食再处理生食</w:t>
        <w:br/>
        <w:br/>
        <w:t>10. 厨房工作人员的健康证有效期是？</w:t>
        <w:br/>
        <w:br/>
        <w:t>A. 3个月</w:t>
        <w:br/>
        <w:br/>
        <w:t>B. 6个月</w:t>
        <w:br/>
        <w:br/>
        <w:t>C. 1年</w:t>
        <w:br/>
        <w:br/>
        <w:t>D. 2年</w:t>
        <w:br/>
        <w:br/>
        <w:t>二、判断题（每题2分，共5题）</w:t>
        <w:br/>
        <w:br/>
        <w:t>1. 食品在冷藏条件下可以无限期保存。（ ）</w:t>
        <w:br/>
        <w:br/>
        <w:t>A. 正确</w:t>
        <w:br/>
        <w:br/>
        <w:t>B. 错误</w:t>
        <w:br/>
        <w:br/>
        <w:t>2. 厨房中可以使用同一块砧板处理生肉和熟食。（ ）</w:t>
        <w:br/>
        <w:br/>
        <w:t>A. 正确</w:t>
        <w:br/>
        <w:br/>
        <w:t>B. 错误</w:t>
        <w:br/>
        <w:br/>
        <w:t>3. 食物在烹饪过程中温度达到75℃以上，可以杀死大部分致病菌。（ ）</w:t>
        <w:br/>
        <w:br/>
        <w:t>A. 正确</w:t>
        <w:br/>
        <w:br/>
        <w:t>B. 错误</w:t>
        <w:br/>
        <w:br/>
        <w:t>4. 厨房中可以使用塑料袋代替食品级容器储存食物。（ ）</w:t>
        <w:br/>
        <w:br/>
        <w:t>A. 正确</w:t>
        <w:br/>
        <w:br/>
        <w:t>B. 错误</w:t>
        <w:br/>
        <w:br/>
        <w:t>5. 厨房工作人员在操作食品前不需要洗手。（ ）</w:t>
        <w:br/>
        <w:br/>
        <w:t>A. 正确</w:t>
        <w:br/>
        <w:br/>
        <w:t>B. 错误</w:t>
        <w:br/>
        <w:br/>
        <w:t>三、多项选择题（每题2分，共2题）</w:t>
        <w:br/>
        <w:br/>
        <w:t>1. 以下哪些是厨房中常见的食品安全隐患？（ ）</w:t>
        <w:br/>
        <w:br/>
        <w:t>A. 生熟食品交叉污染</w:t>
        <w:br/>
        <w:br/>
        <w:t>B. 食物储存温度不当</w:t>
        <w:br/>
        <w:br/>
        <w:t>C. 厨房设备清洁不彻底</w:t>
        <w:br/>
        <w:br/>
        <w:t>D. 厨师个人卫生习惯不良</w:t>
        <w:br/>
        <w:br/>
        <w:t>2. 厨房中预防火灾的措施包括？（ ）</w:t>
        <w:br/>
        <w:br/>
        <w:t>A. 定期检查电气设备</w:t>
        <w:br/>
        <w:br/>
        <w:t>B. 保持消防通道畅通</w:t>
        <w:br/>
        <w:br/>
        <w:t>C. 正确使用灭火设备</w:t>
        <w:br/>
        <w:br/>
        <w:t>D. 随意堆放易燃物品</w:t>
        <w:br/>
        <w:br/>
        <w:t>四、填空题（每题2分，共5题）</w:t>
        <w:br/>
        <w:br/>
        <w:t>1. 食品安全法规定，食品加工场所的温度应保持在______摄氏度以下。</w:t>
        <w:br/>
        <w:br/>
        <w:t>2. 厨房中刀具使用完毕后，应该存放在______中。</w:t>
        <w:br/>
        <w:br/>
        <w:t>3. 食物中毒最常见的症状是______和______。</w:t>
        <w:br/>
        <w:br/>
        <w:t>4. 厨房中油锅起火时，应该用______盖住。</w:t>
        <w:br/>
        <w:br/>
        <w:t>5. 食品加工中，生熟食品应该使用______的工具和容器。</w:t>
        <w:br/>
        <w:br/>
        <w:t>五、简答题（每题5分，共2题）</w:t>
        <w:br/>
        <w:br/>
        <w:t>1. 简述厨房中预防食物交叉污染的主要措施。</w:t>
        <w:br/>
        <w:br/>
        <w:t>2. 请描述厨房中发生油锅起火时的正确处理步骤。</w:t>
        <w:br/>
        <w:br/>
        <w:t>答案及解析</w:t>
        <w:br/>
        <w:br/>
        <w:t>一、单项选择题答案及解析</w:t>
        <w:br/>
        <w:br/>
        <w:t>1. 答案：A. 10℃</w:t>
        <w:br/>
        <w:br/>
        <w:t>解析：根据食品安全法规定，食品加工场所的温度应保持在10℃以下，以抑制细菌生长繁殖。高温环境容易加速食品腐败和细菌滋生。</w:t>
        <w:br/>
        <w:br/>
        <w:t>2. 答案：C. 放在专门的刀架或刀柜中</w:t>
        <w:br/>
        <w:br/>
        <w:t>解析：刀具使用完毕后应放在专门的刀架或刀柜中，这样可以避免刀具伤人，也能保持刀具锋利。随意放置在案台上或抽屉中容易造成安全隐患，浸泡在水中会损坏刀刃。</w:t>
        <w:br/>
        <w:br/>
        <w:t>3. 答案：C. 腹泻和呕吐</w:t>
        <w:br/>
        <w:br/>
        <w:t>解析：食物中毒最常见的症状是腹泻和呕吐，这是因为有害细菌或毒素刺激了胃肠道系统。其他症状如头痛、发烧、皮疹也可能出现，但不是最常见的症状。</w:t>
        <w:br/>
        <w:br/>
        <w:t>4. 答案：A. 每月一次</w:t>
        <w:br/>
        <w:br/>
        <w:t>解析：厨房中灭火器应每月检查一次，确保其处于良好工作状态。定期检查可以及时发现灭火器是否过期、压力是否正常、喷嘴是否堵塞等问题，确保在紧急情况下能够正常使用。</w:t>
        <w:br/>
        <w:br/>
        <w:t>5. 答案：D. 熟食</w:t>
        <w:br/>
        <w:br/>
        <w:t>解析：熟食最容易滋生细菌，因为经过烹饪后，熟食失去了原有的保护层，且营养丰富，是细菌生长的理想环境。干燥的米面不易滋生细菌，冷冻肉类可以抑制细菌生长，新鲜蔬菜含有天然抗菌成分。</w:t>
        <w:br/>
        <w:br/>
        <w:t>6. 答案：B. 保持地面干燥清洁</w:t>
        <w:br/>
        <w:br/>
        <w:t>解析：厨房中防止滑倒的最有效措施是保持地面干燥清洁。厨房环境潮湿，容易有油污和水渍，是滑倒事故的高发区域。穿拖鞋、快速行走、靠墙行走都不能有效防止滑倒。</w:t>
        <w:br/>
        <w:br/>
        <w:t>7. 答案：D. 冷藏室缓慢解冻</w:t>
        <w:br/>
        <w:br/>
        <w:t>解析：食物解冻的正确方法是冷藏室缓慢解冻，这种方法可以保持食物的品质，同时避免细菌在解冻过程中大量繁殖。室温下自然解冻和热水浸泡解冻容易导致食物温度升高，细菌繁殖加快；微波炉快速解冻会导致食物局部过热，影响口感和品质。</w:t>
        <w:br/>
        <w:br/>
        <w:t>8. 答案：B. 用锅盖盖住</w:t>
        <w:br/>
        <w:br/>
        <w:t>解析：厨房中油锅起火时，应该用锅盖盖住，隔绝空气，使火焰熄灭。用水浇灭会导致热油飞溅，扩大火势；用面粉覆盖效果不佳；继续加热会使火势更大。</w:t>
        <w:br/>
        <w:br/>
        <w:t>9. 答案：C. 使用不同的工具和容器</w:t>
        <w:br/>
        <w:br/>
        <w:t>解析：食品加工中，生熟食品应该使用不同的工具和容器，以防止交叉污染。生肉、禽类、海鲜等可能含有致病菌，如果与熟食接触，会导致熟食被污染，引发食物中毒。</w:t>
        <w:br/>
        <w:br/>
        <w:t>10. 答案：C. 1年</w:t>
        <w:br/>
        <w:br/>
        <w:t>解析：根据相关规定，厨房工作人员的健康证有效期是1年。健康证是证明从业人员身体健康、没有传染病的证明，需要定期更新，以确保食品安全。</w:t>
        <w:br/>
        <w:br/>
        <w:t>二、判断题答案及解析</w:t>
        <w:br/>
        <w:br/>
        <w:t>1. 答案：B. 错误</w:t>
        <w:br/>
        <w:br/>
        <w:t>解析：食品在冷藏条件下不可以无限期保存。冷藏只能延缓食品腐败，但不能完全阻止。不同食品有不同的保存期限，超过保存期限的食品即使看起来没有变质，也可能含有有害细菌或毒素。</w:t>
        <w:br/>
        <w:br/>
        <w:t>2. 答案：B. 错误</w:t>
        <w:br/>
        <w:br/>
        <w:t>解析：厨房中不可以使用同一块砧板处理生肉和熟食。生肉可能含有沙门氏菌、大肠杆菌等致病菌，如果与熟食接触，会导致熟食被污染，引发食物中毒。应该使用不同的砧板处理生熟食品，或者在使用前后彻底清洗砧板。</w:t>
        <w:br/>
        <w:br/>
        <w:t>3. 答案：A. 正确</w:t>
        <w:br/>
        <w:br/>
        <w:t>解析：食物在烹饪过程中温度达到75℃以上，可以杀死大部分致病菌。高温可以使蛋白质变性，破坏细菌的细胞结构，从而达到杀菌的效果。这是确保食品安全的重要措施。</w:t>
        <w:br/>
        <w:br/>
        <w:t>4. 答案：B. 错误</w:t>
        <w:br/>
        <w:br/>
        <w:t>解析：厨房中不可以使用塑料袋代替食品级容器储存食物。塑料袋可能含有有害物质，如塑化剂，这些物质可能会迁移到食物中，危害人体健康。此外，塑料袋的密封性和耐热性也不如食品级容器。</w:t>
        <w:br/>
        <w:br/>
        <w:t>5. 答案：B. 错误</w:t>
        <w:br/>
        <w:br/>
        <w:t>解析：厨房工作人员在操作食品前必须洗手。手是传播细菌的主要途径之一，工作人员在接触污染物后必须彻底洗手，然后再接触食品，以防止交叉污染。这是食品卫生的基本要求。</w:t>
        <w:br/>
        <w:br/>
        <w:t>三、多项选择题答案及解析</w:t>
        <w:br/>
        <w:br/>
        <w:t>1. 答案：A、B、C、D</w:t>
        <w:br/>
        <w:br/>
        <w:t>解析：厨房中常见的食品安全隐患包括：生熟食品交叉污染（使用同一工具处理生熟食品）、食物储存温度不当（冷藏温度过高或冷冻温度不够）、厨房设备清洁不彻底（砧板、刀具、设备等）、厨师个人卫生习惯不良（不洗手、带病工作等）。这些都是导致食品安全问题的重要因素，需要引起重视并采取相应措施预防。</w:t>
        <w:br/>
        <w:br/>
        <w:t>2. 答案：A、B、C</w:t>
        <w:br/>
        <w:br/>
        <w:t>解析：厨房中预防火灾的措施包括：定期检查电气设备（防止短路、过载）、保持消防通道畅通（确保紧急情况下能够疏散）、正确使用灭火设备（了解灭火器的使用方法）。随意堆放易燃物品会增加火灾风险，是错误的做法。</w:t>
        <w:br/>
        <w:br/>
        <w:t>四、填空题答案及解析</w:t>
        <w:br/>
        <w:br/>
        <w:t>1. 答案：10</w:t>
        <w:br/>
        <w:br/>
        <w:t>解析：食品安全法规定，食品加工场所的温度应保持在10摄氏度以下，以抑制细菌生长繁殖。高温环境容易加速食品腐败和细菌滋生，影响食品安全。</w:t>
        <w:br/>
        <w:br/>
        <w:t>2. 答案：专门的刀架或刀柜</w:t>
        <w:br/>
        <w:br/>
        <w:t>解析：厨房中刀具使用完毕后，应该存放在专门的刀架或刀柜中，这样可以避免刀具伤人，也能保持刀具锋利。随意放置在案台上或抽屉中容易造成安全隐患，浸泡在水中会损坏刀刃。</w:t>
        <w:br/>
        <w:br/>
        <w:t>3. 答案：腹泻、呕吐</w:t>
        <w:br/>
        <w:br/>
        <w:t>解析：食物中毒最常见的症状是腹泻和呕吐，这是因为有害细菌或毒素刺激了胃肠道系统。这些症状通常在食用受污染食品后几小时内出现，严重时可能导致脱水和其他并发症。</w:t>
        <w:br/>
        <w:br/>
        <w:t>4. 答案：锅盖</w:t>
        <w:br/>
        <w:br/>
        <w:t>解析：厨房中油锅起火时，应该用锅盖盖住，隔绝空气，使火焰熄灭。这是处理油锅起火的标准方法，可以有效控制火势，避免火灾扩大。</w:t>
        <w:br/>
        <w:br/>
        <w:t>5. 答案：不同</w:t>
        <w:br/>
        <w:br/>
        <w:t>解析：食品加工中，生熟食品应该使用不同的工具和容器，以防止交叉污染。生肉、禽类、海鲜等可能含有致病菌，如果与熟食接触，会导致熟食被污染，引发食物中毒。</w:t>
        <w:br/>
        <w:br/>
        <w:t>五、简答题答案及解析</w:t>
        <w:br/>
        <w:br/>
        <w:t>1. 答案：</w:t>
        <w:br/>
        <w:br/>
        <w:t>厨房中预防食物交叉污染的主要措施包括：</w:t>
        <w:br/>
        <w:br/>
        <w:t>- 使用不同的砧板、刀具和容器处理生熟食品</w:t>
        <w:br/>
        <w:br/>
        <w:t>- 在处理不同种类的食材前彻底清洗工具和台面</w:t>
        <w:br/>
        <w:br/>
        <w:t>- 按照从清洁到污染的顺序处理食材</w:t>
        <w:br/>
        <w:br/>
        <w:t>- 确保食品充分加热，杀死可能存在的细菌</w:t>
        <w:br/>
        <w:br/>
        <w:t>- 妥善储存食物，生熟食品分开存放</w:t>
        <w:br/>
        <w:br/>
        <w:t>- 工作人员保持良好的个人卫生习惯，如勤洗手</w:t>
        <w:br/>
        <w:br/>
        <w:t>解析：交叉污染是食品安全的主要隐患之一，指的是病原体从一个表面或食品转移到另一个表面或食品的过程。在厨房中，生熟食品的交叉污染是最常见的污染方式。通过使用不同的工具处理生熟食品、保持工作区域清洁、遵循正确的处理顺序、确保食品充分加热、妥善储存食物以及保持良好的个人卫生，可以有效预防交叉污染，确保食品安全。</w:t>
        <w:br/>
        <w:br/>
        <w:t>2. 答案：</w:t>
        <w:br/>
        <w:br/>
        <w:t>厨房中发生油锅起火时的正确处理步骤：</w:t>
        <w:br/>
        <w:br/>
        <w:t>- 立即关闭火源，切断燃气或电源</w:t>
        <w:br/>
        <w:br/>
        <w:t>- 用锅盖或湿毛巾盖住锅子，隔绝空气</w:t>
        <w:br/>
        <w:br/>
        <w:t>- 不要用水浇，防止热油飞溅</w:t>
        <w:br/>
        <w:br/>
        <w:t>- 如果火势无法控制，立即使用灭火器</w:t>
        <w:br/>
        <w:br/>
        <w:t>- 疏散人员，拨打火警电话</w:t>
        <w:br/>
        <w:br/>
        <w:t>- 确保安全后，检查火源是否完全熄灭</w:t>
        <w:br/>
        <w:br/>
        <w:t>解析：油锅起火是厨房常见的火灾类型，处理不当可能导致严重后果。正确的处理方法是首先切断火源，然后用锅盖或湿毛巾盖住锅子，隔绝空气，使火焰熄灭。用水浇灭是错误的做法，因为水会使热油飞溅，扩大火势。如果火势无法控制，应使用灭火器并疏散人员，确保人身安全。处理完毕后，应检查火源是否完全熄灭，防止复燃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