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2025年色彩全部测评试题及答案</w:t>
      </w:r>
    </w:p>
    <w:p>
      <w:r>
        <w:br/>
        <w:t xml:space="preserve"> 第一部分：单项选择题（共10题，每题2分，共20分）</w:t>
        <w:br/>
        <w:br/>
        <w:t>1. 关于色彩的基本理论，下列说法正确的是：</w:t>
        <w:br/>
        <w:br/>
        <w:t>A. 色彩只有三种基本色</w:t>
        <w:br/>
        <w:br/>
        <w:t>B. 色彩是由光的不同波长决定的</w:t>
        <w:br/>
        <w:br/>
        <w:t>C. 色彩与人的感知无关</w:t>
        <w:br/>
        <w:br/>
        <w:t>D. 色彩是物体固有的属性</w:t>
        <w:br/>
        <w:br/>
        <w:t>2. 在RGB色彩模式中，红色、绿色和蓝色混合会产生：</w:t>
        <w:br/>
        <w:br/>
        <w:t>A. 黑色</w:t>
        <w:br/>
        <w:br/>
        <w:t>B. 白色</w:t>
        <w:br/>
        <w:br/>
        <w:t>C. 灰色</w:t>
        <w:br/>
        <w:br/>
        <w:t>D. 黄色</w:t>
        <w:br/>
        <w:br/>
        <w:t>3. 下列哪种颜色通常与"冷静"相关联：</w:t>
        <w:br/>
        <w:br/>
        <w:t>A. 红色</w:t>
        <w:br/>
        <w:br/>
        <w:t>B. 蓝色</w:t>
        <w:br/>
        <w:br/>
        <w:t>C. 黄色</w:t>
        <w:br/>
        <w:br/>
        <w:t>D. 橙色</w:t>
        <w:br/>
        <w:br/>
        <w:t>4. 在色彩心理学中，红色通常代表：</w:t>
        <w:br/>
        <w:br/>
        <w:t>A. 平静</w:t>
        <w:br/>
        <w:br/>
        <w:t>B. 激情和危险</w:t>
        <w:br/>
        <w:br/>
        <w:t>C. 智慧</w:t>
        <w:br/>
        <w:br/>
        <w:t>D. 自然</w:t>
        <w:br/>
        <w:br/>
        <w:t>5. 下列哪种颜色在印刷中是最难准确复制的：</w:t>
        <w:br/>
        <w:br/>
        <w:t>A. 红色</w:t>
        <w:br/>
        <w:br/>
        <w:t>B. 蓝色</w:t>
        <w:br/>
        <w:br/>
        <w:t>C. 绿色</w:t>
        <w:br/>
        <w:br/>
        <w:t>D. 橙色</w:t>
        <w:br/>
        <w:br/>
        <w:t>6. 在CMYK色彩模式中，K代表：</w:t>
        <w:br/>
        <w:br/>
        <w:t>A. 黑色(Black)</w:t>
        <w:br/>
        <w:br/>
        <w:t>B. 千(Kilo)</w:t>
        <w:br/>
        <w:br/>
        <w:t>C. 键盘(Keyboard)</w:t>
        <w:br/>
        <w:br/>
        <w:t>D. 千克(Kilogram)</w:t>
        <w:br/>
        <w:br/>
        <w:t>7. 下列哪种颜色在交通信号中表示"通行"：</w:t>
        <w:br/>
        <w:br/>
        <w:t>A. 红色</w:t>
        <w:br/>
        <w:br/>
        <w:t>B. 黄色</w:t>
        <w:br/>
        <w:br/>
        <w:t>C. 绿色</w:t>
        <w:br/>
        <w:br/>
        <w:t>D. 蓝色</w:t>
        <w:br/>
        <w:br/>
        <w:t>8. 色彩的三要素是：</w:t>
        <w:br/>
        <w:br/>
        <w:t>A. 红色、绿色、蓝色</w:t>
        <w:br/>
        <w:br/>
        <w:t>B. 色相、饱和度、明度</w:t>
        <w:br/>
        <w:br/>
        <w:t>C. 印刷色、屏幕色、自然色</w:t>
        <w:br/>
        <w:br/>
        <w:t>D. 原色、次色、复合色</w:t>
        <w:br/>
        <w:br/>
        <w:t>9. 下列哪种颜色通常与环保和自然相关联：</w:t>
        <w:br/>
        <w:br/>
        <w:t>A. 红色</w:t>
        <w:br/>
        <w:br/>
        <w:t>B. 蓝色</w:t>
        <w:br/>
        <w:br/>
        <w:t>C. 绿色</w:t>
        <w:br/>
        <w:br/>
        <w:t>D. 黄色</w:t>
        <w:br/>
        <w:br/>
        <w:t>10. 在色彩理论中，互补色是指：</w:t>
        <w:br/>
        <w:br/>
        <w:t>A. 颜色相近的两种颜色</w:t>
        <w:br/>
        <w:br/>
        <w:t>B. 在色轮上相对的两种颜色</w:t>
        <w:br/>
        <w:br/>
        <w:t>C. 混合后产生白色的两种颜色</w:t>
        <w:br/>
        <w:br/>
        <w:t>D. 混合后产生黑色的两种颜色</w:t>
        <w:br/>
        <w:br/>
        <w:t xml:space="preserve"> 第二部分：填空题（共5题，每题2分，共10分）</w:t>
        <w:br/>
        <w:br/>
        <w:t>1. 在色彩学中，红、黄、蓝被称为______。</w:t>
        <w:br/>
        <w:br/>
        <w:t>2. 色彩的三原色在光中是______、______和______。</w:t>
        <w:br/>
        <w:br/>
        <w:t>3. 在色彩心理学中，______通常代表希望和快乐。</w:t>
        <w:br/>
        <w:br/>
        <w:t>4. 在印刷行业中，常用的四色模式是______。</w:t>
        <w:br/>
        <w:br/>
        <w:t>5. 色彩的冷暖感中，______色调通常给人温暖的感觉。</w:t>
        <w:br/>
        <w:br/>
        <w:t xml:space="preserve"> 第三部分：判断题（共5题，每题2分，共10分）</w:t>
        <w:br/>
        <w:br/>
        <w:t>1. 色彩是物体固有的属性，与光照无关。（）</w:t>
        <w:br/>
        <w:br/>
        <w:t>2. 在RGB模式中，红色(255,0,0)和绿色(0,255,0)混合会产生黄色。（）</w:t>
        <w:br/>
        <w:br/>
        <w:t>3. 色彩心理学认为，不同文化对颜色的理解是完全相同的。（）</w:t>
        <w:br/>
        <w:br/>
        <w:t>4. 在CMYK模式中，所有颜色以最大值混合会产生白色。（）</w:t>
        <w:br/>
        <w:br/>
        <w:t>5. 色盲患者无法感知任何颜色。（）</w:t>
        <w:br/>
        <w:br/>
        <w:t xml:space="preserve"> 第四部分：多项选择题（共2题，每题2分，共4分）</w:t>
        <w:br/>
        <w:br/>
        <w:t>1. 下列哪些颜色属于暖色调？</w:t>
        <w:br/>
        <w:br/>
        <w:t>A. 红色</w:t>
        <w:br/>
        <w:br/>
        <w:t>B. 蓝色</w:t>
        <w:br/>
        <w:br/>
        <w:t>C. 黄色</w:t>
        <w:br/>
        <w:br/>
        <w:t>D. 绿色</w:t>
        <w:br/>
        <w:br/>
        <w:t>2. 在色彩应用中，下列哪些因素会影响色彩感知？</w:t>
        <w:br/>
        <w:br/>
        <w:t>A. 光照条件</w:t>
        <w:br/>
        <w:br/>
        <w:t>B. 观察者的年龄</w:t>
        <w:br/>
        <w:br/>
        <w:t>C. 文化背景</w:t>
        <w:br/>
        <w:br/>
        <w:t>D. 周围环境</w:t>
        <w:br/>
        <w:br/>
        <w:t xml:space="preserve"> 第五部分：简答题（共2题，每题5分，共10分）</w:t>
        <w:br/>
        <w:br/>
        <w:t>1. 简述色彩在品牌设计中的重要性。</w:t>
        <w:br/>
        <w:br/>
        <w:t>2. 解释色彩心理学在室内设计中的应用。</w:t>
        <w:br/>
        <w:br/>
        <w:t xml:space="preserve"> 答案及解析</w:t>
        <w:br/>
        <w:br/>
        <w:t xml:space="preserve"> 第一部分：单项选择题答案及解析</w:t>
        <w:br/>
        <w:br/>
        <w:t>1. 答案：B</w:t>
        <w:br/>
        <w:br/>
        <w:t>解析：色彩是由光的不同波长决定的。当光照射到物体上，物体会吸收某些波长的光，反射其他波长的光，我们看到的颜色就是被反射的光的颜色。色彩不是只有三种基本色，所以A错误；色彩与人的感知密切相关，所以C错误；色彩不是物体固有的属性，而是取决于光的照射和反射，所以D错误。</w:t>
        <w:br/>
        <w:br/>
        <w:t>2. 答案：B</w:t>
        <w:br/>
        <w:br/>
        <w:t>解析：在RGB色彩模式中，红色、绿色和蓝色以最大值混合会产生白色。这是加色混合的原理，当所有三种颜色都以最大强度混合时，会产生白色。A选项黑色是没有任何光的情况；C选项灰色是部分强度的光混合；D选项黄色是红色和绿色混合的结果。</w:t>
        <w:br/>
        <w:br/>
        <w:t>3. 答案：B</w:t>
        <w:br/>
        <w:br/>
        <w:t>解析：蓝色通常与"冷静"相关联。在色彩心理学中，蓝色能够降低心率和血压，带来平静和放松的感觉。A选项红色通常与激情和能量相关；C选项黄色通常与快乐和乐观相关；D选项橙色通常与活力和热情相关。</w:t>
        <w:br/>
        <w:br/>
        <w:t>4. 答案：B</w:t>
        <w:br/>
        <w:br/>
        <w:t>解析：在色彩心理学中，红色通常代表激情和危险。红色能够引起注意，激发情感，常用于表示警告或危险。A选项平静通常与蓝色相关；C选项智慧通常与紫色或深蓝色相关；D选项自然通常与绿色相关。</w:t>
        <w:br/>
        <w:br/>
        <w:t>5. 答案：D</w:t>
        <w:br/>
        <w:br/>
        <w:t>解析：橙色在印刷中是最难准确复制的颜色之一。这是因为橙色处于红色和黄色之间，在印刷过程中容易偏色。A选项红色、B选项蓝色和C选项绿色在印刷中相对容易准确复制。</w:t>
        <w:br/>
        <w:br/>
        <w:t>6. 答案：A</w:t>
        <w:br/>
        <w:br/>
        <w:t>解析：在CMYK色彩模式中，K代表黑色(Black)。由于B(Blue)已经被使用，为了避免混淆，使用K来表示黑色，来源于"Key"（关键色）或德语中的"Schwarz"（黑色）的最后一个字母。</w:t>
        <w:br/>
        <w:br/>
        <w:t>7. 答案：C</w:t>
        <w:br/>
        <w:br/>
        <w:t>解析：在交通信号中，绿色表示"通行"。A选项红色表示"停止"；B选项黄色表示"警告"或"准备"；D选项蓝色通常用于指示性标志，不是交通信号灯的标准颜色。</w:t>
        <w:br/>
        <w:br/>
        <w:t>8. 答案：B</w:t>
        <w:br/>
        <w:br/>
        <w:t>解析：色彩的三要素是色相、饱和度和明度。色相是指颜色的种类，如红色、蓝色等；饱和度是指颜色的纯度；明度是指颜色的明暗程度。A选项是光的三原色；C选项是色彩的应用领域；D选项是色彩分类。</w:t>
        <w:br/>
        <w:br/>
        <w:t>9. 答案：C</w:t>
        <w:br/>
        <w:br/>
        <w:t>解析：绿色通常与环保和自然相关联。绿色代表生长、健康和环保，是自然的象征。A选项红色通常与激情和危险相关；B选项蓝色通常与冷静和稳定相关；D选项黄色通常与快乐和希望相关。</w:t>
        <w:br/>
        <w:br/>
        <w:t>10. 答案：B</w:t>
        <w:br/>
        <w:br/>
        <w:t>解析：在色彩理论中，互补色是指在色轮上相对的两种颜色。A选项颜色相近的两种颜色是类似色；C选项混合后产生白色的两种颜色是光的三原色；D选项混合后产生黑色的两种颜色是印刷中的互补色。</w:t>
        <w:br/>
        <w:br/>
        <w:t xml:space="preserve"> 第二部分：填空题答案及解析</w:t>
        <w:br/>
        <w:br/>
        <w:t>1. 答案：三原色</w:t>
        <w:br/>
        <w:br/>
        <w:t>解析：在色彩学中，红、黄、蓝被称为三原色。这是因为理论上，通过这三种颜色的不同组合可以产生其他大多数颜色。在传统色彩理论中，它们被视为无法通过其他颜色混合得到的基本颜色。</w:t>
        <w:br/>
        <w:br/>
        <w:t>2. 答案：红、绿、蓝</w:t>
        <w:br/>
        <w:br/>
        <w:t>解析：色彩的三原色在光中是红、绿和蓝。这是加色混合的基础，当这三种颜色以不同强度混合时，可以产生各种颜色。这与颜料中的三原色（红、黄、蓝）不同。</w:t>
        <w:br/>
        <w:br/>
        <w:t>3. 答案：黄色</w:t>
        <w:br/>
        <w:br/>
        <w:t>解析：在色彩心理学中，黄色通常代表希望和快乐。黄色是明亮的颜色，能够引起积极情绪，与阳光和温暖相关联，因此常用来象征希望和快乐。</w:t>
        <w:br/>
        <w:br/>
        <w:t>4. 答案：CMYK</w:t>
        <w:br/>
        <w:br/>
        <w:t>解析：在印刷行业中，常用的四色模式是CMYK。C代表青色(Cyan)，M代表品红(Magenta)，Y代表黄色(Yellow)，K代表黑色(Black)。这是一种减色混合模式，通过这四种颜色的不同组合可以产生印刷品上的各种颜色。</w:t>
        <w:br/>
        <w:br/>
        <w:t>5. 答案：暖</w:t>
        <w:br/>
        <w:br/>
        <w:t>解析：色彩的冷暖感中，暖色调（如红色、橙色、黄色）通常给人温暖的感觉。这是因为这些颜色与火、阳光等温暖元素相关联，能够引起心理上的温暖感。相比之下，冷色调（如蓝色、绿色）则给人凉爽的感觉。</w:t>
        <w:br/>
        <w:br/>
        <w:t xml:space="preserve"> 第三部分：判断题答案及解析</w:t>
        <w:br/>
        <w:br/>
        <w:t>1. 答案：错误</w:t>
        <w:br/>
        <w:br/>
        <w:t>解析：色彩不是物体固有的属性，而是与光照密切相关。当光照射到物体上时，物体会吸收某些波长的光，反射其他波长的光，我们看到的颜色就是被反射的光的颜色。没有光，就没有色彩。</w:t>
        <w:br/>
        <w:br/>
        <w:t>2. 答案：正确</w:t>
        <w:br/>
        <w:br/>
        <w:t>解析：在RGB模式中，红色(255,0,0)和绿色(0,255,0)混合会产生黄色。这是加色混合的原理，当红色和绿色以最大强度混合时，会产生黄色。这是显示器等发光设备的工作原理。</w:t>
        <w:br/>
        <w:br/>
        <w:t>3. 答案：错误</w:t>
        <w:br/>
        <w:br/>
        <w:t>解析：不同文化对颜色的理解并不完全相同。颜色在不同文化中可能有不同的象征意义。例如，白色在西方文化中通常与纯洁相关，而在一些东方文化中则与哀悼相关。因此，色彩心理学必须考虑文化背景。</w:t>
        <w:br/>
        <w:br/>
        <w:t>4. 答案：错误</w:t>
        <w:br/>
        <w:br/>
        <w:t>解析：在CMYK模式中，所有颜色以最大值混合会产生黑色，而不是白色。这是减色混合的原理，与RGB模式相反。在印刷中，当所有颜色都以最大值混合时，理论上会产生黑色。</w:t>
        <w:br/>
        <w:br/>
        <w:t>5. 答案：错误</w:t>
        <w:br/>
        <w:br/>
        <w:t>解析：色盲患者并非无法感知任何颜色。大多数色盲患者只是难以区分某些特定的颜色，最常见的是红绿色盲。完全无法感知任何颜色的情况（全色盲）非常罕见。</w:t>
        <w:br/>
        <w:br/>
        <w:t xml:space="preserve"> 第四部分：多项选择题答案及解析</w:t>
        <w:br/>
        <w:br/>
        <w:t>1. 答案：A、C</w:t>
        <w:br/>
        <w:br/>
        <w:t>解析：红色和黄色属于暖色调。暖色调包括红色、橙色、黄色等，它们通常与火、阳光等温暖元素相关联，能够引起心理上的温暖感。相比之下，蓝色和绿色属于冷色调，给人凉爽的感觉。</w:t>
        <w:br/>
        <w:br/>
        <w:t>2. 答案：A、B、C、D</w:t>
        <w:br/>
        <w:br/>
        <w:t>解析：所有列出的因素都会影响色彩感知。光照条件会影响物体反射的光线，从而影响我们看到的颜色；观察者的年龄会影响视觉系统的敏感度；文化背景会影响对颜色的心理解读；周围环境会影响色彩对比和感知，如同时对比现象。</w:t>
        <w:br/>
        <w:br/>
        <w:t xml:space="preserve"> 第五部分：简答题答案及解析</w:t>
        <w:br/>
        <w:br/>
        <w:t>1. 答案：色彩在品牌设计中具有极其重要的意义。首先，色彩是品牌识别的关键元素，能够帮助消费者快速识别和记忆品牌。例如，可口可乐的红色、麦当劳的黄色和红色。其次，色彩能够传达品牌的个性和价值观，如蓝色通常传达稳定和可靠，绿色传达环保和健康。此外，色彩还能影响消费者的情感和行为，如红色能够引起注意和激发食欲，适合食品品牌；蓝色能够传达信任和专业，适合金融和科技品牌。最后，色彩还能帮助品牌在竞争激烈的市场中脱颖而出，建立独特的视觉识别系统。因此，选择合适的色彩对品牌建设至关重要。</w:t>
        <w:br/>
        <w:br/>
        <w:t>2. 答案：色彩心理学在室内设计中有广泛应用。首先，色彩可以影响空间感知，如浅色可以使空间看起来更大，深色可以使空间看起来更小。其次，色彩可以影响情绪和行为，如蓝色和绿色可以创造平静和放松的环境，适合卧室和休息区；红色和橙色可以刺激活力，适合社交区域。此外，色彩还可以用于功能分区，如使用不同颜色区分不同功能区域。色彩还可以影响对温度的感知，如暖色调可以使空间感觉更温暖，冷色调可以使空间感觉更凉爽。最后，色彩还可以反映个人风格和文化背景，创造个性化的生活环境。因此，合理运用色彩心理学原理，可以创造既美观又实用的室内空间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