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2025年砂糖测试题及答案</w:t>
      </w:r>
    </w:p>
    <w:p>
      <w:r>
        <w:br/>
        <w:t xml:space="preserve"> 一、单项选择题（共10题，每题2分）</w:t>
        <w:br/>
        <w:br/>
        <w:t>1. 砂糖的主要化学成分是：</w:t>
        <w:br/>
        <w:br/>
        <w:t>A. 蔗糖</w:t>
        <w:br/>
        <w:br/>
        <w:t>B. 葡萄糖</w:t>
        <w:br/>
        <w:br/>
        <w:t>C. 果糖</w:t>
        <w:br/>
        <w:br/>
        <w:t>D. 乳糖</w:t>
        <w:br/>
        <w:br/>
        <w:t>2. 下列哪种糖不属于单糖？</w:t>
        <w:br/>
        <w:br/>
        <w:t>A. 葡萄糖</w:t>
        <w:br/>
        <w:br/>
        <w:t>B. 果糖</w:t>
        <w:br/>
        <w:br/>
        <w:t>C. 蔗糖</w:t>
        <w:br/>
        <w:br/>
        <w:t>D. 核糖</w:t>
        <w:br/>
        <w:br/>
        <w:t>3. 人体消化系统吸收糖类的主要场所是：</w:t>
        <w:br/>
        <w:br/>
        <w:t>A. 胃</w:t>
        <w:br/>
        <w:br/>
        <w:t>B. 小肠</w:t>
        <w:br/>
        <w:br/>
        <w:t>C. 大肠</w:t>
        <w:br/>
        <w:br/>
        <w:t>D. 口腔</w:t>
        <w:br/>
        <w:br/>
        <w:t>4. 砂糖在高温下会发生焦糖化反应，这一反应属于：</w:t>
        <w:br/>
        <w:br/>
        <w:t>A. 氧化反应</w:t>
        <w:br/>
        <w:br/>
        <w:t>B. 还原反应</w:t>
        <w:br/>
        <w:br/>
        <w:t>C. 美拉德反应</w:t>
        <w:br/>
        <w:br/>
        <w:t>D. 水解反应</w:t>
        <w:br/>
        <w:br/>
        <w:t>5. 下列哪种食品添加剂可以替代砂糖提供甜味但热量较低？</w:t>
        <w:br/>
        <w:br/>
        <w:t>A. 阿斯巴甜</w:t>
        <w:br/>
        <w:br/>
        <w:t>B. 食盐</w:t>
        <w:br/>
        <w:br/>
        <w:t>C. 味精</w:t>
        <w:br/>
        <w:br/>
        <w:t>D. 醋酸</w:t>
        <w:br/>
        <w:br/>
        <w:t>6. 砂糖的甜度通常以蔗糖为基准，其相对甜度为：</w:t>
        <w:br/>
        <w:br/>
        <w:t>A. 1.0</w:t>
        <w:br/>
        <w:br/>
        <w:t>B. 0.5</w:t>
        <w:br/>
        <w:br/>
        <w:t>C. 1.5</w:t>
        <w:br/>
        <w:br/>
        <w:t>D. 2.0</w:t>
        <w:br/>
        <w:br/>
        <w:t>7. 糖尿病患者应限制砂糖摄入，主要是因为：</w:t>
        <w:br/>
        <w:br/>
        <w:t>A. 砂糖会导致高血压</w:t>
        <w:br/>
        <w:br/>
        <w:t>B. 砂糖会导致肥胖</w:t>
        <w:br/>
        <w:br/>
        <w:t>C. 砂糖会使血糖快速升高</w:t>
        <w:br/>
        <w:br/>
        <w:t>D. 砂糖会导致骨质疏松</w:t>
        <w:br/>
        <w:br/>
        <w:t>8. 下列哪种糖的甜度最高？</w:t>
        <w:br/>
        <w:br/>
        <w:t>A. 蔗糖</w:t>
        <w:br/>
        <w:br/>
        <w:t>B. 葡萄糖</w:t>
        <w:br/>
        <w:br/>
        <w:t>C. 果糖</w:t>
        <w:br/>
        <w:br/>
        <w:t>D. 乳糖</w:t>
        <w:br/>
        <w:br/>
        <w:t>9. 砂糖在食品工业中的主要作用不包括：</w:t>
        <w:br/>
        <w:br/>
        <w:t>A. 提供甜味</w:t>
        <w:br/>
        <w:br/>
        <w:t>B. 促进发酵</w:t>
        <w:br/>
        <w:br/>
        <w:t>C. 增加食品体积</w:t>
        <w:br/>
        <w:br/>
        <w:t>D. 提供蛋白质</w:t>
        <w:br/>
        <w:br/>
        <w:t>10. 下列哪种糖是双糖？</w:t>
        <w:br/>
        <w:br/>
        <w:t>A. 葡萄糖</w:t>
        <w:br/>
        <w:br/>
        <w:t>B. 果糖</w:t>
        <w:br/>
        <w:br/>
        <w:t>C. 蔗糖</w:t>
        <w:br/>
        <w:br/>
        <w:t>D. 核糖</w:t>
        <w:br/>
        <w:br/>
        <w:t xml:space="preserve"> 二、填空题（共5题，每题2分）</w:t>
        <w:br/>
        <w:br/>
        <w:t>1. 砂糖的主要来源是甘蔗和________。</w:t>
        <w:br/>
        <w:br/>
        <w:t>2. 糖类根据分子结构可分为单糖、________和多糖三类。</w:t>
        <w:br/>
        <w:br/>
        <w:t>3. 人体内糖类的主要储存形式是________。</w:t>
        <w:br/>
        <w:br/>
        <w:t>4. 砂糖在食品加工中除了提供甜味外，还具有________、保湿和防腐等功能。</w:t>
        <w:br/>
        <w:br/>
        <w:t>5. 糖尿病患者常用的代糖中，________是一种天然甜味剂，从甜叶菊中提取。</w:t>
        <w:br/>
        <w:br/>
        <w:t xml:space="preserve"> 三、判断题（共5题，每题2分）</w:t>
        <w:br/>
        <w:br/>
        <w:t>1. 砂糖是一种碳水化合物，属于有机化合物。（ ）</w:t>
        <w:br/>
        <w:br/>
        <w:t>2. 所有糖类都能被人体直接吸收利用。（ ）</w:t>
        <w:br/>
        <w:br/>
        <w:t>3. 砂糖摄入过多会导致龋齿，因此应尽量减少砂糖的摄入。（ ）</w:t>
        <w:br/>
        <w:br/>
        <w:t>4. 果糖比蔗糖甜，因此糖尿病患者可以大量食用含果糖的食品。（ ）</w:t>
        <w:br/>
        <w:br/>
        <w:t>5. 砂糖在烘焙过程中只提供甜味，没有其他功能。（ ）</w:t>
        <w:br/>
        <w:br/>
        <w:t xml:space="preserve"> 四、多项选择题（共2题，每题2分）</w:t>
        <w:br/>
        <w:br/>
        <w:t>1. 下列哪些是砂糖在食品工业中的主要功能？（ ）</w:t>
        <w:br/>
        <w:br/>
        <w:t>A. 提供甜味</w:t>
        <w:br/>
        <w:br/>
        <w:t>B. 促进发酵</w:t>
        <w:br/>
        <w:br/>
        <w:t>C. 增加食品体积</w:t>
        <w:br/>
        <w:br/>
        <w:t>D. 提供蛋白质</w:t>
        <w:br/>
        <w:br/>
        <w:t>E. 改善食品质地</w:t>
        <w:br/>
        <w:br/>
        <w:t>2. 下列哪些糖属于单糖？（ ）</w:t>
        <w:br/>
        <w:br/>
        <w:t>A. 葡萄糖</w:t>
        <w:br/>
        <w:br/>
        <w:t>B. 果糖</w:t>
        <w:br/>
        <w:br/>
        <w:t>C. 蔗糖</w:t>
        <w:br/>
        <w:br/>
        <w:t>D. 乳糖</w:t>
        <w:br/>
        <w:br/>
        <w:t>E. 核糖</w:t>
        <w:br/>
        <w:br/>
        <w:t xml:space="preserve"> 五、简答题（共2题，每题5分）</w:t>
        <w:br/>
        <w:br/>
        <w:t>1. 简述砂糖在食品工业中的主要功能及其原理。</w:t>
        <w:br/>
        <w:br/>
        <w:t>2. 解释为什么糖尿病患者需要限制砂糖摄入，并列举两种常见的代糖及其特点。</w:t>
        <w:br/>
        <w:br/>
        <w:t xml:space="preserve"> 参考答案及解析</w:t>
        <w:br/>
        <w:br/>
        <w:t xml:space="preserve"> 一、单项选择题</w:t>
        <w:br/>
        <w:br/>
        <w:t>1. 答案：A. 蔗糖</w:t>
        <w:br/>
        <w:br/>
        <w:t>解析：砂糖的主要化学成分是蔗糖，它是由葡萄糖和果糖通过糖苷键连接而成的双糖。蔗糖广泛存在于甘蔗和甜菜中，是日常生活中最常见的糖类。</w:t>
        <w:br/>
        <w:br/>
        <w:t>2. 答案：C. 蔗糖</w:t>
        <w:br/>
        <w:br/>
        <w:t>解析：单糖是最简单的糖类，不能被水解成更小的糖分子。葡萄糖、果糖和核糖都是单糖，而蔗糖是由葡萄糖和果糖组成的双糖，可以被水解成单糖。</w:t>
        <w:br/>
        <w:br/>
        <w:t>3. 答案：B. 小肠</w:t>
        <w:br/>
        <w:br/>
        <w:t>解析：人体消化系统中，糖类主要在小肠被消化吸收。口腔中的唾液淀粉酶开始淀粉的消化，胃中几乎不消化糖类，而小肠是糖类消化和吸收的主要场所，其中的酶将双糖和多糖分解为单糖后吸收。</w:t>
        <w:br/>
        <w:br/>
        <w:t>4. 答案：C. 美拉德反应</w:t>
        <w:br/>
        <w:br/>
        <w:t>解析：焦糖化反应是糖类在高温下发生的分解和聚合反应，产生褐色物质和特殊风味。美拉德反应是糖类与氨基酸或蛋白质在加热条件下发生的反应，产生褐色物质和香味，两者常同时发生，但焦糖化反应特指糖类自身的反应。</w:t>
        <w:br/>
        <w:br/>
        <w:t>5. 答案：A. 阿斯巴甜</w:t>
        <w:br/>
        <w:br/>
        <w:t>解析：阿斯巴甜是一种人工甜味剂，甜度约为蔗糖的200倍，热量极低，常用于低糖或无糖食品中。食盐、味精和醋酸不是甜味剂，不能替代砂糖提供甜味。</w:t>
        <w:br/>
        <w:br/>
        <w:t>6. 答案：A. 1.0</w:t>
        <w:br/>
        <w:br/>
        <w:t>解析：砂糖的甜度通常以蔗糖为基准，其相对甜度为1.0。其他糖类的甜度相对于蔗糖有不同的数值，如葡萄糖约为0.7，果糖约为1.2-1.8。</w:t>
        <w:br/>
        <w:br/>
        <w:t>7. 答案：C. 砂糖会使血糖快速升高</w:t>
        <w:br/>
        <w:br/>
        <w:t>解析：糖尿病患者需要限制砂糖摄入主要是因为砂糖会使血糖快速升高。糖尿病患者胰岛素分泌不足或作用障碍，无法有效调节血糖水平，摄入过多糖类会导致血糖急剧上升，加重病情。</w:t>
        <w:br/>
        <w:br/>
        <w:t>8. 答案：C. 果糖</w:t>
        <w:br/>
        <w:br/>
        <w:t>解析：果糖的甜度最高，约为蔗糖的1.2-1.8倍。葡萄糖的甜度约为蔗糖的0.7倍，乳糖约为0.3倍，蔗糖作为基准甜度为1.0。</w:t>
        <w:br/>
        <w:br/>
        <w:t>9. 答案：D. 提供蛋白质</w:t>
        <w:br/>
        <w:br/>
        <w:t>解析：砂糖在食品工业中的主要功能包括提供甜味、促进发酵（如面包和酒精饮料制作）、增加食品体积（如蛋糕和饼干）以及改善食品质地（如冰淇淋和糖果）。砂糖不含蛋白质，因此不能提供蛋白质。</w:t>
        <w:br/>
        <w:br/>
        <w:t>10. 答案：C. 蔗糖</w:t>
        <w:br/>
        <w:br/>
        <w:t>解析：双糖是由两个单糖分子通过糖苷键连接而成的糖类。葡萄糖和果糖是单糖，核糖也是单糖，而蔗糖是由葡萄糖和果糖组成的双糖。</w:t>
        <w:br/>
        <w:br/>
        <w:t xml:space="preserve"> 二、填空题</w:t>
        <w:br/>
        <w:br/>
        <w:t>1. 答案：甜菜</w:t>
        <w:br/>
        <w:br/>
        <w:t>解析：砂糖的主要来源是甘蔗和甜菜。甘蔗和甜菜都含有丰富的蔗糖，通过提取和精制过程可以得到我们日常使用的砂糖。</w:t>
        <w:br/>
        <w:br/>
        <w:t>2. 答案：双糖</w:t>
        <w:br/>
        <w:br/>
        <w:t>解析：糖类根据分子结构可分为单糖、双糖和多糖三类。单糖是最简单的糖类，如葡萄糖、果糖；双糖由两个单糖组成，如蔗糖、乳糖；多糖由多个单糖组成，如淀粉、纤维素。</w:t>
        <w:br/>
        <w:br/>
        <w:t>3. 答案：糖原</w:t>
        <w:br/>
        <w:br/>
        <w:t>解析：人体内糖类的主要储存形式是糖原，主要储存在肝脏和肌肉中。当血糖水平降低时，糖原可以分解为葡萄糖释放到血液中，维持血糖稳定。</w:t>
        <w:br/>
        <w:br/>
        <w:t>4. 答案：着色</w:t>
        <w:br/>
        <w:br/>
        <w:t>解析：砂糖在食品加工中除了提供甜味外，还具有着色、保湿和防腐等功能。在烘焙过程中，砂糖通过美拉德反应和焦糖化反应使食品呈现金黄色；砂糖具有吸湿性，可以保持食品湿润；高浓度的糖可以降低水分活度，抑制微生物生长，起到防腐作用。</w:t>
        <w:br/>
        <w:br/>
        <w:t>5. 答案：甜菊糖</w:t>
        <w:br/>
        <w:br/>
        <w:t>解析：甜菊糖是一种天然甜味剂，从甜叶菊中提取，甜度约为蔗糖的200-300倍，热量极低，不升高血糖，适合糖尿病患者使用。其他常见的代糖还包括阿斯巴甜、三氯蔗糖等。</w:t>
        <w:br/>
        <w:br/>
        <w:t xml:space="preserve"> 三、判断题</w:t>
        <w:br/>
        <w:br/>
        <w:t>1. 答案：√</w:t>
        <w:br/>
        <w:br/>
        <w:t>解析：砂糖是一种碳水化合物，属于有机化合物。碳水化合物是由碳、氢、氧三种元素组成的有机物，分子式通常为Cm(H2O)n，砂糖(蔗糖)的分子式为C12H22O11，符合碳水化合物的特征。</w:t>
        <w:br/>
        <w:br/>
        <w:t>2. 答案：×</w:t>
        <w:br/>
        <w:br/>
        <w:t>解析：并非所有糖类都能被人体直接吸收利用。单糖如葡萄糖、果糖等可以被小肠直接吸收，但双糖和多糖需要先被消化酶分解为单糖后才能被吸收。例如，蔗糖需要被蔗糖酶分解为葡萄糖和果糖后才能被吸收。</w:t>
        <w:br/>
        <w:br/>
        <w:t>3. 答案：√</w:t>
        <w:br/>
        <w:br/>
        <w:t>解析：砂糖摄入过多会导致龋齿，因此应尽量减少砂糖的摄入。口腔中的细菌利用糖类产生酸性物质，这些酸会腐蚀牙齿釉质，导致龋齿。减少砂糖摄入，特别是黏性强的糖果和含糖饮料，有助于预防龋齿。</w:t>
        <w:br/>
        <w:br/>
        <w:t>4. 答案：×</w:t>
        <w:br/>
        <w:br/>
        <w:t>解析：虽然果糖比蔗糖甜，但糖尿病患者也不能大量食用含果糖的食品。果糖在肝脏代谢，过量摄入会导致脂肪肝、高血脂等问题，而且果糖也会影响血糖控制。糖尿病患者应在医生指导下适量摄入各类糖类。</w:t>
        <w:br/>
        <w:br/>
        <w:t>5. 答案：×</w:t>
        <w:br/>
        <w:br/>
        <w:t>解析：砂糖在烘焙过程中不仅提供甜味，还有多种功能。砂糖可以增加食品体积和质地，促进美拉德反应和焦糖化反应使食品呈现金黄色和特殊风味，调节凝固点和冰点，延长保质期等。</w:t>
        <w:br/>
        <w:br/>
        <w:t xml:space="preserve"> 四、多项选择题</w:t>
        <w:br/>
        <w:br/>
        <w:t>1. 答案：A、B、C、E</w:t>
        <w:br/>
        <w:br/>
        <w:t>解析：砂糖在食品工业中的主要功能包括：提供甜味(A)，这是砂糖最基本的功能；促进发酵(B)，在面包和酒精饮料制作中，糖为酵母提供能量；增加食品体积(C)，如蛋糕和饼干中的糖有助于保持蓬松结构；改善食品质地(E)，如冰淇淋和糖果中的糖影响口感和质地。砂糖不提供蛋白质(D)，因此D选项错误。</w:t>
        <w:br/>
        <w:br/>
        <w:t>2. 答案：A、B、E</w:t>
        <w:br/>
        <w:br/>
        <w:t>解析：单糖是最简单的糖类，不能被水解成更小的糖分子。葡萄糖(A)、果糖(B)和核糖(E)都是单糖。蔗糖(C)和乳糖(D)都是双糖，分别由葡萄糖和果糖、葡萄糖和半乳糖组成。</w:t>
        <w:br/>
        <w:br/>
        <w:t xml:space="preserve"> 五、简答题</w:t>
        <w:br/>
        <w:br/>
        <w:t>1. 答案：</w:t>
        <w:br/>
        <w:br/>
        <w:t>砂糖在食品工业中的主要功能及其原理如下：</w:t>
        <w:br/>
        <w:br/>
        <w:t>(1) 提供甜味：砂糖的分子结构使其能够与味蕾上的甜味受体结合，产生甜味信号，这是砂糖最基本的功能。</w:t>
        <w:br/>
        <w:br/>
        <w:t>(2) 促进发酵：在面包和酒精饮料制作中，砂糖为酵母提供可发酵的碳源，酵母通过发酵作用产生二氧化碳和酒精，使面包蓬松，酒精饮料具有酒精度。</w:t>
        <w:br/>
        <w:br/>
        <w:t>(3) 增加食品体积：在烘焙过程中，砂糖有助于保持食品结构，防止蛋白质过度凝固，使蛋糕和饼干保持蓬松的质地。</w:t>
        <w:br/>
        <w:br/>
        <w:t>(4) 改善食品质地：砂糖可以影响食品的水分活度，改变冰点，影响结晶过程，从而改善冰淇淋、糖果等食品的质地和口感。</w:t>
        <w:br/>
        <w:br/>
        <w:t>(5) 着色功能：在高温下，砂糖参与美拉德反应和焦糖化反应，产生褐色物质和特殊香味，使烘焙食品呈现金黄色。</w:t>
        <w:br/>
        <w:br/>
        <w:t>(6) 保湿和防腐：砂糖具有吸湿性，可以保持食品湿润；高浓度的糖可以降低水分活度，抑制微生物生长，延长食品保质期。</w:t>
        <w:br/>
        <w:br/>
        <w:t>2. 答案：</w:t>
        <w:br/>
        <w:br/>
        <w:t>糖尿病患者需要限制砂糖摄入的原因是：</w:t>
        <w:br/>
        <w:br/>
        <w:t>糖尿病患者胰岛素分泌不足或作用障碍，无法有效调节血糖水平。砂糖(蔗糖)是双糖，在体内被分解为葡萄糖和果糖，会导致血糖快速升高，加重病情。长期高血糖会导致多种并发症，如心血管疾病、肾病、视网膜病变等。</w:t>
        <w:br/>
        <w:br/>
        <w:t>两种常见的代糖及其特点：</w:t>
        <w:br/>
        <w:br/>
        <w:t>(1) 阿斯巴甜：人工合成甜味剂，甜度约为蔗糖的200倍，热量极低，不升高血糖。但阿斯巴甜在高温下不稳定，不适合高温烹饪，且苯丙酮尿症患者应避免使用。</w:t>
        <w:br/>
        <w:br/>
        <w:t>(2) 甜菊糖：从甜叶菊中提取的天然甜味剂，甜度约为蔗糖的200-300倍，热量极低，不升高血糖，耐高温，适合烹饪和烘焙。甜菊糖几乎不被人体代谢，无副作用，是目前较为理想的代糖选择。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